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0426" w14:textId="77777777" w:rsidR="008E672B" w:rsidRPr="00780DBC" w:rsidRDefault="00000000" w:rsidP="00780DBC">
      <w:pPr>
        <w:jc w:val="right"/>
        <w:rPr>
          <w:rFonts w:ascii="Arial" w:hAnsi="Arial" w:cs="Arial"/>
          <w:sz w:val="20"/>
          <w:szCs w:val="20"/>
        </w:rPr>
      </w:pPr>
      <w:r w:rsidRPr="00780DBC">
        <w:rPr>
          <w:rFonts w:ascii="Arial" w:hAnsi="Arial" w:cs="Arial"/>
          <w:b/>
          <w:sz w:val="20"/>
          <w:szCs w:val="20"/>
        </w:rPr>
        <w:t>ZAŁĄCZNIK NR 1</w:t>
      </w:r>
    </w:p>
    <w:p w14:paraId="75F60124" w14:textId="77777777" w:rsidR="008E672B" w:rsidRPr="00780DBC" w:rsidRDefault="00000000">
      <w:pPr>
        <w:pStyle w:val="Tytu"/>
        <w:jc w:val="center"/>
        <w:rPr>
          <w:rFonts w:ascii="Arial" w:hAnsi="Arial" w:cs="Arial"/>
          <w:color w:val="auto"/>
          <w:sz w:val="20"/>
          <w:szCs w:val="20"/>
        </w:rPr>
      </w:pPr>
      <w:r w:rsidRPr="00780DBC">
        <w:rPr>
          <w:rFonts w:ascii="Arial" w:hAnsi="Arial" w:cs="Arial"/>
          <w:b w:val="0"/>
          <w:color w:val="auto"/>
          <w:sz w:val="20"/>
          <w:szCs w:val="20"/>
        </w:rPr>
        <w:t>FORMULARZ OFERTOWY</w:t>
      </w:r>
    </w:p>
    <w:p w14:paraId="7996AC06" w14:textId="45380B8B" w:rsidR="008E672B" w:rsidRPr="00780DBC" w:rsidRDefault="00000000">
      <w:pPr>
        <w:jc w:val="center"/>
        <w:rPr>
          <w:rFonts w:ascii="Arial" w:hAnsi="Arial" w:cs="Arial"/>
          <w:sz w:val="20"/>
          <w:szCs w:val="20"/>
        </w:rPr>
      </w:pPr>
      <w:proofErr w:type="spellStart"/>
      <w:r w:rsidRPr="00780DBC">
        <w:rPr>
          <w:rFonts w:ascii="Arial" w:hAnsi="Arial" w:cs="Arial"/>
          <w:sz w:val="20"/>
          <w:szCs w:val="20"/>
        </w:rPr>
        <w:t>do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zapytania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ofertowego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r w:rsidR="009C1768">
        <w:rPr>
          <w:rFonts w:ascii="Arial" w:hAnsi="Arial" w:cs="Arial"/>
          <w:sz w:val="20"/>
          <w:szCs w:val="20"/>
        </w:rPr>
        <w:t xml:space="preserve">nr OSS.271.1.9.2026 </w:t>
      </w:r>
      <w:proofErr w:type="spellStart"/>
      <w:r w:rsidRPr="00780DBC">
        <w:rPr>
          <w:rFonts w:ascii="Arial" w:hAnsi="Arial" w:cs="Arial"/>
          <w:sz w:val="20"/>
          <w:szCs w:val="20"/>
        </w:rPr>
        <w:t>na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usługę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transportową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dla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0968">
        <w:rPr>
          <w:rFonts w:ascii="Arial" w:hAnsi="Arial" w:cs="Arial"/>
          <w:sz w:val="20"/>
          <w:szCs w:val="20"/>
        </w:rPr>
        <w:t>planowanej</w:t>
      </w:r>
      <w:proofErr w:type="spellEnd"/>
      <w:r w:rsidR="007009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0968">
        <w:rPr>
          <w:rFonts w:ascii="Arial" w:hAnsi="Arial" w:cs="Arial"/>
          <w:sz w:val="20"/>
          <w:szCs w:val="20"/>
        </w:rPr>
        <w:t>liczby</w:t>
      </w:r>
      <w:proofErr w:type="spellEnd"/>
      <w:r w:rsidR="00700968">
        <w:rPr>
          <w:rFonts w:ascii="Arial" w:hAnsi="Arial" w:cs="Arial"/>
          <w:sz w:val="20"/>
          <w:szCs w:val="20"/>
        </w:rPr>
        <w:t xml:space="preserve"> do </w:t>
      </w:r>
      <w:r w:rsidRPr="00780DBC">
        <w:rPr>
          <w:rFonts w:ascii="Arial" w:hAnsi="Arial" w:cs="Arial"/>
          <w:sz w:val="20"/>
          <w:szCs w:val="20"/>
        </w:rPr>
        <w:t xml:space="preserve">21 </w:t>
      </w:r>
      <w:proofErr w:type="spellStart"/>
      <w:r w:rsidRPr="00780DBC">
        <w:rPr>
          <w:rFonts w:ascii="Arial" w:hAnsi="Arial" w:cs="Arial"/>
          <w:sz w:val="20"/>
          <w:szCs w:val="20"/>
        </w:rPr>
        <w:t>osób</w:t>
      </w:r>
      <w:proofErr w:type="spellEnd"/>
      <w:r w:rsidRPr="00780DBC">
        <w:rPr>
          <w:rFonts w:ascii="Arial" w:hAnsi="Arial" w:cs="Arial"/>
          <w:sz w:val="20"/>
          <w:szCs w:val="20"/>
        </w:rPr>
        <w:br/>
      </w:r>
      <w:proofErr w:type="spellStart"/>
      <w:r w:rsidRPr="00780DBC">
        <w:rPr>
          <w:rFonts w:ascii="Arial" w:hAnsi="Arial" w:cs="Arial"/>
          <w:sz w:val="20"/>
          <w:szCs w:val="20"/>
        </w:rPr>
        <w:t>Gołdap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780DBC">
        <w:rPr>
          <w:rFonts w:ascii="Arial" w:hAnsi="Arial" w:cs="Arial"/>
          <w:sz w:val="20"/>
          <w:szCs w:val="20"/>
        </w:rPr>
        <w:t>Duszniki-Zdrój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780DBC">
        <w:rPr>
          <w:rFonts w:ascii="Arial" w:hAnsi="Arial" w:cs="Arial"/>
          <w:sz w:val="20"/>
          <w:szCs w:val="20"/>
        </w:rPr>
        <w:t>Gołdap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, 7-9 </w:t>
      </w:r>
      <w:proofErr w:type="spellStart"/>
      <w:r w:rsidRPr="00780DBC">
        <w:rPr>
          <w:rFonts w:ascii="Arial" w:hAnsi="Arial" w:cs="Arial"/>
          <w:sz w:val="20"/>
          <w:szCs w:val="20"/>
        </w:rPr>
        <w:t>października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2026 r.</w:t>
      </w:r>
    </w:p>
    <w:p w14:paraId="24525C64" w14:textId="07F4EBF7" w:rsidR="008E672B" w:rsidRPr="00780DBC" w:rsidRDefault="00000000">
      <w:pPr>
        <w:pStyle w:val="Nagwek1"/>
        <w:rPr>
          <w:rFonts w:ascii="Arial" w:hAnsi="Arial" w:cs="Arial"/>
          <w:color w:val="auto"/>
          <w:sz w:val="20"/>
          <w:szCs w:val="20"/>
        </w:rPr>
      </w:pPr>
      <w:r w:rsidRPr="00780DBC">
        <w:rPr>
          <w:rFonts w:ascii="Arial" w:hAnsi="Arial" w:cs="Arial"/>
          <w:b w:val="0"/>
          <w:color w:val="auto"/>
          <w:sz w:val="20"/>
          <w:szCs w:val="20"/>
        </w:rPr>
        <w:t>1. Dane Wykonawcy</w:t>
      </w:r>
      <w:r w:rsidR="009C1768">
        <w:rPr>
          <w:rFonts w:ascii="Arial" w:hAnsi="Arial" w:cs="Arial"/>
          <w:b w:val="0"/>
          <w:color w:val="auto"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08"/>
        <w:gridCol w:w="6664"/>
      </w:tblGrid>
      <w:tr w:rsidR="00D02E45" w:rsidRPr="00780DBC" w14:paraId="7DD9112E" w14:textId="77777777" w:rsidTr="00504DA3">
        <w:trPr>
          <w:jc w:val="center"/>
        </w:trPr>
        <w:tc>
          <w:tcPr>
            <w:tcW w:w="3008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6AF25B3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Wykonawcy</w:t>
            </w:r>
            <w:proofErr w:type="spellEnd"/>
          </w:p>
        </w:tc>
        <w:tc>
          <w:tcPr>
            <w:tcW w:w="666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845EE71" w14:textId="6BF5BFD2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2EA27A5E" w14:textId="77777777" w:rsidTr="00504DA3">
        <w:trPr>
          <w:jc w:val="center"/>
        </w:trPr>
        <w:tc>
          <w:tcPr>
            <w:tcW w:w="3008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B751164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666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528F096" w14:textId="56A0A564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0E258E4C" w14:textId="77777777" w:rsidTr="00504DA3">
        <w:trPr>
          <w:jc w:val="center"/>
        </w:trPr>
        <w:tc>
          <w:tcPr>
            <w:tcW w:w="3008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A3D33C1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b/>
                <w:sz w:val="20"/>
                <w:szCs w:val="20"/>
              </w:rPr>
              <w:t>NIP / REGON</w:t>
            </w:r>
          </w:p>
        </w:tc>
        <w:tc>
          <w:tcPr>
            <w:tcW w:w="666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8F73128" w14:textId="4DCCDAF7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4F983001" w14:textId="77777777" w:rsidTr="00504DA3">
        <w:trPr>
          <w:jc w:val="center"/>
        </w:trPr>
        <w:tc>
          <w:tcPr>
            <w:tcW w:w="3008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1D0A704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666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CA42124" w14:textId="46F9235A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2D412EF4" w14:textId="77777777" w:rsidTr="00504DA3">
        <w:trPr>
          <w:jc w:val="center"/>
        </w:trPr>
        <w:tc>
          <w:tcPr>
            <w:tcW w:w="3008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C766C9C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666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63152C6" w14:textId="5ECE0391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159379A4" w14:textId="77777777" w:rsidTr="00504DA3">
        <w:trPr>
          <w:jc w:val="center"/>
        </w:trPr>
        <w:tc>
          <w:tcPr>
            <w:tcW w:w="3008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8B302E2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Osoba do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kontaktu</w:t>
            </w:r>
            <w:proofErr w:type="spellEnd"/>
          </w:p>
        </w:tc>
        <w:tc>
          <w:tcPr>
            <w:tcW w:w="666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6827370" w14:textId="206BC3A5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E35E9" w14:textId="77777777" w:rsidR="008E672B" w:rsidRPr="00780DBC" w:rsidRDefault="00000000">
      <w:pPr>
        <w:pStyle w:val="Nagwek1"/>
        <w:rPr>
          <w:rFonts w:ascii="Arial" w:hAnsi="Arial" w:cs="Arial"/>
          <w:color w:val="auto"/>
          <w:sz w:val="20"/>
          <w:szCs w:val="20"/>
        </w:rPr>
      </w:pPr>
      <w:r w:rsidRPr="00780DBC">
        <w:rPr>
          <w:rFonts w:ascii="Arial" w:hAnsi="Arial" w:cs="Arial"/>
          <w:b w:val="0"/>
          <w:color w:val="auto"/>
          <w:sz w:val="20"/>
          <w:szCs w:val="20"/>
        </w:rPr>
        <w:t xml:space="preserve">2. Cena </w:t>
      </w:r>
      <w:proofErr w:type="spellStart"/>
      <w:r w:rsidRPr="00780DBC">
        <w:rPr>
          <w:rFonts w:ascii="Arial" w:hAnsi="Arial" w:cs="Arial"/>
          <w:b w:val="0"/>
          <w:color w:val="auto"/>
          <w:sz w:val="20"/>
          <w:szCs w:val="20"/>
        </w:rPr>
        <w:t>ofertowa</w:t>
      </w:r>
      <w:proofErr w:type="spellEnd"/>
    </w:p>
    <w:p w14:paraId="1757015E" w14:textId="77777777" w:rsidR="008E672B" w:rsidRPr="00780DBC" w:rsidRDefault="00000000">
      <w:pPr>
        <w:rPr>
          <w:rFonts w:ascii="Arial" w:hAnsi="Arial" w:cs="Arial"/>
          <w:sz w:val="20"/>
          <w:szCs w:val="20"/>
        </w:rPr>
      </w:pPr>
      <w:proofErr w:type="spellStart"/>
      <w:r w:rsidRPr="00780DBC">
        <w:rPr>
          <w:rFonts w:ascii="Arial" w:hAnsi="Arial" w:cs="Arial"/>
          <w:sz w:val="20"/>
          <w:szCs w:val="20"/>
        </w:rPr>
        <w:t>Oferuję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wykonanie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całego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przedmiotu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zamówienia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780DBC">
        <w:rPr>
          <w:rFonts w:ascii="Arial" w:hAnsi="Arial" w:cs="Arial"/>
          <w:sz w:val="20"/>
          <w:szCs w:val="20"/>
        </w:rPr>
        <w:t>łączną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cenę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ryczałtową</w:t>
      </w:r>
      <w:proofErr w:type="spellEnd"/>
      <w:r w:rsidRPr="00780DBC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73"/>
        <w:gridCol w:w="6581"/>
      </w:tblGrid>
      <w:tr w:rsidR="00D02E45" w:rsidRPr="00780DBC" w14:paraId="66F7FC05" w14:textId="77777777" w:rsidTr="009C1768">
        <w:trPr>
          <w:jc w:val="center"/>
        </w:trPr>
        <w:tc>
          <w:tcPr>
            <w:tcW w:w="3073" w:type="dxa"/>
            <w:shd w:val="clear" w:color="auto" w:fill="D9EAF7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FDC1ED4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6581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A97A73F" w14:textId="35A51CBD" w:rsidR="008E672B" w:rsidRPr="00780DBC" w:rsidRDefault="00780DBC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proofErr w:type="spellStart"/>
            <w:r w:rsidRPr="00780DBC">
              <w:rPr>
                <w:rFonts w:ascii="Arial" w:hAnsi="Arial" w:cs="Arial"/>
                <w:sz w:val="20"/>
                <w:szCs w:val="20"/>
              </w:rPr>
              <w:t>zł</w:t>
            </w:r>
            <w:proofErr w:type="spellEnd"/>
          </w:p>
        </w:tc>
      </w:tr>
      <w:tr w:rsidR="00D02E45" w:rsidRPr="00780DBC" w14:paraId="6656A943" w14:textId="77777777" w:rsidTr="009C1768">
        <w:trPr>
          <w:jc w:val="center"/>
        </w:trPr>
        <w:tc>
          <w:tcPr>
            <w:tcW w:w="3073" w:type="dxa"/>
            <w:shd w:val="clear" w:color="auto" w:fill="D9EAF7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28C2761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Słownie</w:t>
            </w:r>
            <w:proofErr w:type="spellEnd"/>
          </w:p>
        </w:tc>
        <w:tc>
          <w:tcPr>
            <w:tcW w:w="6581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5CF8CBA" w14:textId="71A460B2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76223462" w14:textId="77777777" w:rsidTr="009C1768">
        <w:trPr>
          <w:jc w:val="center"/>
        </w:trPr>
        <w:tc>
          <w:tcPr>
            <w:tcW w:w="3073" w:type="dxa"/>
            <w:shd w:val="clear" w:color="auto" w:fill="D9EAF7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5A86C8C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Stawka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VAT</w:t>
            </w:r>
          </w:p>
        </w:tc>
        <w:tc>
          <w:tcPr>
            <w:tcW w:w="6581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958FE57" w14:textId="23D0C72A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407935" w14:textId="77777777" w:rsidR="008E672B" w:rsidRPr="00780DBC" w:rsidRDefault="00000000">
      <w:pPr>
        <w:pStyle w:val="Nagwek1"/>
        <w:rPr>
          <w:rFonts w:ascii="Arial" w:hAnsi="Arial" w:cs="Arial"/>
          <w:color w:val="auto"/>
          <w:sz w:val="20"/>
          <w:szCs w:val="20"/>
        </w:rPr>
      </w:pPr>
      <w:r w:rsidRPr="00780DBC">
        <w:rPr>
          <w:rFonts w:ascii="Arial" w:hAnsi="Arial" w:cs="Arial"/>
          <w:b w:val="0"/>
          <w:color w:val="auto"/>
          <w:sz w:val="20"/>
          <w:szCs w:val="20"/>
        </w:rPr>
        <w:t xml:space="preserve">3. </w:t>
      </w:r>
      <w:proofErr w:type="spellStart"/>
      <w:r w:rsidRPr="00780DBC">
        <w:rPr>
          <w:rFonts w:ascii="Arial" w:hAnsi="Arial" w:cs="Arial"/>
          <w:b w:val="0"/>
          <w:color w:val="auto"/>
          <w:sz w:val="20"/>
          <w:szCs w:val="20"/>
        </w:rPr>
        <w:t>Informacja</w:t>
      </w:r>
      <w:proofErr w:type="spellEnd"/>
      <w:r w:rsidRPr="00780DBC">
        <w:rPr>
          <w:rFonts w:ascii="Arial" w:hAnsi="Arial" w:cs="Arial"/>
          <w:b w:val="0"/>
          <w:color w:val="auto"/>
          <w:sz w:val="20"/>
          <w:szCs w:val="20"/>
        </w:rPr>
        <w:t xml:space="preserve"> o </w:t>
      </w:r>
      <w:proofErr w:type="spellStart"/>
      <w:r w:rsidRPr="00780DBC">
        <w:rPr>
          <w:rFonts w:ascii="Arial" w:hAnsi="Arial" w:cs="Arial"/>
          <w:b w:val="0"/>
          <w:color w:val="auto"/>
          <w:sz w:val="20"/>
          <w:szCs w:val="20"/>
        </w:rPr>
        <w:t>pojeździe</w:t>
      </w:r>
      <w:proofErr w:type="spellEnd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5918"/>
      </w:tblGrid>
      <w:tr w:rsidR="00D02E45" w:rsidRPr="00780DBC" w14:paraId="2FDFD6A5" w14:textId="77777777" w:rsidTr="009C1768">
        <w:trPr>
          <w:jc w:val="center"/>
        </w:trPr>
        <w:tc>
          <w:tcPr>
            <w:tcW w:w="3828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976A56B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b/>
                <w:sz w:val="20"/>
                <w:szCs w:val="20"/>
              </w:rPr>
              <w:t>Marka i model</w:t>
            </w:r>
          </w:p>
        </w:tc>
        <w:tc>
          <w:tcPr>
            <w:tcW w:w="5918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7B4D86E" w14:textId="613D4EFB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5F786087" w14:textId="77777777" w:rsidTr="009C1768">
        <w:trPr>
          <w:jc w:val="center"/>
        </w:trPr>
        <w:tc>
          <w:tcPr>
            <w:tcW w:w="3828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93A33E3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Rok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produkcji</w:t>
            </w:r>
            <w:proofErr w:type="spellEnd"/>
          </w:p>
        </w:tc>
        <w:tc>
          <w:tcPr>
            <w:tcW w:w="5918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8E54AEF" w14:textId="080BDC50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32F6437E" w14:textId="77777777" w:rsidTr="009C1768">
        <w:trPr>
          <w:jc w:val="center"/>
        </w:trPr>
        <w:tc>
          <w:tcPr>
            <w:tcW w:w="3828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81C139B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Liczba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miejsc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pasażerskich</w:t>
            </w:r>
            <w:proofErr w:type="spellEnd"/>
          </w:p>
        </w:tc>
        <w:tc>
          <w:tcPr>
            <w:tcW w:w="5918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828DEC0" w14:textId="4A0F9678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4E76C9DF" w14:textId="77777777" w:rsidTr="009C1768">
        <w:trPr>
          <w:jc w:val="center"/>
        </w:trPr>
        <w:tc>
          <w:tcPr>
            <w:tcW w:w="3828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C880726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Klimatyzacja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pasy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bezpieczeństwa</w:t>
            </w:r>
            <w:proofErr w:type="spellEnd"/>
          </w:p>
        </w:tc>
        <w:tc>
          <w:tcPr>
            <w:tcW w:w="5918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987167E" w14:textId="530C5647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45" w:rsidRPr="00780DBC" w14:paraId="43987FAB" w14:textId="77777777" w:rsidTr="009C1768">
        <w:trPr>
          <w:jc w:val="center"/>
        </w:trPr>
        <w:tc>
          <w:tcPr>
            <w:tcW w:w="3828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E2B51A5" w14:textId="77777777" w:rsidR="008E672B" w:rsidRPr="00780DBC" w:rsidRDefault="00000000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istotne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wyposażenie</w:t>
            </w:r>
            <w:proofErr w:type="spellEnd"/>
          </w:p>
        </w:tc>
        <w:tc>
          <w:tcPr>
            <w:tcW w:w="5918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EE7F46B" w14:textId="1B56D616" w:rsidR="008E672B" w:rsidRPr="00780DBC" w:rsidRDefault="008E672B" w:rsidP="00504D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F9CE0E" w14:textId="306E17F7" w:rsidR="008E672B" w:rsidRPr="009C1768" w:rsidRDefault="00000000" w:rsidP="009C1768">
      <w:pPr>
        <w:pStyle w:val="Nagwek1"/>
        <w:rPr>
          <w:rFonts w:ascii="Arial" w:hAnsi="Arial" w:cs="Arial"/>
          <w:bCs w:val="0"/>
          <w:sz w:val="20"/>
          <w:szCs w:val="20"/>
        </w:rPr>
      </w:pPr>
      <w:r w:rsidRPr="00780DBC">
        <w:rPr>
          <w:rFonts w:ascii="Arial" w:hAnsi="Arial" w:cs="Arial"/>
          <w:b w:val="0"/>
          <w:color w:val="auto"/>
          <w:sz w:val="20"/>
          <w:szCs w:val="20"/>
        </w:rPr>
        <w:t>4</w:t>
      </w:r>
      <w:r w:rsidRPr="009C1768">
        <w:rPr>
          <w:rFonts w:ascii="Arial" w:hAnsi="Arial" w:cs="Arial"/>
          <w:bCs w:val="0"/>
          <w:color w:val="auto"/>
          <w:sz w:val="20"/>
          <w:szCs w:val="20"/>
        </w:rPr>
        <w:t xml:space="preserve">. </w:t>
      </w:r>
      <w:proofErr w:type="spellStart"/>
      <w:r w:rsidRPr="009C1768">
        <w:rPr>
          <w:rFonts w:ascii="Arial" w:hAnsi="Arial" w:cs="Arial"/>
          <w:bCs w:val="0"/>
          <w:color w:val="auto"/>
          <w:sz w:val="20"/>
          <w:szCs w:val="20"/>
        </w:rPr>
        <w:t>Oświadcz</w:t>
      </w:r>
      <w:r w:rsidR="009C1768" w:rsidRPr="009C1768">
        <w:rPr>
          <w:rFonts w:ascii="Arial" w:hAnsi="Arial" w:cs="Arial"/>
          <w:bCs w:val="0"/>
          <w:color w:val="auto"/>
          <w:sz w:val="20"/>
          <w:szCs w:val="20"/>
        </w:rPr>
        <w:t>am</w:t>
      </w:r>
      <w:proofErr w:type="spellEnd"/>
      <w:r w:rsidR="009C1768" w:rsidRPr="009C1768">
        <w:rPr>
          <w:rFonts w:ascii="Arial" w:hAnsi="Arial" w:cs="Arial"/>
          <w:bCs w:val="0"/>
          <w:color w:val="auto"/>
          <w:sz w:val="20"/>
          <w:szCs w:val="20"/>
        </w:rPr>
        <w:t xml:space="preserve">, </w:t>
      </w:r>
      <w:proofErr w:type="spellStart"/>
      <w:r w:rsidR="009C1768" w:rsidRPr="009C1768">
        <w:rPr>
          <w:rFonts w:ascii="Arial" w:hAnsi="Arial" w:cs="Arial"/>
          <w:bCs w:val="0"/>
          <w:color w:val="auto"/>
          <w:sz w:val="20"/>
          <w:szCs w:val="20"/>
        </w:rPr>
        <w:t>że</w:t>
      </w:r>
      <w:proofErr w:type="spellEnd"/>
      <w:r w:rsidR="009C1768" w:rsidRPr="009C1768">
        <w:rPr>
          <w:rFonts w:ascii="Arial" w:hAnsi="Arial" w:cs="Arial"/>
          <w:bCs w:val="0"/>
          <w:color w:val="auto"/>
          <w:sz w:val="20"/>
          <w:szCs w:val="20"/>
        </w:rPr>
        <w:t xml:space="preserve">: </w:t>
      </w:r>
    </w:p>
    <w:p w14:paraId="2B629A19" w14:textId="6E8C97D8" w:rsidR="008E672B" w:rsidRPr="00780DBC" w:rsidRDefault="00685479" w:rsidP="009C1768">
      <w:pPr>
        <w:pStyle w:val="Listapunktowana"/>
        <w:numPr>
          <w:ilvl w:val="0"/>
          <w:numId w:val="0"/>
        </w:numPr>
        <w:ind w:left="369"/>
        <w:jc w:val="both"/>
        <w:rPr>
          <w:rFonts w:ascii="Arial" w:hAnsi="Arial" w:cs="Arial"/>
          <w:sz w:val="20"/>
          <w:szCs w:val="20"/>
        </w:rPr>
      </w:pPr>
      <w:r w:rsidRPr="00780DBC">
        <w:rPr>
          <w:rFonts w:ascii="Arial" w:hAnsi="Arial" w:cs="Arial"/>
          <w:sz w:val="20"/>
          <w:szCs w:val="20"/>
        </w:rPr>
        <w:t xml:space="preserve">1) </w:t>
      </w:r>
      <w:proofErr w:type="spellStart"/>
      <w:r w:rsidRPr="00780DBC">
        <w:rPr>
          <w:rFonts w:ascii="Arial" w:hAnsi="Arial" w:cs="Arial"/>
          <w:sz w:val="20"/>
          <w:szCs w:val="20"/>
        </w:rPr>
        <w:t>posiadam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wymagane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uprawnienia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80DBC">
        <w:rPr>
          <w:rFonts w:ascii="Arial" w:hAnsi="Arial" w:cs="Arial"/>
          <w:sz w:val="20"/>
          <w:szCs w:val="20"/>
        </w:rPr>
        <w:t>licencje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i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ubezpieczenia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niezbędne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780DBC">
        <w:rPr>
          <w:rFonts w:ascii="Arial" w:hAnsi="Arial" w:cs="Arial"/>
          <w:sz w:val="20"/>
          <w:szCs w:val="20"/>
        </w:rPr>
        <w:t>realizacji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przewozu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osób</w:t>
      </w:r>
      <w:proofErr w:type="spellEnd"/>
      <w:r w:rsidRPr="00780DBC">
        <w:rPr>
          <w:rFonts w:ascii="Arial" w:hAnsi="Arial" w:cs="Arial"/>
          <w:sz w:val="20"/>
          <w:szCs w:val="20"/>
        </w:rPr>
        <w:t>;</w:t>
      </w:r>
    </w:p>
    <w:p w14:paraId="00BE6E9A" w14:textId="27F8EFDD" w:rsidR="008E672B" w:rsidRPr="00780DBC" w:rsidRDefault="00685479" w:rsidP="009C1768">
      <w:pPr>
        <w:pStyle w:val="Listapunktowana"/>
        <w:numPr>
          <w:ilvl w:val="0"/>
          <w:numId w:val="0"/>
        </w:numPr>
        <w:ind w:left="369"/>
        <w:jc w:val="both"/>
        <w:rPr>
          <w:rFonts w:ascii="Arial" w:hAnsi="Arial" w:cs="Arial"/>
          <w:sz w:val="20"/>
          <w:szCs w:val="20"/>
        </w:rPr>
      </w:pPr>
      <w:r w:rsidRPr="00780DBC">
        <w:rPr>
          <w:rFonts w:ascii="Arial" w:hAnsi="Arial" w:cs="Arial"/>
          <w:sz w:val="20"/>
          <w:szCs w:val="20"/>
        </w:rPr>
        <w:t xml:space="preserve">2) </w:t>
      </w:r>
      <w:proofErr w:type="spellStart"/>
      <w:r w:rsidRPr="00780DBC">
        <w:rPr>
          <w:rFonts w:ascii="Arial" w:hAnsi="Arial" w:cs="Arial"/>
          <w:sz w:val="20"/>
          <w:szCs w:val="20"/>
        </w:rPr>
        <w:t>dysponuję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sprawnym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technicznie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pojazdem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oraz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personelem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zdolnym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780DBC">
        <w:rPr>
          <w:rFonts w:ascii="Arial" w:hAnsi="Arial" w:cs="Arial"/>
          <w:sz w:val="20"/>
          <w:szCs w:val="20"/>
        </w:rPr>
        <w:t>wykonania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zamówienia</w:t>
      </w:r>
      <w:proofErr w:type="spellEnd"/>
      <w:r w:rsidRPr="00780DBC">
        <w:rPr>
          <w:rFonts w:ascii="Arial" w:hAnsi="Arial" w:cs="Arial"/>
          <w:sz w:val="20"/>
          <w:szCs w:val="20"/>
        </w:rPr>
        <w:t>;</w:t>
      </w:r>
    </w:p>
    <w:p w14:paraId="24A5C24B" w14:textId="280A33F3" w:rsidR="008E672B" w:rsidRPr="00780DBC" w:rsidRDefault="00685479" w:rsidP="009C1768">
      <w:pPr>
        <w:pStyle w:val="Listapunktowana"/>
        <w:numPr>
          <w:ilvl w:val="0"/>
          <w:numId w:val="0"/>
        </w:numPr>
        <w:ind w:left="369"/>
        <w:jc w:val="both"/>
        <w:rPr>
          <w:rFonts w:ascii="Arial" w:hAnsi="Arial" w:cs="Arial"/>
          <w:sz w:val="20"/>
          <w:szCs w:val="20"/>
        </w:rPr>
      </w:pPr>
      <w:r w:rsidRPr="00780DBC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780DBC">
        <w:rPr>
          <w:rFonts w:ascii="Arial" w:hAnsi="Arial" w:cs="Arial"/>
          <w:sz w:val="20"/>
          <w:szCs w:val="20"/>
        </w:rPr>
        <w:t>zapoznałem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/am </w:t>
      </w:r>
      <w:proofErr w:type="spellStart"/>
      <w:r w:rsidRPr="00780DBC">
        <w:rPr>
          <w:rFonts w:ascii="Arial" w:hAnsi="Arial" w:cs="Arial"/>
          <w:sz w:val="20"/>
          <w:szCs w:val="20"/>
        </w:rPr>
        <w:t>się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780DBC">
        <w:rPr>
          <w:rFonts w:ascii="Arial" w:hAnsi="Arial" w:cs="Arial"/>
          <w:sz w:val="20"/>
          <w:szCs w:val="20"/>
        </w:rPr>
        <w:t>opisem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przedmiotu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zamówienia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i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nie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wnoszę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780DBC">
        <w:rPr>
          <w:rFonts w:ascii="Arial" w:hAnsi="Arial" w:cs="Arial"/>
          <w:sz w:val="20"/>
          <w:szCs w:val="20"/>
        </w:rPr>
        <w:t>niego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zastrzeżeń</w:t>
      </w:r>
      <w:proofErr w:type="spellEnd"/>
      <w:r w:rsidRPr="00780DBC">
        <w:rPr>
          <w:rFonts w:ascii="Arial" w:hAnsi="Arial" w:cs="Arial"/>
          <w:sz w:val="20"/>
          <w:szCs w:val="20"/>
        </w:rPr>
        <w:t>;</w:t>
      </w:r>
    </w:p>
    <w:p w14:paraId="061B8181" w14:textId="4C9B248C" w:rsidR="008E672B" w:rsidRDefault="00685479" w:rsidP="009C1768">
      <w:pPr>
        <w:pStyle w:val="Listapunktowana"/>
        <w:numPr>
          <w:ilvl w:val="0"/>
          <w:numId w:val="0"/>
        </w:numPr>
        <w:ind w:left="369"/>
        <w:jc w:val="both"/>
        <w:rPr>
          <w:rFonts w:ascii="Arial" w:hAnsi="Arial" w:cs="Arial"/>
          <w:sz w:val="20"/>
          <w:szCs w:val="20"/>
        </w:rPr>
      </w:pPr>
      <w:r w:rsidRPr="00780DBC">
        <w:rPr>
          <w:rFonts w:ascii="Arial" w:hAnsi="Arial" w:cs="Arial"/>
          <w:sz w:val="20"/>
          <w:szCs w:val="20"/>
        </w:rPr>
        <w:t xml:space="preserve">4) </w:t>
      </w:r>
      <w:proofErr w:type="spellStart"/>
      <w:r w:rsidRPr="00780DBC">
        <w:rPr>
          <w:rFonts w:ascii="Arial" w:hAnsi="Arial" w:cs="Arial"/>
          <w:sz w:val="20"/>
          <w:szCs w:val="20"/>
        </w:rPr>
        <w:t>cena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obejmuje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wszystkie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koszty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niezbędne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780DBC">
        <w:rPr>
          <w:rFonts w:ascii="Arial" w:hAnsi="Arial" w:cs="Arial"/>
          <w:sz w:val="20"/>
          <w:szCs w:val="20"/>
        </w:rPr>
        <w:t>pełnej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i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prawidłowej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realizacji</w:t>
      </w:r>
      <w:proofErr w:type="spellEnd"/>
      <w:r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BC">
        <w:rPr>
          <w:rFonts w:ascii="Arial" w:hAnsi="Arial" w:cs="Arial"/>
          <w:sz w:val="20"/>
          <w:szCs w:val="20"/>
        </w:rPr>
        <w:t>zamówienia</w:t>
      </w:r>
      <w:proofErr w:type="spellEnd"/>
      <w:r w:rsidRPr="00780DBC">
        <w:rPr>
          <w:rFonts w:ascii="Arial" w:hAnsi="Arial" w:cs="Arial"/>
          <w:sz w:val="20"/>
          <w:szCs w:val="20"/>
        </w:rPr>
        <w:t>;</w:t>
      </w:r>
    </w:p>
    <w:p w14:paraId="5D6A2F0C" w14:textId="07617050" w:rsidR="009C1768" w:rsidRPr="00780DBC" w:rsidRDefault="009C1768" w:rsidP="009C1768">
      <w:pPr>
        <w:pStyle w:val="Listapunktowana"/>
        <w:numPr>
          <w:ilvl w:val="0"/>
          <w:numId w:val="0"/>
        </w:numPr>
        <w:ind w:left="36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</w:t>
      </w:r>
      <w:proofErr w:type="spellStart"/>
      <w:r>
        <w:rPr>
          <w:rFonts w:ascii="Arial" w:hAnsi="Arial" w:cs="Arial"/>
          <w:sz w:val="20"/>
          <w:szCs w:val="20"/>
        </w:rPr>
        <w:t>uważamy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się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związani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niniejszą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ofertą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cenową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przez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okres</w:t>
      </w:r>
      <w:proofErr w:type="spellEnd"/>
      <w:r>
        <w:rPr>
          <w:rFonts w:ascii="Arial" w:hAnsi="Arial" w:cs="Arial"/>
          <w:sz w:val="20"/>
          <w:szCs w:val="20"/>
        </w:rPr>
        <w:t xml:space="preserve"> 14 </w:t>
      </w:r>
      <w:proofErr w:type="spellStart"/>
      <w:r>
        <w:rPr>
          <w:rFonts w:ascii="Arial" w:hAnsi="Arial" w:cs="Arial"/>
          <w:sz w:val="20"/>
          <w:szCs w:val="20"/>
        </w:rPr>
        <w:t>dni</w:t>
      </w:r>
      <w:proofErr w:type="spellEnd"/>
      <w:r>
        <w:rPr>
          <w:rFonts w:ascii="Arial" w:hAnsi="Arial" w:cs="Arial"/>
          <w:sz w:val="20"/>
          <w:szCs w:val="20"/>
        </w:rPr>
        <w:t xml:space="preserve"> od </w:t>
      </w:r>
      <w:proofErr w:type="spellStart"/>
      <w:r>
        <w:rPr>
          <w:rFonts w:ascii="Arial" w:hAnsi="Arial" w:cs="Arial"/>
          <w:sz w:val="20"/>
          <w:szCs w:val="20"/>
        </w:rPr>
        <w:t>wyznaczonego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terminu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składania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ofert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14:paraId="6843F110" w14:textId="6A7E27E1" w:rsidR="008E672B" w:rsidRPr="00780DBC" w:rsidRDefault="009C1768" w:rsidP="009C1768">
      <w:pPr>
        <w:pStyle w:val="Listapunktowana"/>
        <w:numPr>
          <w:ilvl w:val="0"/>
          <w:numId w:val="0"/>
        </w:numPr>
        <w:ind w:left="36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685479" w:rsidRPr="00780DBC">
        <w:rPr>
          <w:rFonts w:ascii="Arial" w:hAnsi="Arial" w:cs="Arial"/>
          <w:sz w:val="20"/>
          <w:szCs w:val="20"/>
        </w:rPr>
        <w:t xml:space="preserve">) w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przypadku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wyboru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oferty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zobowiązuję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się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zawarcia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umowy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w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terminie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wskazanym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przez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Zamawiającego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>;</w:t>
      </w:r>
    </w:p>
    <w:p w14:paraId="0C69951D" w14:textId="3E14E3CF" w:rsidR="008E672B" w:rsidRDefault="009C1768" w:rsidP="009C1768">
      <w:pPr>
        <w:pStyle w:val="Listapunktowana"/>
        <w:numPr>
          <w:ilvl w:val="0"/>
          <w:numId w:val="0"/>
        </w:numPr>
        <w:ind w:left="36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685479" w:rsidRPr="00780DBC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wszystkie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informacje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podane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w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ofercie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są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prawdziwe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i</w:t>
      </w:r>
      <w:proofErr w:type="spellEnd"/>
      <w:r w:rsidR="00685479" w:rsidRPr="00780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5479" w:rsidRPr="00780DBC">
        <w:rPr>
          <w:rFonts w:ascii="Arial" w:hAnsi="Arial" w:cs="Arial"/>
          <w:sz w:val="20"/>
          <w:szCs w:val="20"/>
        </w:rPr>
        <w:t>aktualne</w:t>
      </w:r>
      <w:proofErr w:type="spellEnd"/>
      <w:r w:rsidR="00780DBC">
        <w:rPr>
          <w:rFonts w:ascii="Arial" w:hAnsi="Arial" w:cs="Arial"/>
          <w:sz w:val="20"/>
          <w:szCs w:val="20"/>
        </w:rPr>
        <w:t xml:space="preserve">. </w:t>
      </w:r>
    </w:p>
    <w:p w14:paraId="5A1B30BD" w14:textId="77777777" w:rsidR="00780DBC" w:rsidRPr="00504DA3" w:rsidRDefault="00780DBC" w:rsidP="00780DBC">
      <w:pPr>
        <w:pStyle w:val="Listapunktowana"/>
        <w:numPr>
          <w:ilvl w:val="0"/>
          <w:numId w:val="0"/>
        </w:numPr>
        <w:ind w:left="369"/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4873"/>
      </w:tblGrid>
      <w:tr w:rsidR="00D02E45" w:rsidRPr="00504DA3" w14:paraId="3CEF3982" w14:textId="77777777" w:rsidTr="00504DA3">
        <w:trPr>
          <w:jc w:val="center"/>
        </w:trPr>
        <w:tc>
          <w:tcPr>
            <w:tcW w:w="4873" w:type="dxa"/>
            <w:shd w:val="clear" w:color="auto" w:fill="FFFFFF" w:themeFill="background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8A25F8" w14:textId="77777777" w:rsidR="008E672B" w:rsidRPr="00780DBC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Miejscowość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data</w:t>
            </w:r>
          </w:p>
        </w:tc>
        <w:tc>
          <w:tcPr>
            <w:tcW w:w="4873" w:type="dxa"/>
            <w:shd w:val="clear" w:color="auto" w:fill="FFFFFF" w:themeFill="background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DF69EB" w14:textId="77777777" w:rsidR="008E672B" w:rsidRPr="00780DBC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pieczęć</w:t>
            </w:r>
            <w:proofErr w:type="spellEnd"/>
            <w:r w:rsidRPr="00780D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DBC">
              <w:rPr>
                <w:rFonts w:ascii="Arial" w:hAnsi="Arial" w:cs="Arial"/>
                <w:b/>
                <w:sz w:val="20"/>
                <w:szCs w:val="20"/>
              </w:rPr>
              <w:t>Wykonawcy</w:t>
            </w:r>
            <w:proofErr w:type="spellEnd"/>
          </w:p>
        </w:tc>
      </w:tr>
      <w:tr w:rsidR="008E672B" w:rsidRPr="00504DA3" w14:paraId="30D34394" w14:textId="77777777">
        <w:trPr>
          <w:jc w:val="center"/>
        </w:trPr>
        <w:tc>
          <w:tcPr>
            <w:tcW w:w="487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7E0199" w14:textId="2B1210A1" w:rsidR="008E672B" w:rsidRPr="00504DA3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504DA3">
              <w:rPr>
                <w:rFonts w:ascii="Arial" w:hAnsi="Arial" w:cs="Arial"/>
                <w:sz w:val="22"/>
              </w:rPr>
              <w:br/>
              <w:t>____________________________</w:t>
            </w:r>
          </w:p>
        </w:tc>
        <w:tc>
          <w:tcPr>
            <w:tcW w:w="487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102E76" w14:textId="6F14AD1A" w:rsidR="008E672B" w:rsidRPr="00504DA3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504DA3">
              <w:rPr>
                <w:rFonts w:ascii="Arial" w:hAnsi="Arial" w:cs="Arial"/>
                <w:sz w:val="22"/>
              </w:rPr>
              <w:br/>
              <w:t>____________________________</w:t>
            </w:r>
          </w:p>
        </w:tc>
      </w:tr>
    </w:tbl>
    <w:p w14:paraId="33D44F05" w14:textId="77777777" w:rsidR="00071DCD" w:rsidRPr="00504DA3" w:rsidRDefault="00071DCD">
      <w:pPr>
        <w:rPr>
          <w:rFonts w:ascii="Arial" w:hAnsi="Arial" w:cs="Arial"/>
          <w:sz w:val="22"/>
        </w:rPr>
      </w:pPr>
    </w:p>
    <w:sectPr w:rsidR="00071DCD" w:rsidRPr="00504DA3" w:rsidSect="00780DBC">
      <w:headerReference w:type="default" r:id="rId8"/>
      <w:pgSz w:w="12240" w:h="15840"/>
      <w:pgMar w:top="142" w:right="1247" w:bottom="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6DE09" w14:textId="77777777" w:rsidR="003029E8" w:rsidRDefault="003029E8">
      <w:pPr>
        <w:spacing w:after="0" w:line="240" w:lineRule="auto"/>
      </w:pPr>
      <w:r>
        <w:separator/>
      </w:r>
    </w:p>
  </w:endnote>
  <w:endnote w:type="continuationSeparator" w:id="0">
    <w:p w14:paraId="3654F6CB" w14:textId="77777777" w:rsidR="003029E8" w:rsidRDefault="00302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9CF4" w14:textId="77777777" w:rsidR="003029E8" w:rsidRDefault="003029E8">
      <w:pPr>
        <w:spacing w:after="0" w:line="240" w:lineRule="auto"/>
      </w:pPr>
      <w:r>
        <w:separator/>
      </w:r>
    </w:p>
  </w:footnote>
  <w:footnote w:type="continuationSeparator" w:id="0">
    <w:p w14:paraId="763B2DCC" w14:textId="77777777" w:rsidR="003029E8" w:rsidRDefault="00302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FEF3" w14:textId="2908344D" w:rsidR="008E672B" w:rsidRDefault="008E672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5833695">
    <w:abstractNumId w:val="8"/>
  </w:num>
  <w:num w:numId="2" w16cid:durableId="1655791039">
    <w:abstractNumId w:val="6"/>
  </w:num>
  <w:num w:numId="3" w16cid:durableId="650257291">
    <w:abstractNumId w:val="5"/>
  </w:num>
  <w:num w:numId="4" w16cid:durableId="661081963">
    <w:abstractNumId w:val="4"/>
  </w:num>
  <w:num w:numId="5" w16cid:durableId="180356932">
    <w:abstractNumId w:val="7"/>
  </w:num>
  <w:num w:numId="6" w16cid:durableId="1106538308">
    <w:abstractNumId w:val="3"/>
  </w:num>
  <w:num w:numId="7" w16cid:durableId="2067993999">
    <w:abstractNumId w:val="2"/>
  </w:num>
  <w:num w:numId="8" w16cid:durableId="838037560">
    <w:abstractNumId w:val="1"/>
  </w:num>
  <w:num w:numId="9" w16cid:durableId="15206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CD"/>
    <w:rsid w:val="00086ECA"/>
    <w:rsid w:val="000E38D5"/>
    <w:rsid w:val="0015074B"/>
    <w:rsid w:val="0022535F"/>
    <w:rsid w:val="0029639D"/>
    <w:rsid w:val="003029E8"/>
    <w:rsid w:val="00326F90"/>
    <w:rsid w:val="003C0198"/>
    <w:rsid w:val="00504DA3"/>
    <w:rsid w:val="00685479"/>
    <w:rsid w:val="00692FA2"/>
    <w:rsid w:val="00700968"/>
    <w:rsid w:val="00731C0D"/>
    <w:rsid w:val="00780DBC"/>
    <w:rsid w:val="008B1947"/>
    <w:rsid w:val="008C1388"/>
    <w:rsid w:val="008E672B"/>
    <w:rsid w:val="009112BE"/>
    <w:rsid w:val="00920CE0"/>
    <w:rsid w:val="009C1768"/>
    <w:rsid w:val="009E6BF6"/>
    <w:rsid w:val="00A372FA"/>
    <w:rsid w:val="00AA1D8D"/>
    <w:rsid w:val="00B47730"/>
    <w:rsid w:val="00B7572B"/>
    <w:rsid w:val="00BF24EF"/>
    <w:rsid w:val="00CB0664"/>
    <w:rsid w:val="00D02E45"/>
    <w:rsid w:val="00E836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8A16C"/>
  <w14:defaultImageDpi w14:val="300"/>
  <w15:docId w15:val="{8C74BFAB-C8DE-4D73-8A5A-C2199ABF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ptos" w:eastAsia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80"/>
      <w:outlineLvl w:val="0"/>
    </w:pPr>
    <w:rPr>
      <w:rFonts w:asciiTheme="majorHAnsi" w:eastAsiaTheme="majorEastAsia" w:hAnsiTheme="majorHAnsi" w:cstheme="majorBidi"/>
      <w:b/>
      <w:bCs/>
      <w:color w:val="1F4E78"/>
      <w:sz w:val="25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b/>
      <w:bCs/>
      <w:color w:val="2F5597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8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 - usługa transportowa do Dusznik-Zdroju</vt:lpstr>
      <vt:lpstr/>
    </vt:vector>
  </TitlesOfParts>
  <Manager/>
  <Company/>
  <LinksUpToDate>false</LinksUpToDate>
  <CharactersWithSpaces>1397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- usługa transportowa do Dusznik-Zdroju</dc:title>
  <dc:subject>Transport 21 osób, 7-9 października 2026 r.</dc:subject>
  <dc:creator>M365 Copilot</dc:creator>
  <cp:keywords/>
  <dc:description>generated by python-docx</dc:description>
  <cp:lastModifiedBy>Małgorzata Tobolska</cp:lastModifiedBy>
  <cp:revision>12</cp:revision>
  <cp:lastPrinted>2026-08-25T09:28:00Z</cp:lastPrinted>
  <dcterms:created xsi:type="dcterms:W3CDTF">2026-08-20T11:14:00Z</dcterms:created>
  <dcterms:modified xsi:type="dcterms:W3CDTF">2026-08-25T09:28:00Z</dcterms:modified>
  <cp:category/>
</cp:coreProperties>
</file>