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02CD" w14:textId="77777777" w:rsidR="00A527F2" w:rsidRPr="0022411E" w:rsidRDefault="00000000">
      <w:pPr>
        <w:jc w:val="right"/>
        <w:rPr>
          <w:rFonts w:ascii="Arial" w:hAnsi="Arial" w:cs="Arial"/>
          <w:sz w:val="22"/>
        </w:rPr>
      </w:pPr>
      <w:r w:rsidRPr="0022411E">
        <w:rPr>
          <w:rFonts w:ascii="Arial" w:hAnsi="Arial" w:cs="Arial"/>
          <w:b/>
          <w:sz w:val="22"/>
        </w:rPr>
        <w:t>Załącznik nr 1</w:t>
      </w:r>
    </w:p>
    <w:p w14:paraId="43753CE0" w14:textId="77777777" w:rsidR="00A527F2" w:rsidRPr="00FE182F" w:rsidRDefault="00000000">
      <w:pPr>
        <w:pStyle w:val="Tytu"/>
        <w:keepNext/>
        <w:jc w:val="center"/>
        <w:rPr>
          <w:rFonts w:ascii="Arial" w:hAnsi="Arial" w:cs="Arial"/>
          <w:color w:val="auto"/>
          <w:sz w:val="22"/>
          <w:szCs w:val="22"/>
        </w:rPr>
      </w:pPr>
      <w:r w:rsidRPr="00FE182F">
        <w:rPr>
          <w:rFonts w:ascii="Arial" w:hAnsi="Arial" w:cs="Arial"/>
          <w:color w:val="auto"/>
          <w:sz w:val="22"/>
          <w:szCs w:val="22"/>
        </w:rPr>
        <w:t>FORMULARZ OFERTOWY</w:t>
      </w:r>
    </w:p>
    <w:p w14:paraId="03AD4561" w14:textId="3CECD2E5" w:rsidR="00A527F2" w:rsidRPr="00FE182F" w:rsidRDefault="00000000">
      <w:pPr>
        <w:jc w:val="center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>do zapytania ofertowego nr OSS.271.1.</w:t>
      </w:r>
      <w:r w:rsidR="003D61D7">
        <w:rPr>
          <w:rFonts w:ascii="Arial" w:hAnsi="Arial" w:cs="Arial"/>
          <w:b/>
          <w:sz w:val="22"/>
        </w:rPr>
        <w:t>10</w:t>
      </w:r>
      <w:r w:rsidRPr="00FE182F">
        <w:rPr>
          <w:rFonts w:ascii="Arial" w:hAnsi="Arial" w:cs="Arial"/>
          <w:b/>
          <w:sz w:val="22"/>
        </w:rPr>
        <w:t>.2026</w:t>
      </w:r>
    </w:p>
    <w:p w14:paraId="294B5236" w14:textId="77777777" w:rsidR="00A527F2" w:rsidRPr="00FE182F" w:rsidRDefault="00000000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FE182F">
        <w:rPr>
          <w:rFonts w:ascii="Arial" w:hAnsi="Arial" w:cs="Arial"/>
          <w:color w:val="auto"/>
          <w:sz w:val="22"/>
          <w:szCs w:val="22"/>
        </w:rPr>
        <w:t>1. Dane Oferenta</w:t>
      </w:r>
    </w:p>
    <w:p w14:paraId="499DAF64" w14:textId="42CE211A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Nazwa Oferenta: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 w:rsidRPr="00FE182F">
        <w:rPr>
          <w:rFonts w:ascii="Arial" w:hAnsi="Arial" w:cs="Arial"/>
          <w:sz w:val="22"/>
        </w:rPr>
        <w:t>.............</w:t>
      </w:r>
    </w:p>
    <w:p w14:paraId="415E7DFF" w14:textId="4858BBF3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Adres siedziby: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 w:rsidRPr="00FE182F">
        <w:rPr>
          <w:rFonts w:ascii="Arial" w:hAnsi="Arial" w:cs="Arial"/>
          <w:sz w:val="22"/>
        </w:rPr>
        <w:t>...............</w:t>
      </w:r>
    </w:p>
    <w:p w14:paraId="61148457" w14:textId="6EDC316C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NIP: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 w:rsidRPr="00FE182F">
        <w:rPr>
          <w:rFonts w:ascii="Arial" w:hAnsi="Arial" w:cs="Arial"/>
          <w:sz w:val="22"/>
        </w:rPr>
        <w:t>..................................</w:t>
      </w:r>
    </w:p>
    <w:p w14:paraId="6B25DC3D" w14:textId="73B2F61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REGON: </w:t>
      </w:r>
      <w:r w:rsidRPr="00FE182F">
        <w:rPr>
          <w:rFonts w:ascii="Arial" w:hAnsi="Arial" w:cs="Arial"/>
          <w:sz w:val="22"/>
        </w:rPr>
        <w:t>..............................................................................</w:t>
      </w:r>
    </w:p>
    <w:p w14:paraId="267EF9D0" w14:textId="476C01D0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Telefon: </w:t>
      </w:r>
      <w:r w:rsidRPr="00FE182F">
        <w:rPr>
          <w:rFonts w:ascii="Arial" w:hAnsi="Arial" w:cs="Arial"/>
          <w:sz w:val="22"/>
        </w:rPr>
        <w:t>..............................................................................</w:t>
      </w:r>
    </w:p>
    <w:p w14:paraId="70425888" w14:textId="194211F4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E-mail: </w:t>
      </w:r>
      <w:r w:rsidRPr="00FE182F">
        <w:rPr>
          <w:rFonts w:ascii="Arial" w:hAnsi="Arial" w:cs="Arial"/>
          <w:sz w:val="22"/>
        </w:rPr>
        <w:t>................................................................................</w:t>
      </w:r>
    </w:p>
    <w:p w14:paraId="3C4B4D8C" w14:textId="50607F15" w:rsidR="00A527F2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Osoba upoważniona do kontaktu: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</w:t>
      </w:r>
    </w:p>
    <w:p w14:paraId="1BB032E3" w14:textId="77777777" w:rsidR="00FE182F" w:rsidRDefault="00FE182F" w:rsidP="00FE182F">
      <w:pPr>
        <w:spacing w:after="40"/>
        <w:rPr>
          <w:rFonts w:ascii="Arial" w:hAnsi="Arial" w:cs="Arial"/>
          <w:sz w:val="22"/>
        </w:rPr>
      </w:pPr>
    </w:p>
    <w:p w14:paraId="2FEABC51" w14:textId="6594E208" w:rsidR="00A527F2" w:rsidRDefault="00FE182F" w:rsidP="00FE182F">
      <w:pPr>
        <w:spacing w:after="40"/>
        <w:rPr>
          <w:rFonts w:ascii="Arial" w:hAnsi="Arial" w:cs="Arial"/>
          <w:b/>
          <w:bCs/>
          <w:sz w:val="22"/>
        </w:rPr>
      </w:pPr>
      <w:r w:rsidRPr="00FE182F">
        <w:rPr>
          <w:rFonts w:ascii="Arial" w:hAnsi="Arial" w:cs="Arial"/>
          <w:b/>
          <w:bCs/>
          <w:sz w:val="22"/>
        </w:rPr>
        <w:t>2. Przedmiot oferty</w:t>
      </w:r>
    </w:p>
    <w:p w14:paraId="5B473BB4" w14:textId="5A2B4CAF" w:rsidR="00A527F2" w:rsidRDefault="0094196A" w:rsidP="0094196A">
      <w:pPr>
        <w:spacing w:after="40"/>
        <w:jc w:val="both"/>
        <w:rPr>
          <w:rFonts w:ascii="Arial" w:hAnsi="Arial" w:cs="Arial"/>
          <w:sz w:val="22"/>
          <w:lang w:val="pl-PL"/>
        </w:rPr>
      </w:pPr>
      <w:r w:rsidRPr="0094196A">
        <w:rPr>
          <w:rFonts w:ascii="Arial" w:hAnsi="Arial" w:cs="Arial"/>
          <w:sz w:val="22"/>
          <w:lang w:val="pl-PL"/>
        </w:rPr>
        <w:t>W odpowiedzi na zapytanie ofertowe dotyczące realizacji programów profilaktycznych o potwierdzonej skuteczności oraz programów opartych na dowodach naukowych, adresowanych do dzieci, młodzieży, rodziców i nauczycieli w placówkach oświatowych na terenie Gminy Gołdap, w zakresie profilaktyki uzależnień behawioralnych, składamy następującą ofertę:</w:t>
      </w:r>
    </w:p>
    <w:p w14:paraId="40C772CE" w14:textId="77777777" w:rsidR="0094196A" w:rsidRPr="0094196A" w:rsidRDefault="0094196A" w:rsidP="0094196A">
      <w:pPr>
        <w:spacing w:after="40"/>
        <w:jc w:val="both"/>
        <w:rPr>
          <w:rFonts w:ascii="Arial" w:hAnsi="Arial" w:cs="Arial"/>
          <w:sz w:val="22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1814"/>
        <w:gridCol w:w="2041"/>
        <w:gridCol w:w="1361"/>
        <w:gridCol w:w="1417"/>
        <w:gridCol w:w="1489"/>
        <w:gridCol w:w="964"/>
      </w:tblGrid>
      <w:tr w:rsidR="00A527F2" w:rsidRPr="00FE182F" w14:paraId="76A6BEC8" w14:textId="77777777" w:rsidTr="00FE182F">
        <w:trPr>
          <w:cantSplit/>
          <w:tblHeader/>
          <w:jc w:val="center"/>
        </w:trPr>
        <w:tc>
          <w:tcPr>
            <w:tcW w:w="69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CA3EC8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181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7D7690E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Nazwa programu</w:t>
            </w:r>
          </w:p>
        </w:tc>
        <w:tc>
          <w:tcPr>
            <w:tcW w:w="204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DE6153B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Status / podstawa naukowa</w:t>
            </w:r>
          </w:p>
        </w:tc>
        <w:tc>
          <w:tcPr>
            <w:tcW w:w="136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C9356D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Grupa odbiorców</w:t>
            </w:r>
          </w:p>
        </w:tc>
        <w:tc>
          <w:tcPr>
            <w:tcW w:w="141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FE411A5" w14:textId="77777777" w:rsidR="00A527F2" w:rsidRDefault="00000000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Placówka</w:t>
            </w:r>
          </w:p>
          <w:p w14:paraId="18136AE5" w14:textId="355EA6C8" w:rsidR="00DB75AC" w:rsidRPr="00FE182F" w:rsidRDefault="00DB75AC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oświatowa</w:t>
            </w:r>
          </w:p>
        </w:tc>
        <w:tc>
          <w:tcPr>
            <w:tcW w:w="1489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F893EE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Liczba uczestników</w:t>
            </w:r>
          </w:p>
        </w:tc>
        <w:tc>
          <w:tcPr>
            <w:tcW w:w="96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4FE8E7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Liczba godzin</w:t>
            </w:r>
          </w:p>
        </w:tc>
      </w:tr>
      <w:tr w:rsidR="00A527F2" w:rsidRPr="00FE182F" w14:paraId="6DEA651E" w14:textId="77777777" w:rsidTr="00FE182F">
        <w:trPr>
          <w:cantSplit/>
          <w:jc w:val="center"/>
        </w:trPr>
        <w:tc>
          <w:tcPr>
            <w:tcW w:w="6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F1E8D4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7DF5B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4757B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FC440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CB47E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92C7C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061897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5E49B49C" w14:textId="77777777" w:rsidTr="00FE182F">
        <w:trPr>
          <w:cantSplit/>
          <w:jc w:val="center"/>
        </w:trPr>
        <w:tc>
          <w:tcPr>
            <w:tcW w:w="6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36314C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E0E252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30169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49E93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85D009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78A9AF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67202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159B3580" w14:textId="77777777" w:rsidTr="00FE182F">
        <w:trPr>
          <w:cantSplit/>
          <w:jc w:val="center"/>
        </w:trPr>
        <w:tc>
          <w:tcPr>
            <w:tcW w:w="6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CA2BE35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67C28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9FB07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4231E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8249B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5375B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D7747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7C0C77B8" w14:textId="77777777" w:rsidTr="00FE182F">
        <w:trPr>
          <w:cantSplit/>
          <w:jc w:val="center"/>
        </w:trPr>
        <w:tc>
          <w:tcPr>
            <w:tcW w:w="69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601B2E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81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FFAFF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04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0D90A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36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74652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8C83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8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05609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57315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0559D8FD" w14:textId="77777777" w:rsidR="00A527F2" w:rsidRDefault="00A527F2">
      <w:pPr>
        <w:spacing w:after="0"/>
        <w:rPr>
          <w:rFonts w:ascii="Arial" w:hAnsi="Arial" w:cs="Arial"/>
          <w:sz w:val="22"/>
        </w:rPr>
      </w:pPr>
    </w:p>
    <w:p w14:paraId="77B11699" w14:textId="7496A58A" w:rsidR="00DB75AC" w:rsidRPr="00DB75AC" w:rsidRDefault="00DB75AC" w:rsidP="0095443B">
      <w:pPr>
        <w:spacing w:after="120"/>
        <w:jc w:val="both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lang w:val="pl-PL"/>
        </w:rPr>
        <w:t xml:space="preserve">1. </w:t>
      </w:r>
      <w:r w:rsidR="0094196A" w:rsidRPr="0094196A">
        <w:rPr>
          <w:rFonts w:ascii="Arial" w:hAnsi="Arial" w:cs="Arial"/>
          <w:sz w:val="22"/>
          <w:lang w:val="pl-PL"/>
        </w:rPr>
        <w:t>Program powinien znajdować się w bazie Systemu Rekomendacji Programów Profilaktycznych i Promocji Zdrowia Psychicznego albo spełniać standardy profilaktyki opartej na podstawach naukowych.</w:t>
      </w:r>
    </w:p>
    <w:p w14:paraId="6E9FC4E7" w14:textId="56FE61A5" w:rsidR="00DB75AC" w:rsidRDefault="00DB75AC" w:rsidP="0095443B">
      <w:pPr>
        <w:spacing w:after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Pr="00DB75AC">
        <w:rPr>
          <w:rFonts w:ascii="Arial" w:hAnsi="Arial" w:cs="Arial"/>
          <w:b/>
          <w:bCs/>
          <w:sz w:val="22"/>
        </w:rPr>
        <w:t>Łączna liczba placówek oświatowych objętych programem: .....................</w:t>
      </w:r>
    </w:p>
    <w:p w14:paraId="16597FE1" w14:textId="028BA0F3" w:rsidR="00DB75AC" w:rsidRPr="00DB75AC" w:rsidRDefault="00DB75AC" w:rsidP="0095443B">
      <w:pPr>
        <w:spacing w:after="12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 xml:space="preserve">3. </w:t>
      </w:r>
      <w:r w:rsidRPr="00DB75AC">
        <w:rPr>
          <w:rFonts w:ascii="Arial" w:hAnsi="Arial" w:cs="Arial"/>
          <w:b/>
          <w:bCs/>
          <w:sz w:val="22"/>
        </w:rPr>
        <w:t>Łączna liczba uczestników objętych pełnym programem: .........................</w:t>
      </w:r>
    </w:p>
    <w:p w14:paraId="57849187" w14:textId="29A9DD2C" w:rsidR="00DB75AC" w:rsidRDefault="00DB75AC" w:rsidP="0095443B">
      <w:pPr>
        <w:spacing w:after="120"/>
        <w:jc w:val="both"/>
      </w:pPr>
      <w:r>
        <w:t>4. Zadeklarowana łączna liczba uczestników, liczba grup oraz liczba placówek oświatowych stanowią minimalne wartości, do których realizacji Oferent zobowiązuje się w przypadku zawarcia umowy.</w:t>
      </w:r>
    </w:p>
    <w:p w14:paraId="50990B3F" w14:textId="77777777" w:rsidR="0094196A" w:rsidRDefault="0094196A" w:rsidP="00FE182F">
      <w:pPr>
        <w:spacing w:after="0"/>
        <w:rPr>
          <w:rFonts w:ascii="Arial" w:hAnsi="Arial" w:cs="Arial"/>
          <w:b/>
          <w:bCs/>
          <w:sz w:val="22"/>
        </w:rPr>
      </w:pPr>
    </w:p>
    <w:p w14:paraId="62E62139" w14:textId="00A4E2AF" w:rsidR="00A527F2" w:rsidRDefault="00FE182F" w:rsidP="00FE182F">
      <w:pPr>
        <w:spacing w:after="0"/>
        <w:rPr>
          <w:rFonts w:ascii="Arial" w:hAnsi="Arial" w:cs="Arial"/>
          <w:b/>
          <w:bCs/>
          <w:sz w:val="22"/>
        </w:rPr>
      </w:pPr>
      <w:r w:rsidRPr="00FE182F">
        <w:rPr>
          <w:rFonts w:ascii="Arial" w:hAnsi="Arial" w:cs="Arial"/>
          <w:b/>
          <w:bCs/>
          <w:sz w:val="22"/>
        </w:rPr>
        <w:t>3. Opis proponowanych działań</w:t>
      </w:r>
    </w:p>
    <w:p w14:paraId="52E32AE0" w14:textId="77777777" w:rsidR="00FE182F" w:rsidRPr="00FE182F" w:rsidRDefault="00FE182F" w:rsidP="00FE182F">
      <w:pPr>
        <w:spacing w:after="0"/>
        <w:rPr>
          <w:rFonts w:ascii="Arial" w:hAnsi="Arial" w:cs="Arial"/>
          <w:b/>
          <w:bCs/>
          <w:sz w:val="22"/>
        </w:rPr>
      </w:pPr>
    </w:p>
    <w:p w14:paraId="31957434" w14:textId="77C57507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Cele programu: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</w:t>
      </w:r>
    </w:p>
    <w:p w14:paraId="4D97C954" w14:textId="4591476D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...........................</w:t>
      </w:r>
    </w:p>
    <w:p w14:paraId="53137E92" w14:textId="4DAAB91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lastRenderedPageBreak/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...........................</w:t>
      </w:r>
    </w:p>
    <w:p w14:paraId="2DEB85D3" w14:textId="41B9B649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Zakres tematyczny: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</w:t>
      </w:r>
    </w:p>
    <w:p w14:paraId="3F79C0E0" w14:textId="4746C652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...........................</w:t>
      </w:r>
    </w:p>
    <w:p w14:paraId="3CE92751" w14:textId="0D4788E6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</w:t>
      </w:r>
    </w:p>
    <w:p w14:paraId="57963560" w14:textId="6F22741D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Metody i formy realizacji: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...........................................</w:t>
      </w:r>
    </w:p>
    <w:p w14:paraId="388A93BE" w14:textId="345DAD19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...........................</w:t>
      </w:r>
    </w:p>
    <w:p w14:paraId="3752C122" w14:textId="59BD884E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FE182F">
        <w:rPr>
          <w:rFonts w:ascii="Arial" w:hAnsi="Arial" w:cs="Arial"/>
          <w:sz w:val="22"/>
        </w:rPr>
        <w:t>..........................</w:t>
      </w:r>
    </w:p>
    <w:p w14:paraId="7CC7F869" w14:textId="51AF2843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Sposób współpracy z placówkami oświatowymi: </w:t>
      </w:r>
      <w:r w:rsidRPr="00FE182F">
        <w:rPr>
          <w:rFonts w:ascii="Arial" w:hAnsi="Arial" w:cs="Arial"/>
          <w:sz w:val="22"/>
        </w:rPr>
        <w:t>...................................................................</w:t>
      </w:r>
      <w:r w:rsidR="00746FC3">
        <w:rPr>
          <w:rFonts w:ascii="Arial" w:hAnsi="Arial" w:cs="Arial"/>
          <w:sz w:val="22"/>
        </w:rPr>
        <w:t>............</w:t>
      </w:r>
    </w:p>
    <w:p w14:paraId="1E91C3CA" w14:textId="2B75DA94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...........................</w:t>
      </w:r>
    </w:p>
    <w:p w14:paraId="5910E8BC" w14:textId="50BB898B" w:rsidR="00A527F2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...........................</w:t>
      </w:r>
    </w:p>
    <w:p w14:paraId="78BD51A8" w14:textId="33455D44" w:rsidR="00A527F2" w:rsidRPr="00746FC3" w:rsidRDefault="00746FC3" w:rsidP="00746FC3">
      <w:pPr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4. Harmonogram realizacji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402"/>
        <w:gridCol w:w="2268"/>
        <w:gridCol w:w="1984"/>
        <w:gridCol w:w="1564"/>
      </w:tblGrid>
      <w:tr w:rsidR="00A527F2" w:rsidRPr="00746FC3" w14:paraId="616B384A" w14:textId="77777777" w:rsidTr="00746FC3">
        <w:trPr>
          <w:cantSplit/>
          <w:tblHeader/>
          <w:jc w:val="center"/>
        </w:trPr>
        <w:tc>
          <w:tcPr>
            <w:tcW w:w="51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F28050" w14:textId="77777777" w:rsidR="00A527F2" w:rsidRPr="00746FC3" w:rsidRDefault="0000000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746FC3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3402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312E4B" w14:textId="77777777" w:rsidR="00A527F2" w:rsidRPr="00746FC3" w:rsidRDefault="0000000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746FC3">
              <w:rPr>
                <w:rFonts w:ascii="Arial" w:hAnsi="Arial" w:cs="Arial"/>
                <w:b/>
                <w:bCs/>
                <w:sz w:val="22"/>
              </w:rPr>
              <w:t>Nazwa działania / programu</w:t>
            </w:r>
          </w:p>
        </w:tc>
        <w:tc>
          <w:tcPr>
            <w:tcW w:w="226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C9B3AF" w14:textId="77777777" w:rsidR="00A527F2" w:rsidRPr="00746FC3" w:rsidRDefault="0000000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746FC3">
              <w:rPr>
                <w:rFonts w:ascii="Arial" w:hAnsi="Arial" w:cs="Arial"/>
                <w:b/>
                <w:bCs/>
                <w:sz w:val="22"/>
              </w:rPr>
              <w:t>Miejsce realizacji</w:t>
            </w:r>
          </w:p>
        </w:tc>
        <w:tc>
          <w:tcPr>
            <w:tcW w:w="19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FF2282" w14:textId="77777777" w:rsidR="00A527F2" w:rsidRPr="00746FC3" w:rsidRDefault="0000000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746FC3">
              <w:rPr>
                <w:rFonts w:ascii="Arial" w:hAnsi="Arial" w:cs="Arial"/>
                <w:b/>
                <w:bCs/>
                <w:sz w:val="22"/>
              </w:rPr>
              <w:t>Planowany termin</w:t>
            </w:r>
          </w:p>
        </w:tc>
        <w:tc>
          <w:tcPr>
            <w:tcW w:w="156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DB9836" w14:textId="77777777" w:rsidR="00A527F2" w:rsidRPr="00746FC3" w:rsidRDefault="00000000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746FC3">
              <w:rPr>
                <w:rFonts w:ascii="Arial" w:hAnsi="Arial" w:cs="Arial"/>
                <w:b/>
                <w:bCs/>
                <w:sz w:val="22"/>
              </w:rPr>
              <w:t>Liczba godzin</w:t>
            </w:r>
          </w:p>
        </w:tc>
      </w:tr>
      <w:tr w:rsidR="00A527F2" w:rsidRPr="00FE182F" w14:paraId="6F7B700C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5B65A4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5740F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63E4E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521D8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844B90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33E6D38E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867E22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A1CF4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9959B7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139E8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B604E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258947CE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94ECCEC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184783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7C34E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0619E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1C44D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46038DCC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94704F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A546F3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9FBBF8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4FAF99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6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4660F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11639451" w14:textId="77777777" w:rsidR="00A527F2" w:rsidRPr="00FE182F" w:rsidRDefault="00A527F2">
      <w:pPr>
        <w:spacing w:after="0"/>
        <w:rPr>
          <w:rFonts w:ascii="Arial" w:hAnsi="Arial" w:cs="Arial"/>
          <w:sz w:val="22"/>
        </w:rPr>
      </w:pPr>
    </w:p>
    <w:p w14:paraId="343DACA9" w14:textId="77777777" w:rsidR="00A527F2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Szczegółowe terminy zajęć zostaną uzgodnione z dyrektorami placówek oświatowych.</w:t>
      </w:r>
    </w:p>
    <w:p w14:paraId="3D15A2F1" w14:textId="0FD107DA" w:rsidR="00A527F2" w:rsidRPr="00746FC3" w:rsidRDefault="00746FC3" w:rsidP="00746FC3">
      <w:pPr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5. Kalkulacja ceny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0"/>
        <w:gridCol w:w="3402"/>
        <w:gridCol w:w="1417"/>
        <w:gridCol w:w="2154"/>
        <w:gridCol w:w="2273"/>
      </w:tblGrid>
      <w:tr w:rsidR="00A527F2" w:rsidRPr="00FE182F" w14:paraId="4676CD59" w14:textId="77777777" w:rsidTr="00746FC3">
        <w:trPr>
          <w:cantSplit/>
          <w:tblHeader/>
          <w:jc w:val="center"/>
        </w:trPr>
        <w:tc>
          <w:tcPr>
            <w:tcW w:w="510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18BF56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Lp.</w:t>
            </w:r>
          </w:p>
        </w:tc>
        <w:tc>
          <w:tcPr>
            <w:tcW w:w="3402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70FA2C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Rodzaj kosztu</w:t>
            </w:r>
          </w:p>
        </w:tc>
        <w:tc>
          <w:tcPr>
            <w:tcW w:w="1417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3A18BE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Liczba jednostek</w:t>
            </w:r>
          </w:p>
        </w:tc>
        <w:tc>
          <w:tcPr>
            <w:tcW w:w="215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D408AD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Cena jednostkowa brutto</w:t>
            </w:r>
          </w:p>
        </w:tc>
        <w:tc>
          <w:tcPr>
            <w:tcW w:w="2273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75DD9BB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Wartość brutto</w:t>
            </w:r>
          </w:p>
        </w:tc>
      </w:tr>
      <w:tr w:rsidR="00A527F2" w:rsidRPr="00FE182F" w14:paraId="65C2A230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B0B72E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705679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Wynagrodzenie realizatorów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B235F9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CD7F6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9C71B3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60E0AE51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6D4F42F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2A8ACBA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Materiały programowe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F74CE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94F663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10E2F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22ABF81E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8C5249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03D93D5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Dojazdy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55D400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56D0FF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09AFD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3A4DEF54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5A5A09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3CDB85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Ewaluacja i dokumentacja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BE456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7929D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477B3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17B2528E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E342E7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B8A8C81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Inne: ................................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3D22F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73C329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12DCE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3A97FC56" w14:textId="77777777" w:rsidTr="00746FC3">
        <w:trPr>
          <w:cantSplit/>
          <w:jc w:val="center"/>
        </w:trPr>
        <w:tc>
          <w:tcPr>
            <w:tcW w:w="51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15DEFD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40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185BBC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ŁĄCZNA CENA BRUTTO</w:t>
            </w:r>
          </w:p>
        </w:tc>
        <w:tc>
          <w:tcPr>
            <w:tcW w:w="141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284349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5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4E2FB2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73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C9964D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................ zł</w:t>
            </w:r>
          </w:p>
        </w:tc>
      </w:tr>
    </w:tbl>
    <w:p w14:paraId="73B84C86" w14:textId="77777777" w:rsidR="00A527F2" w:rsidRPr="00FE182F" w:rsidRDefault="00A527F2">
      <w:pPr>
        <w:spacing w:after="0"/>
        <w:rPr>
          <w:rFonts w:ascii="Arial" w:hAnsi="Arial" w:cs="Arial"/>
          <w:sz w:val="22"/>
        </w:rPr>
      </w:pPr>
    </w:p>
    <w:p w14:paraId="005CB65B" w14:textId="3E028D9A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Łączna cena </w:t>
      </w:r>
      <w:r w:rsidR="00746FC3">
        <w:rPr>
          <w:rFonts w:ascii="Arial" w:hAnsi="Arial" w:cs="Arial"/>
          <w:b/>
          <w:sz w:val="22"/>
        </w:rPr>
        <w:t xml:space="preserve">brutto: …………………………….. zł </w:t>
      </w:r>
      <w:r w:rsidRPr="00FE182F">
        <w:rPr>
          <w:rFonts w:ascii="Arial" w:hAnsi="Arial" w:cs="Arial"/>
          <w:b/>
          <w:sz w:val="22"/>
        </w:rPr>
        <w:t xml:space="preserve"> słownie: </w:t>
      </w:r>
      <w:r w:rsidR="00746FC3">
        <w:rPr>
          <w:rFonts w:ascii="Arial" w:hAnsi="Arial" w:cs="Arial"/>
          <w:b/>
          <w:sz w:val="22"/>
        </w:rPr>
        <w:t>….</w:t>
      </w:r>
      <w:r w:rsidRPr="00FE182F">
        <w:rPr>
          <w:rFonts w:ascii="Arial" w:hAnsi="Arial" w:cs="Arial"/>
          <w:sz w:val="22"/>
        </w:rPr>
        <w:t>.........................................................</w:t>
      </w:r>
    </w:p>
    <w:p w14:paraId="7FCC7654" w14:textId="1F8858AF" w:rsidR="00A527F2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........................</w:t>
      </w:r>
    </w:p>
    <w:p w14:paraId="0D106ED6" w14:textId="794D1B11" w:rsidR="00026A15" w:rsidRPr="00FE182F" w:rsidRDefault="00026A15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tym podatek VAT …… %, tj. ……………………. zł.</w:t>
      </w:r>
    </w:p>
    <w:p w14:paraId="61E47A56" w14:textId="77777777" w:rsidR="00A527F2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lastRenderedPageBreak/>
        <w:t>Cena obejmuje wszystkie koszty niezbędne do prawidłowego wykonania zamówienia.</w:t>
      </w:r>
    </w:p>
    <w:p w14:paraId="15362D35" w14:textId="77FDE8AE" w:rsidR="00A527F2" w:rsidRPr="00746FC3" w:rsidRDefault="00746FC3" w:rsidP="00746FC3">
      <w:pPr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6. Kadra realizująca zadanie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2835"/>
        <w:gridCol w:w="2835"/>
        <w:gridCol w:w="2268"/>
      </w:tblGrid>
      <w:tr w:rsidR="00A527F2" w:rsidRPr="00FE182F" w14:paraId="795667D5" w14:textId="77777777">
        <w:trPr>
          <w:cantSplit/>
          <w:tblHeader/>
          <w:jc w:val="center"/>
        </w:trPr>
        <w:tc>
          <w:tcPr>
            <w:tcW w:w="1984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A70F64F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Imię i nazwisko</w:t>
            </w:r>
          </w:p>
        </w:tc>
        <w:tc>
          <w:tcPr>
            <w:tcW w:w="283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A62D69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Wykształcenie i kwalifikacje</w:t>
            </w:r>
          </w:p>
        </w:tc>
        <w:tc>
          <w:tcPr>
            <w:tcW w:w="283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28E087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Uprawnienia do realizacji programu</w:t>
            </w:r>
          </w:p>
        </w:tc>
        <w:tc>
          <w:tcPr>
            <w:tcW w:w="2268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3A442D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Doświadczenie</w:t>
            </w:r>
          </w:p>
        </w:tc>
      </w:tr>
      <w:tr w:rsidR="00A527F2" w:rsidRPr="00FE182F" w14:paraId="6CF89A8E" w14:textId="77777777">
        <w:trPr>
          <w:cantSplit/>
          <w:jc w:val="center"/>
        </w:trPr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DA4F6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24704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F4B33B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8CC1E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0930CE2A" w14:textId="77777777">
        <w:trPr>
          <w:cantSplit/>
          <w:jc w:val="center"/>
        </w:trPr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4E244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D2E84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E24B006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81A8A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226C40A9" w14:textId="77777777">
        <w:trPr>
          <w:cantSplit/>
          <w:jc w:val="center"/>
        </w:trPr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61E88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21EB54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4DCFC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28770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  <w:tr w:rsidR="00A527F2" w:rsidRPr="00FE182F" w14:paraId="452FDC06" w14:textId="77777777">
        <w:trPr>
          <w:cantSplit/>
          <w:jc w:val="center"/>
        </w:trPr>
        <w:tc>
          <w:tcPr>
            <w:tcW w:w="198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DF94E71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42FD9F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83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5089BEC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527A70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5818BB01" w14:textId="77777777" w:rsidR="00A527F2" w:rsidRDefault="00A527F2">
      <w:pPr>
        <w:spacing w:after="0"/>
        <w:rPr>
          <w:rFonts w:ascii="Arial" w:hAnsi="Arial" w:cs="Arial"/>
          <w:sz w:val="22"/>
        </w:rPr>
      </w:pPr>
    </w:p>
    <w:p w14:paraId="67F9C12D" w14:textId="60B924EA" w:rsidR="0094196A" w:rsidRPr="0094196A" w:rsidRDefault="0094196A" w:rsidP="0094196A">
      <w:pPr>
        <w:spacing w:after="0"/>
        <w:jc w:val="both"/>
        <w:rPr>
          <w:rFonts w:ascii="Arial" w:hAnsi="Arial" w:cs="Arial"/>
          <w:sz w:val="22"/>
          <w:lang w:val="pl-PL"/>
        </w:rPr>
      </w:pPr>
      <w:r w:rsidRPr="0094196A">
        <w:rPr>
          <w:rFonts w:ascii="Arial" w:hAnsi="Arial" w:cs="Arial"/>
          <w:sz w:val="22"/>
          <w:lang w:val="pl-PL"/>
        </w:rPr>
        <w:t>Bezpośredni realizatorzy powinni posiadać kwalifikacje i dokumenty potwierdzające uprawnienia do prowadzenia oferowanych programów.</w:t>
      </w:r>
    </w:p>
    <w:p w14:paraId="64BB8608" w14:textId="77777777" w:rsidR="0094196A" w:rsidRDefault="0094196A" w:rsidP="00746FC3">
      <w:pPr>
        <w:spacing w:after="0"/>
        <w:rPr>
          <w:rFonts w:ascii="Arial" w:hAnsi="Arial" w:cs="Arial"/>
          <w:b/>
          <w:bCs/>
          <w:sz w:val="22"/>
        </w:rPr>
      </w:pPr>
    </w:p>
    <w:p w14:paraId="47CAF39F" w14:textId="7374D926" w:rsidR="00A527F2" w:rsidRPr="00746FC3" w:rsidRDefault="00746FC3" w:rsidP="00746FC3">
      <w:pPr>
        <w:spacing w:after="0"/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7. Ewaluacja i rezultaty</w:t>
      </w:r>
    </w:p>
    <w:p w14:paraId="245BBBBA" w14:textId="77777777" w:rsidR="00746FC3" w:rsidRPr="00FE182F" w:rsidRDefault="00746FC3" w:rsidP="00746FC3">
      <w:pPr>
        <w:spacing w:after="0"/>
        <w:rPr>
          <w:rFonts w:ascii="Arial" w:hAnsi="Arial" w:cs="Arial"/>
          <w:sz w:val="22"/>
        </w:rPr>
      </w:pPr>
    </w:p>
    <w:p w14:paraId="4FF107EE" w14:textId="70863830" w:rsidR="00A527F2" w:rsidRPr="00FE182F" w:rsidRDefault="00000000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b/>
          <w:sz w:val="22"/>
        </w:rPr>
        <w:t xml:space="preserve">Sposób przeprowadzenia ewaluacji: </w:t>
      </w:r>
      <w:r w:rsidRPr="00FE182F">
        <w:rPr>
          <w:rFonts w:ascii="Arial" w:hAnsi="Arial" w:cs="Arial"/>
          <w:sz w:val="22"/>
        </w:rPr>
        <w:t>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</w:t>
      </w:r>
    </w:p>
    <w:p w14:paraId="22770395" w14:textId="0647C9BC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701"/>
        <w:gridCol w:w="4252"/>
      </w:tblGrid>
      <w:tr w:rsidR="00A527F2" w:rsidRPr="00FE182F" w14:paraId="1B500357" w14:textId="77777777">
        <w:trPr>
          <w:cantSplit/>
          <w:tblHeader/>
          <w:jc w:val="center"/>
        </w:trPr>
        <w:tc>
          <w:tcPr>
            <w:tcW w:w="3969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AD126FF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Zakładany rezultat</w:t>
            </w:r>
          </w:p>
        </w:tc>
        <w:tc>
          <w:tcPr>
            <w:tcW w:w="1701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4D1E37F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Wartość docelowa</w:t>
            </w:r>
          </w:p>
        </w:tc>
        <w:tc>
          <w:tcPr>
            <w:tcW w:w="4252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115755" w14:textId="77777777" w:rsidR="00A527F2" w:rsidRPr="00FE182F" w:rsidRDefault="00000000">
            <w:pPr>
              <w:jc w:val="center"/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b/>
                <w:sz w:val="22"/>
              </w:rPr>
              <w:t>Sposób pomiaru</w:t>
            </w:r>
          </w:p>
        </w:tc>
      </w:tr>
      <w:tr w:rsidR="00A527F2" w:rsidRPr="00FE182F" w14:paraId="7CE52C81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79CE191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Liczba uczestników objętych programami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866407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6B806AF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listy obecności / potwierdzenia placówek</w:t>
            </w:r>
          </w:p>
        </w:tc>
      </w:tr>
      <w:tr w:rsidR="00A527F2" w:rsidRPr="00FE182F" w14:paraId="5C0EEE0C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E95542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Liczba placówek objętych działaniami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78C3AE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F7CA0C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potwierdzenia dyrektorów</w:t>
            </w:r>
          </w:p>
        </w:tc>
      </w:tr>
      <w:tr w:rsidR="00A527F2" w:rsidRPr="00FE182F" w14:paraId="3380E9A2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CF2B56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Liczba zrealizowanych godzin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DBE4812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DFE5D6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dzienniki zajęć</w:t>
            </w:r>
          </w:p>
        </w:tc>
      </w:tr>
      <w:tr w:rsidR="00A527F2" w:rsidRPr="00FE182F" w14:paraId="5923644B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38FA9BD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Wzrost wiedzy o uzależnieniach behawioralnych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6FB935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2128B3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narzędzie ewaluacyjne przed i po realizacji</w:t>
            </w:r>
          </w:p>
        </w:tc>
      </w:tr>
      <w:tr w:rsidR="00A527F2" w:rsidRPr="00FE182F" w14:paraId="4ECC5284" w14:textId="77777777">
        <w:trPr>
          <w:cantSplit/>
          <w:jc w:val="center"/>
        </w:trPr>
        <w:tc>
          <w:tcPr>
            <w:tcW w:w="396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CB8875" w14:textId="77777777" w:rsidR="00A527F2" w:rsidRPr="00FE182F" w:rsidRDefault="00000000">
            <w:pPr>
              <w:rPr>
                <w:rFonts w:ascii="Arial" w:hAnsi="Arial" w:cs="Arial"/>
                <w:sz w:val="22"/>
              </w:rPr>
            </w:pPr>
            <w:r w:rsidRPr="00FE182F">
              <w:rPr>
                <w:rFonts w:ascii="Arial" w:hAnsi="Arial" w:cs="Arial"/>
                <w:sz w:val="22"/>
              </w:rPr>
              <w:t>Inny rezultat: ................................</w:t>
            </w:r>
          </w:p>
        </w:tc>
        <w:tc>
          <w:tcPr>
            <w:tcW w:w="1701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3EC9F8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252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D7044A" w14:textId="77777777" w:rsidR="00A527F2" w:rsidRPr="00FE182F" w:rsidRDefault="00A527F2">
            <w:pPr>
              <w:rPr>
                <w:rFonts w:ascii="Arial" w:hAnsi="Arial" w:cs="Arial"/>
                <w:sz w:val="22"/>
              </w:rPr>
            </w:pPr>
          </w:p>
        </w:tc>
      </w:tr>
    </w:tbl>
    <w:p w14:paraId="0F865E4F" w14:textId="77777777" w:rsidR="00A527F2" w:rsidRDefault="00A527F2">
      <w:pPr>
        <w:spacing w:after="0"/>
        <w:rPr>
          <w:rFonts w:ascii="Arial" w:hAnsi="Arial" w:cs="Arial"/>
          <w:sz w:val="22"/>
        </w:rPr>
      </w:pPr>
    </w:p>
    <w:p w14:paraId="30DCB3B3" w14:textId="120BC709" w:rsidR="00A527F2" w:rsidRPr="00746FC3" w:rsidRDefault="00746FC3" w:rsidP="00746FC3">
      <w:pPr>
        <w:spacing w:after="0"/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8. Doświadczenie Oferenta</w:t>
      </w:r>
    </w:p>
    <w:p w14:paraId="5C443FE7" w14:textId="77777777" w:rsidR="00746FC3" w:rsidRPr="00FE182F" w:rsidRDefault="00746FC3" w:rsidP="00746FC3">
      <w:pPr>
        <w:spacing w:after="0"/>
        <w:rPr>
          <w:rFonts w:ascii="Arial" w:hAnsi="Arial" w:cs="Arial"/>
          <w:sz w:val="22"/>
        </w:rPr>
      </w:pPr>
    </w:p>
    <w:p w14:paraId="40C12932" w14:textId="77777777" w:rsidR="0094196A" w:rsidRDefault="0094196A" w:rsidP="0094196A">
      <w:pPr>
        <w:spacing w:after="40"/>
        <w:rPr>
          <w:rFonts w:ascii="Arial" w:hAnsi="Arial" w:cs="Arial"/>
          <w:b/>
          <w:sz w:val="22"/>
          <w:lang w:val="pl-PL"/>
        </w:rPr>
      </w:pPr>
      <w:r w:rsidRPr="0094196A">
        <w:rPr>
          <w:rFonts w:ascii="Arial" w:hAnsi="Arial" w:cs="Arial"/>
          <w:b/>
          <w:sz w:val="22"/>
          <w:lang w:val="pl-PL"/>
        </w:rPr>
        <w:t>Opis doświadczenia w realizacji programów profilaktycznych, w szczególności dotyczących uzależnień behawioralnyc</w:t>
      </w:r>
      <w:r>
        <w:rPr>
          <w:rFonts w:ascii="Arial" w:hAnsi="Arial" w:cs="Arial"/>
          <w:b/>
          <w:sz w:val="22"/>
          <w:lang w:val="pl-PL"/>
        </w:rPr>
        <w:t xml:space="preserve">h: </w:t>
      </w:r>
    </w:p>
    <w:p w14:paraId="32AC8A11" w14:textId="03D5EBBB" w:rsidR="00A527F2" w:rsidRDefault="00000000" w:rsidP="0094196A">
      <w:pPr>
        <w:spacing w:after="40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</w:t>
      </w:r>
      <w:r w:rsidR="00746FC3">
        <w:rPr>
          <w:rFonts w:ascii="Arial" w:hAnsi="Arial" w:cs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B513E6" w14:textId="347EFD3F" w:rsidR="00A527F2" w:rsidRPr="00746FC3" w:rsidRDefault="00746FC3" w:rsidP="00746FC3">
      <w:pPr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9. Oświadczenia Oferenta</w:t>
      </w:r>
    </w:p>
    <w:p w14:paraId="09C9437D" w14:textId="77777777" w:rsidR="00A527F2" w:rsidRPr="00FE182F" w:rsidRDefault="00000000">
      <w:p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Oświadczam/y, że:</w:t>
      </w:r>
    </w:p>
    <w:p w14:paraId="092EB93A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lastRenderedPageBreak/>
        <w:t>zapoznaliśmy się z treścią zapytania ofertowego i nie wnosimy zastrzeżeń;</w:t>
      </w:r>
    </w:p>
    <w:p w14:paraId="60849CFE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posiadamy wiedzę, doświadczenie i potencjał kadrowy niezbędny do wykonania zamówienia;</w:t>
      </w:r>
    </w:p>
    <w:p w14:paraId="5A879B95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osoby realizujące zadanie posiadają wymagane kwalifikacje i uprawnienia;</w:t>
      </w:r>
    </w:p>
    <w:p w14:paraId="1F687EC5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oferowane programy mają potwierdzoną skuteczność albo są oparte na dowodach naukowych;</w:t>
      </w:r>
    </w:p>
    <w:p w14:paraId="06D404AA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programy będą realizowane zgodnie z ich scenariuszami, standardami i warunkami wdrażania;</w:t>
      </w:r>
    </w:p>
    <w:p w14:paraId="0EC3B0F9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będziemy przestrzegać standardów ochrony małoletnich oraz wymagań dotyczących weryfikacji personelu;</w:t>
      </w:r>
    </w:p>
    <w:p w14:paraId="0468F150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zapewnimy dostępność osobom ze szczególnymi potrzebami w zakresie właściwym dla zadania;</w:t>
      </w:r>
    </w:p>
    <w:p w14:paraId="48FE4E06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będziemy prowadzić dokumentację i ewaluację działań;</w:t>
      </w:r>
    </w:p>
    <w:p w14:paraId="5F040C5A" w14:textId="77777777" w:rsidR="00A527F2" w:rsidRPr="00FE182F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podana cena obejmuje wszystkie koszty wykonania zamówienia;</w:t>
      </w:r>
    </w:p>
    <w:p w14:paraId="395AC02C" w14:textId="4CF043BA" w:rsidR="00A527F2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 xml:space="preserve">pozostajemy związani ofertą przez </w:t>
      </w:r>
      <w:r w:rsidR="000E3551">
        <w:rPr>
          <w:rFonts w:ascii="Arial" w:hAnsi="Arial" w:cs="Arial"/>
          <w:sz w:val="22"/>
        </w:rPr>
        <w:t>30</w:t>
      </w:r>
      <w:r w:rsidRPr="00FE182F">
        <w:rPr>
          <w:rFonts w:ascii="Arial" w:hAnsi="Arial" w:cs="Arial"/>
          <w:sz w:val="22"/>
        </w:rPr>
        <w:t xml:space="preserve"> dni od terminu składania ofert;</w:t>
      </w:r>
    </w:p>
    <w:p w14:paraId="6DDD645E" w14:textId="38B2B1A9" w:rsidR="00DB75AC" w:rsidRPr="00FE182F" w:rsidRDefault="00DB75AC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DB75AC">
        <w:rPr>
          <w:rFonts w:ascii="Arial" w:hAnsi="Arial" w:cs="Arial"/>
          <w:sz w:val="22"/>
        </w:rPr>
        <w:t>zobowiązujemy się zrealizować co najmniej zadeklarowaną w ofercie liczbę uczestników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  <w:t xml:space="preserve">i </w:t>
      </w:r>
      <w:r w:rsidRPr="00DB75AC">
        <w:rPr>
          <w:rFonts w:ascii="Arial" w:hAnsi="Arial" w:cs="Arial"/>
          <w:sz w:val="22"/>
        </w:rPr>
        <w:t>placówek oświatowych, które zostaną wpisane do umowy jako wartości minimalne;</w:t>
      </w:r>
    </w:p>
    <w:p w14:paraId="780181DC" w14:textId="67F8BA33" w:rsidR="00746FC3" w:rsidRDefault="00000000" w:rsidP="00746FC3">
      <w:pPr>
        <w:pStyle w:val="Listanumerowana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wszystkie podane informacje są zgodne ze stanem faktycznym.</w:t>
      </w:r>
    </w:p>
    <w:p w14:paraId="7E03397D" w14:textId="77777777" w:rsidR="00746FC3" w:rsidRDefault="00746FC3" w:rsidP="00746FC3">
      <w:pPr>
        <w:pStyle w:val="Listanumerowana"/>
        <w:numPr>
          <w:ilvl w:val="0"/>
          <w:numId w:val="0"/>
        </w:numPr>
        <w:jc w:val="both"/>
        <w:rPr>
          <w:rFonts w:ascii="Arial" w:hAnsi="Arial" w:cs="Arial"/>
          <w:sz w:val="22"/>
        </w:rPr>
      </w:pPr>
    </w:p>
    <w:p w14:paraId="416D0772" w14:textId="0EC37D54" w:rsidR="0002091C" w:rsidRPr="00746FC3" w:rsidRDefault="00746FC3" w:rsidP="00746FC3">
      <w:pPr>
        <w:pStyle w:val="Listanumerowana"/>
        <w:numPr>
          <w:ilvl w:val="0"/>
          <w:numId w:val="0"/>
        </w:numPr>
        <w:jc w:val="both"/>
        <w:rPr>
          <w:rFonts w:ascii="Arial" w:hAnsi="Arial" w:cs="Arial"/>
          <w:b/>
          <w:bCs/>
          <w:sz w:val="22"/>
        </w:rPr>
      </w:pPr>
      <w:r w:rsidRPr="00746FC3">
        <w:rPr>
          <w:rFonts w:ascii="Arial" w:hAnsi="Arial" w:cs="Arial"/>
          <w:b/>
          <w:bCs/>
          <w:sz w:val="22"/>
        </w:rPr>
        <w:t>10. Załączniki do oferty</w:t>
      </w:r>
    </w:p>
    <w:p w14:paraId="3B99C52E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Opis oferowanych programów.</w:t>
      </w:r>
    </w:p>
    <w:p w14:paraId="152E4CB5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Dokumenty potwierdzające rekomendację lub podstawy naukowe programów.</w:t>
      </w:r>
    </w:p>
    <w:p w14:paraId="2C416ACF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Dokumenty potwierdzające kwalifikacje i uprawnienia realizatorów.</w:t>
      </w:r>
    </w:p>
    <w:p w14:paraId="64AB63BC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Oświadczenie o kwalifikacjach i uprawnieniach.</w:t>
      </w:r>
    </w:p>
    <w:p w14:paraId="1E1E09A7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Oświadczenie o doświadczeniu Oferenta.</w:t>
      </w:r>
    </w:p>
    <w:p w14:paraId="016503CB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Aktualny dokument rejestrowy.</w:t>
      </w:r>
    </w:p>
    <w:p w14:paraId="1B4F3819" w14:textId="77777777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Pełnomocnictwo – jeżeli dotyczy.</w:t>
      </w:r>
    </w:p>
    <w:p w14:paraId="4927D726" w14:textId="67988B12" w:rsidR="00A527F2" w:rsidRPr="00FE182F" w:rsidRDefault="00000000" w:rsidP="0002091C">
      <w:pPr>
        <w:pStyle w:val="Listanumerowana"/>
        <w:numPr>
          <w:ilvl w:val="0"/>
          <w:numId w:val="19"/>
        </w:numPr>
        <w:rPr>
          <w:rFonts w:ascii="Arial" w:hAnsi="Arial" w:cs="Arial"/>
          <w:sz w:val="22"/>
        </w:rPr>
      </w:pPr>
      <w:r w:rsidRPr="00FE182F">
        <w:rPr>
          <w:rFonts w:ascii="Arial" w:hAnsi="Arial" w:cs="Arial"/>
          <w:sz w:val="22"/>
        </w:rPr>
        <w:t>Inne dokumenty: ................................................................................</w:t>
      </w:r>
      <w:r w:rsidR="0002091C">
        <w:rPr>
          <w:rFonts w:ascii="Arial" w:hAnsi="Arial" w:cs="Arial"/>
          <w:sz w:val="22"/>
        </w:rPr>
        <w:t>.........................................</w:t>
      </w:r>
    </w:p>
    <w:p w14:paraId="11253134" w14:textId="77777777" w:rsidR="008F5452" w:rsidRDefault="008F5452">
      <w:pPr>
        <w:spacing w:after="40"/>
        <w:rPr>
          <w:rFonts w:ascii="Arial" w:hAnsi="Arial" w:cs="Arial"/>
          <w:b/>
          <w:sz w:val="22"/>
        </w:rPr>
      </w:pPr>
    </w:p>
    <w:p w14:paraId="7A8C59AF" w14:textId="77777777" w:rsidR="008F5452" w:rsidRDefault="008F5452">
      <w:pPr>
        <w:spacing w:after="40"/>
        <w:rPr>
          <w:rFonts w:ascii="Arial" w:hAnsi="Arial" w:cs="Arial"/>
          <w:b/>
          <w:sz w:val="22"/>
        </w:rPr>
      </w:pPr>
    </w:p>
    <w:p w14:paraId="18759766" w14:textId="5ADD6584" w:rsidR="00A527F2" w:rsidRPr="00E81DF3" w:rsidRDefault="00000000">
      <w:pPr>
        <w:spacing w:after="40"/>
        <w:rPr>
          <w:rFonts w:ascii="Arial" w:hAnsi="Arial" w:cs="Arial"/>
          <w:b/>
          <w:sz w:val="22"/>
        </w:rPr>
      </w:pPr>
      <w:r w:rsidRPr="00E81DF3">
        <w:rPr>
          <w:rFonts w:ascii="Arial" w:hAnsi="Arial" w:cs="Arial"/>
          <w:b/>
          <w:sz w:val="22"/>
        </w:rPr>
        <w:t>Miejscowość i data: .................................</w:t>
      </w:r>
    </w:p>
    <w:p w14:paraId="20C6E79F" w14:textId="77777777" w:rsidR="007B64C4" w:rsidRDefault="007B64C4">
      <w:pPr>
        <w:spacing w:after="40"/>
        <w:rPr>
          <w:rFonts w:ascii="Arial" w:hAnsi="Arial" w:cs="Arial"/>
          <w:b/>
          <w:sz w:val="22"/>
        </w:rPr>
      </w:pPr>
    </w:p>
    <w:p w14:paraId="514C3DA2" w14:textId="77777777" w:rsidR="007B64C4" w:rsidRDefault="007B64C4">
      <w:pPr>
        <w:spacing w:after="40"/>
        <w:rPr>
          <w:rFonts w:ascii="Arial" w:hAnsi="Arial" w:cs="Arial"/>
          <w:b/>
          <w:sz w:val="22"/>
        </w:rPr>
      </w:pPr>
    </w:p>
    <w:p w14:paraId="641E9788" w14:textId="77777777" w:rsidR="008F5452" w:rsidRDefault="00000000" w:rsidP="008F5452">
      <w:pPr>
        <w:spacing w:after="40"/>
        <w:jc w:val="right"/>
        <w:rPr>
          <w:rFonts w:ascii="Arial" w:hAnsi="Arial" w:cs="Arial"/>
          <w:b/>
          <w:sz w:val="22"/>
        </w:rPr>
      </w:pPr>
      <w:r w:rsidRPr="00FE182F">
        <w:rPr>
          <w:rFonts w:ascii="Arial" w:hAnsi="Arial" w:cs="Arial"/>
          <w:b/>
          <w:sz w:val="22"/>
        </w:rPr>
        <w:t>Podpis</w:t>
      </w:r>
      <w:r w:rsidR="008F5452">
        <w:rPr>
          <w:rFonts w:ascii="Arial" w:hAnsi="Arial" w:cs="Arial"/>
          <w:b/>
          <w:sz w:val="22"/>
        </w:rPr>
        <w:t xml:space="preserve"> i pieczęć </w:t>
      </w:r>
      <w:r w:rsidRPr="00FE182F">
        <w:rPr>
          <w:rFonts w:ascii="Arial" w:hAnsi="Arial" w:cs="Arial"/>
          <w:b/>
          <w:sz w:val="22"/>
        </w:rPr>
        <w:t>Oferenta</w:t>
      </w:r>
    </w:p>
    <w:p w14:paraId="761C71D8" w14:textId="77777777" w:rsidR="008F5452" w:rsidRDefault="008F5452" w:rsidP="008F5452">
      <w:pPr>
        <w:spacing w:after="40"/>
        <w:jc w:val="right"/>
        <w:rPr>
          <w:rFonts w:ascii="Arial" w:hAnsi="Arial" w:cs="Arial"/>
          <w:b/>
          <w:sz w:val="22"/>
        </w:rPr>
      </w:pPr>
    </w:p>
    <w:p w14:paraId="44388935" w14:textId="77777777" w:rsidR="008F5452" w:rsidRDefault="008F5452" w:rsidP="00E81DF3">
      <w:pPr>
        <w:spacing w:after="40"/>
        <w:rPr>
          <w:rFonts w:ascii="Arial" w:hAnsi="Arial" w:cs="Arial"/>
          <w:b/>
          <w:sz w:val="22"/>
        </w:rPr>
      </w:pPr>
    </w:p>
    <w:p w14:paraId="4B5C98BD" w14:textId="2A685075" w:rsidR="00A527F2" w:rsidRPr="008F5452" w:rsidRDefault="00000000" w:rsidP="008F5452">
      <w:pPr>
        <w:spacing w:after="40"/>
        <w:jc w:val="right"/>
        <w:rPr>
          <w:rFonts w:ascii="Arial" w:hAnsi="Arial" w:cs="Arial"/>
          <w:b/>
          <w:sz w:val="22"/>
        </w:rPr>
      </w:pPr>
      <w:r w:rsidRPr="00FE182F">
        <w:rPr>
          <w:rFonts w:ascii="Arial" w:hAnsi="Arial" w:cs="Arial"/>
          <w:sz w:val="22"/>
        </w:rPr>
        <w:t>...............................................</w:t>
      </w:r>
    </w:p>
    <w:p w14:paraId="6A8FE1C3" w14:textId="6615B6B8" w:rsidR="00A527F2" w:rsidRPr="007B64C4" w:rsidRDefault="00A527F2" w:rsidP="00A835E5">
      <w:pPr>
        <w:rPr>
          <w:rFonts w:ascii="Arial" w:hAnsi="Arial" w:cs="Arial"/>
          <w:sz w:val="22"/>
        </w:rPr>
      </w:pPr>
    </w:p>
    <w:sectPr w:rsidR="00A527F2" w:rsidRPr="007B64C4" w:rsidSect="00034616">
      <w:headerReference w:type="default" r:id="rId8"/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C167E" w14:textId="77777777" w:rsidR="00C964A1" w:rsidRDefault="00C964A1">
      <w:pPr>
        <w:spacing w:after="0" w:line="240" w:lineRule="auto"/>
      </w:pPr>
      <w:r>
        <w:separator/>
      </w:r>
    </w:p>
  </w:endnote>
  <w:endnote w:type="continuationSeparator" w:id="0">
    <w:p w14:paraId="65955290" w14:textId="77777777" w:rsidR="00C964A1" w:rsidRDefault="00C96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0397" w14:textId="21A299EF" w:rsidR="00A527F2" w:rsidRDefault="00A527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2D2FF" w14:textId="77777777" w:rsidR="00C964A1" w:rsidRDefault="00C964A1">
      <w:pPr>
        <w:spacing w:after="0" w:line="240" w:lineRule="auto"/>
      </w:pPr>
      <w:r>
        <w:separator/>
      </w:r>
    </w:p>
  </w:footnote>
  <w:footnote w:type="continuationSeparator" w:id="0">
    <w:p w14:paraId="1C3BDDA4" w14:textId="77777777" w:rsidR="00C964A1" w:rsidRDefault="00C96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7EE3" w14:textId="30B2694D" w:rsidR="00A527F2" w:rsidRDefault="00A527F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0809E1"/>
    <w:multiLevelType w:val="hybridMultilevel"/>
    <w:tmpl w:val="644E8F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76D7A"/>
    <w:multiLevelType w:val="hybridMultilevel"/>
    <w:tmpl w:val="64882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44290A"/>
    <w:multiLevelType w:val="hybridMultilevel"/>
    <w:tmpl w:val="3EA6B8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667DE2"/>
    <w:multiLevelType w:val="hybridMultilevel"/>
    <w:tmpl w:val="482054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403CC3"/>
    <w:multiLevelType w:val="hybridMultilevel"/>
    <w:tmpl w:val="A3A439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E558C4"/>
    <w:multiLevelType w:val="hybridMultilevel"/>
    <w:tmpl w:val="5414FB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BB1226"/>
    <w:multiLevelType w:val="hybridMultilevel"/>
    <w:tmpl w:val="03D436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ED6FE2"/>
    <w:multiLevelType w:val="hybridMultilevel"/>
    <w:tmpl w:val="12E88D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D33C5F"/>
    <w:multiLevelType w:val="hybridMultilevel"/>
    <w:tmpl w:val="A13AC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ED5B92"/>
    <w:multiLevelType w:val="hybridMultilevel"/>
    <w:tmpl w:val="5F629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87172C"/>
    <w:multiLevelType w:val="hybridMultilevel"/>
    <w:tmpl w:val="703655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4C0D4E"/>
    <w:multiLevelType w:val="hybridMultilevel"/>
    <w:tmpl w:val="D9D437C4"/>
    <w:lvl w:ilvl="0" w:tplc="C750D23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6858922">
    <w:abstractNumId w:val="8"/>
  </w:num>
  <w:num w:numId="2" w16cid:durableId="343358127">
    <w:abstractNumId w:val="6"/>
  </w:num>
  <w:num w:numId="3" w16cid:durableId="1481193470">
    <w:abstractNumId w:val="5"/>
  </w:num>
  <w:num w:numId="4" w16cid:durableId="13314107">
    <w:abstractNumId w:val="4"/>
  </w:num>
  <w:num w:numId="5" w16cid:durableId="528688800">
    <w:abstractNumId w:val="7"/>
  </w:num>
  <w:num w:numId="6" w16cid:durableId="857818734">
    <w:abstractNumId w:val="3"/>
  </w:num>
  <w:num w:numId="7" w16cid:durableId="508298021">
    <w:abstractNumId w:val="2"/>
  </w:num>
  <w:num w:numId="8" w16cid:durableId="897982077">
    <w:abstractNumId w:val="1"/>
  </w:num>
  <w:num w:numId="9" w16cid:durableId="1465001013">
    <w:abstractNumId w:val="0"/>
  </w:num>
  <w:num w:numId="10" w16cid:durableId="2036416407">
    <w:abstractNumId w:val="11"/>
  </w:num>
  <w:num w:numId="11" w16cid:durableId="1087113023">
    <w:abstractNumId w:val="12"/>
  </w:num>
  <w:num w:numId="12" w16cid:durableId="169418826">
    <w:abstractNumId w:val="19"/>
  </w:num>
  <w:num w:numId="13" w16cid:durableId="1943994617">
    <w:abstractNumId w:val="15"/>
  </w:num>
  <w:num w:numId="14" w16cid:durableId="337848702">
    <w:abstractNumId w:val="20"/>
  </w:num>
  <w:num w:numId="15" w16cid:durableId="1363744817">
    <w:abstractNumId w:val="14"/>
  </w:num>
  <w:num w:numId="16" w16cid:durableId="1185482149">
    <w:abstractNumId w:val="13"/>
  </w:num>
  <w:num w:numId="17" w16cid:durableId="1571379338">
    <w:abstractNumId w:val="16"/>
  </w:num>
  <w:num w:numId="18" w16cid:durableId="912397530">
    <w:abstractNumId w:val="10"/>
  </w:num>
  <w:num w:numId="19" w16cid:durableId="1534687412">
    <w:abstractNumId w:val="17"/>
  </w:num>
  <w:num w:numId="20" w16cid:durableId="1138647442">
    <w:abstractNumId w:val="18"/>
  </w:num>
  <w:num w:numId="21" w16cid:durableId="289749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91C"/>
    <w:rsid w:val="00026A15"/>
    <w:rsid w:val="00027AE4"/>
    <w:rsid w:val="00034616"/>
    <w:rsid w:val="0006063C"/>
    <w:rsid w:val="000C1971"/>
    <w:rsid w:val="000C1C43"/>
    <w:rsid w:val="000D72B7"/>
    <w:rsid w:val="000E3551"/>
    <w:rsid w:val="00102CEB"/>
    <w:rsid w:val="00120994"/>
    <w:rsid w:val="001345E0"/>
    <w:rsid w:val="0015074B"/>
    <w:rsid w:val="001B0673"/>
    <w:rsid w:val="00212390"/>
    <w:rsid w:val="0022411E"/>
    <w:rsid w:val="0029639D"/>
    <w:rsid w:val="00326F90"/>
    <w:rsid w:val="003D0184"/>
    <w:rsid w:val="003D61D7"/>
    <w:rsid w:val="00403470"/>
    <w:rsid w:val="00403F00"/>
    <w:rsid w:val="0059027C"/>
    <w:rsid w:val="00597696"/>
    <w:rsid w:val="00602F26"/>
    <w:rsid w:val="006663E8"/>
    <w:rsid w:val="00687C7B"/>
    <w:rsid w:val="006916D6"/>
    <w:rsid w:val="00692748"/>
    <w:rsid w:val="007309E3"/>
    <w:rsid w:val="00742170"/>
    <w:rsid w:val="00746FC3"/>
    <w:rsid w:val="007A58E4"/>
    <w:rsid w:val="007B64C4"/>
    <w:rsid w:val="007E3A5F"/>
    <w:rsid w:val="0080761E"/>
    <w:rsid w:val="00871346"/>
    <w:rsid w:val="008F5452"/>
    <w:rsid w:val="0094196A"/>
    <w:rsid w:val="0095443B"/>
    <w:rsid w:val="00984EED"/>
    <w:rsid w:val="009A37B2"/>
    <w:rsid w:val="009C5F84"/>
    <w:rsid w:val="00A37EEB"/>
    <w:rsid w:val="00A527F2"/>
    <w:rsid w:val="00A835E5"/>
    <w:rsid w:val="00AA1D8D"/>
    <w:rsid w:val="00B31B37"/>
    <w:rsid w:val="00B47730"/>
    <w:rsid w:val="00B56B84"/>
    <w:rsid w:val="00C377F0"/>
    <w:rsid w:val="00C964A1"/>
    <w:rsid w:val="00CA4584"/>
    <w:rsid w:val="00CB0664"/>
    <w:rsid w:val="00CE0589"/>
    <w:rsid w:val="00D25CD3"/>
    <w:rsid w:val="00DB75AC"/>
    <w:rsid w:val="00E73A49"/>
    <w:rsid w:val="00E81DF3"/>
    <w:rsid w:val="00ED61D0"/>
    <w:rsid w:val="00F46255"/>
    <w:rsid w:val="00F61D1D"/>
    <w:rsid w:val="00F9426C"/>
    <w:rsid w:val="00FC693F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24851"/>
  <w14:defaultImageDpi w14:val="300"/>
  <w15:docId w15:val="{3F66D4BF-351A-4386-8B36-7499F6AF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2F5597"/>
      <w:sz w:val="23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CA458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1259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Zapytanie ofertowe – programy profilaktyczne – Gmina Gołdap</vt:lpstr>
      <vt:lpstr/>
    </vt:vector>
  </TitlesOfParts>
  <Manager/>
  <Company/>
  <LinksUpToDate>false</LinksUpToDate>
  <CharactersWithSpaces>8796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 – programy profilaktyczne – Gmina Gołdap</dc:title>
  <dc:subject>Wersja edytowalna zapytania ofertowego wraz z trzema załącznikami</dc:subject>
  <dc:creator>M365 Copilot</dc:creator>
  <cp:keywords/>
  <dc:description>generated by python-docx</dc:description>
  <cp:lastModifiedBy>Małgorzata Tobolska</cp:lastModifiedBy>
  <cp:revision>30</cp:revision>
  <cp:lastPrinted>2026-08-26T10:47:00Z</cp:lastPrinted>
  <dcterms:created xsi:type="dcterms:W3CDTF">2026-08-25T10:54:00Z</dcterms:created>
  <dcterms:modified xsi:type="dcterms:W3CDTF">2026-08-26T12:40:00Z</dcterms:modified>
  <cp:category/>
</cp:coreProperties>
</file>