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F4296" w14:textId="4B4DF651" w:rsidR="00A527F2" w:rsidRDefault="00000000" w:rsidP="00170EF2">
      <w:pPr>
        <w:jc w:val="right"/>
        <w:rPr>
          <w:rFonts w:ascii="Arial" w:hAnsi="Arial" w:cs="Arial"/>
          <w:b/>
          <w:sz w:val="22"/>
        </w:rPr>
      </w:pPr>
      <w:proofErr w:type="spellStart"/>
      <w:r w:rsidRPr="00FE182F">
        <w:rPr>
          <w:rFonts w:ascii="Arial" w:hAnsi="Arial" w:cs="Arial"/>
          <w:b/>
          <w:sz w:val="22"/>
        </w:rPr>
        <w:t>Załącznik</w:t>
      </w:r>
      <w:proofErr w:type="spellEnd"/>
      <w:r w:rsidRPr="00FE182F">
        <w:rPr>
          <w:rFonts w:ascii="Arial" w:hAnsi="Arial" w:cs="Arial"/>
          <w:b/>
          <w:sz w:val="22"/>
        </w:rPr>
        <w:t xml:space="preserve"> nr 2</w:t>
      </w:r>
    </w:p>
    <w:p w14:paraId="5F53EAFB" w14:textId="77777777" w:rsidR="00170EF2" w:rsidRPr="00FE182F" w:rsidRDefault="00170EF2" w:rsidP="00170EF2">
      <w:pPr>
        <w:jc w:val="right"/>
        <w:rPr>
          <w:rFonts w:ascii="Arial" w:hAnsi="Arial" w:cs="Arial"/>
          <w:sz w:val="22"/>
        </w:rPr>
      </w:pPr>
    </w:p>
    <w:p w14:paraId="6F7A3680" w14:textId="77777777" w:rsidR="00A527F2" w:rsidRPr="0002091C" w:rsidRDefault="00000000">
      <w:pPr>
        <w:pStyle w:val="Tytu"/>
        <w:keepNext/>
        <w:jc w:val="center"/>
        <w:rPr>
          <w:rFonts w:ascii="Arial" w:hAnsi="Arial" w:cs="Arial"/>
          <w:color w:val="auto"/>
          <w:sz w:val="22"/>
          <w:szCs w:val="22"/>
        </w:rPr>
      </w:pPr>
      <w:r w:rsidRPr="0002091C">
        <w:rPr>
          <w:rFonts w:ascii="Arial" w:hAnsi="Arial" w:cs="Arial"/>
          <w:color w:val="auto"/>
          <w:sz w:val="22"/>
          <w:szCs w:val="22"/>
        </w:rPr>
        <w:t>OŚWIADCZENIE O KWALIFIKACJACH I UPRAWNIENIACH REALIZATORÓW</w:t>
      </w:r>
    </w:p>
    <w:p w14:paraId="3E89CDAD" w14:textId="52985F8F" w:rsidR="00A527F2" w:rsidRPr="00FE182F" w:rsidRDefault="00934AD6">
      <w:pPr>
        <w:jc w:val="center"/>
        <w:rPr>
          <w:rFonts w:ascii="Arial" w:hAnsi="Arial" w:cs="Arial"/>
          <w:sz w:val="22"/>
        </w:rPr>
      </w:pPr>
      <w:proofErr w:type="spellStart"/>
      <w:r>
        <w:rPr>
          <w:rFonts w:ascii="Arial" w:hAnsi="Arial" w:cs="Arial"/>
          <w:b/>
          <w:sz w:val="22"/>
        </w:rPr>
        <w:t>d</w:t>
      </w:r>
      <w:r w:rsidR="00000000" w:rsidRPr="00FE182F">
        <w:rPr>
          <w:rFonts w:ascii="Arial" w:hAnsi="Arial" w:cs="Arial"/>
          <w:b/>
          <w:sz w:val="22"/>
        </w:rPr>
        <w:t>o</w:t>
      </w:r>
      <w:proofErr w:type="spellEnd"/>
      <w:r>
        <w:rPr>
          <w:rFonts w:ascii="Arial" w:hAnsi="Arial" w:cs="Arial"/>
          <w:b/>
          <w:sz w:val="22"/>
        </w:rPr>
        <w:t xml:space="preserve"> </w:t>
      </w:r>
      <w:proofErr w:type="spellStart"/>
      <w:r w:rsidR="00000000" w:rsidRPr="00FE182F">
        <w:rPr>
          <w:rFonts w:ascii="Arial" w:hAnsi="Arial" w:cs="Arial"/>
          <w:b/>
          <w:sz w:val="22"/>
        </w:rPr>
        <w:t>zapytania</w:t>
      </w:r>
      <w:proofErr w:type="spellEnd"/>
      <w:r w:rsidR="00000000" w:rsidRPr="00FE182F">
        <w:rPr>
          <w:rFonts w:ascii="Arial" w:hAnsi="Arial" w:cs="Arial"/>
          <w:b/>
          <w:sz w:val="22"/>
        </w:rPr>
        <w:t xml:space="preserve"> </w:t>
      </w:r>
      <w:proofErr w:type="spellStart"/>
      <w:r w:rsidR="00000000" w:rsidRPr="00FE182F">
        <w:rPr>
          <w:rFonts w:ascii="Arial" w:hAnsi="Arial" w:cs="Arial"/>
          <w:b/>
          <w:sz w:val="22"/>
        </w:rPr>
        <w:t>ofertowego</w:t>
      </w:r>
      <w:proofErr w:type="spellEnd"/>
      <w:r w:rsidR="00000000" w:rsidRPr="00FE182F">
        <w:rPr>
          <w:rFonts w:ascii="Arial" w:hAnsi="Arial" w:cs="Arial"/>
          <w:b/>
          <w:sz w:val="22"/>
        </w:rPr>
        <w:t xml:space="preserve"> nr OSS.271.1.</w:t>
      </w:r>
      <w:r w:rsidR="002D2E33">
        <w:rPr>
          <w:rFonts w:ascii="Arial" w:hAnsi="Arial" w:cs="Arial"/>
          <w:b/>
          <w:sz w:val="22"/>
        </w:rPr>
        <w:t>10</w:t>
      </w:r>
      <w:r w:rsidR="00000000" w:rsidRPr="00FE182F">
        <w:rPr>
          <w:rFonts w:ascii="Arial" w:hAnsi="Arial" w:cs="Arial"/>
          <w:b/>
          <w:sz w:val="22"/>
        </w:rPr>
        <w:t>.2026</w:t>
      </w:r>
    </w:p>
    <w:p w14:paraId="47A44562" w14:textId="77777777" w:rsidR="00A527F2" w:rsidRPr="00FE182F" w:rsidRDefault="00000000">
      <w:pPr>
        <w:spacing w:after="40"/>
        <w:rPr>
          <w:rFonts w:ascii="Arial" w:hAnsi="Arial" w:cs="Arial"/>
          <w:sz w:val="22"/>
        </w:rPr>
      </w:pPr>
      <w:r w:rsidRPr="00FE182F">
        <w:rPr>
          <w:rFonts w:ascii="Arial" w:hAnsi="Arial" w:cs="Arial"/>
          <w:b/>
          <w:sz w:val="22"/>
        </w:rPr>
        <w:t xml:space="preserve">Ja/My, </w:t>
      </w:r>
      <w:proofErr w:type="spellStart"/>
      <w:r w:rsidRPr="00FE182F">
        <w:rPr>
          <w:rFonts w:ascii="Arial" w:hAnsi="Arial" w:cs="Arial"/>
          <w:b/>
          <w:sz w:val="22"/>
        </w:rPr>
        <w:t>niżej</w:t>
      </w:r>
      <w:proofErr w:type="spellEnd"/>
      <w:r w:rsidRPr="00FE182F">
        <w:rPr>
          <w:rFonts w:ascii="Arial" w:hAnsi="Arial" w:cs="Arial"/>
          <w:b/>
          <w:sz w:val="22"/>
        </w:rPr>
        <w:t xml:space="preserve"> podpisany/a/i: </w:t>
      </w:r>
      <w:r w:rsidRPr="00FE182F">
        <w:rPr>
          <w:rFonts w:ascii="Arial" w:hAnsi="Arial" w:cs="Arial"/>
          <w:sz w:val="22"/>
        </w:rPr>
        <w:t>........................................................................................................................</w:t>
      </w:r>
    </w:p>
    <w:p w14:paraId="04068AC9" w14:textId="77777777" w:rsidR="00A527F2" w:rsidRPr="00FE182F" w:rsidRDefault="00000000">
      <w:pPr>
        <w:rPr>
          <w:rFonts w:ascii="Arial" w:hAnsi="Arial" w:cs="Arial"/>
          <w:sz w:val="22"/>
        </w:rPr>
      </w:pPr>
      <w:r w:rsidRPr="00FE182F">
        <w:rPr>
          <w:rFonts w:ascii="Arial" w:hAnsi="Arial" w:cs="Arial"/>
          <w:sz w:val="22"/>
        </w:rPr>
        <w:t>........................................................................................................................................</w:t>
      </w:r>
    </w:p>
    <w:p w14:paraId="0A06EDC1" w14:textId="77777777" w:rsidR="00A527F2" w:rsidRPr="00FE182F" w:rsidRDefault="00000000">
      <w:pPr>
        <w:spacing w:after="40"/>
        <w:rPr>
          <w:rFonts w:ascii="Arial" w:hAnsi="Arial" w:cs="Arial"/>
          <w:sz w:val="22"/>
        </w:rPr>
      </w:pPr>
      <w:proofErr w:type="spellStart"/>
      <w:r w:rsidRPr="00FE182F">
        <w:rPr>
          <w:rFonts w:ascii="Arial" w:hAnsi="Arial" w:cs="Arial"/>
          <w:b/>
          <w:sz w:val="22"/>
        </w:rPr>
        <w:t>działając</w:t>
      </w:r>
      <w:proofErr w:type="spellEnd"/>
      <w:r w:rsidRPr="00FE182F">
        <w:rPr>
          <w:rFonts w:ascii="Arial" w:hAnsi="Arial" w:cs="Arial"/>
          <w:b/>
          <w:sz w:val="22"/>
        </w:rPr>
        <w:t xml:space="preserve"> w imieniu: </w:t>
      </w:r>
      <w:r w:rsidRPr="00FE182F">
        <w:rPr>
          <w:rFonts w:ascii="Arial" w:hAnsi="Arial" w:cs="Arial"/>
          <w:sz w:val="22"/>
        </w:rPr>
        <w:t>........................................................................................................................</w:t>
      </w:r>
    </w:p>
    <w:p w14:paraId="46DBC973" w14:textId="77777777" w:rsidR="00A527F2" w:rsidRPr="00FE182F" w:rsidRDefault="00000000">
      <w:pPr>
        <w:rPr>
          <w:rFonts w:ascii="Arial" w:hAnsi="Arial" w:cs="Arial"/>
          <w:sz w:val="22"/>
        </w:rPr>
      </w:pPr>
      <w:r w:rsidRPr="00FE182F">
        <w:rPr>
          <w:rFonts w:ascii="Arial" w:hAnsi="Arial" w:cs="Arial"/>
          <w:sz w:val="22"/>
        </w:rPr>
        <w:t>........................................................................................................................................</w:t>
      </w:r>
    </w:p>
    <w:p w14:paraId="78CC0D6D" w14:textId="77777777" w:rsidR="00A527F2" w:rsidRPr="00FE182F" w:rsidRDefault="00000000">
      <w:pPr>
        <w:jc w:val="center"/>
        <w:rPr>
          <w:rFonts w:ascii="Arial" w:hAnsi="Arial" w:cs="Arial"/>
          <w:sz w:val="22"/>
        </w:rPr>
      </w:pPr>
      <w:r w:rsidRPr="00FE182F">
        <w:rPr>
          <w:rFonts w:ascii="Arial" w:hAnsi="Arial" w:cs="Arial"/>
          <w:sz w:val="22"/>
        </w:rPr>
        <w:t>(</w:t>
      </w:r>
      <w:proofErr w:type="spellStart"/>
      <w:r w:rsidRPr="00FE182F">
        <w:rPr>
          <w:rFonts w:ascii="Arial" w:hAnsi="Arial" w:cs="Arial"/>
          <w:sz w:val="22"/>
        </w:rPr>
        <w:t>nazwa</w:t>
      </w:r>
      <w:proofErr w:type="spellEnd"/>
      <w:r w:rsidRPr="00FE182F">
        <w:rPr>
          <w:rFonts w:ascii="Arial" w:hAnsi="Arial" w:cs="Arial"/>
          <w:sz w:val="22"/>
        </w:rPr>
        <w:t xml:space="preserve"> </w:t>
      </w:r>
      <w:proofErr w:type="spellStart"/>
      <w:r w:rsidRPr="00FE182F">
        <w:rPr>
          <w:rFonts w:ascii="Arial" w:hAnsi="Arial" w:cs="Arial"/>
          <w:sz w:val="22"/>
        </w:rPr>
        <w:t>i</w:t>
      </w:r>
      <w:proofErr w:type="spellEnd"/>
      <w:r w:rsidRPr="00FE182F">
        <w:rPr>
          <w:rFonts w:ascii="Arial" w:hAnsi="Arial" w:cs="Arial"/>
          <w:sz w:val="22"/>
        </w:rPr>
        <w:t xml:space="preserve"> </w:t>
      </w:r>
      <w:proofErr w:type="spellStart"/>
      <w:r w:rsidRPr="00FE182F">
        <w:rPr>
          <w:rFonts w:ascii="Arial" w:hAnsi="Arial" w:cs="Arial"/>
          <w:sz w:val="22"/>
        </w:rPr>
        <w:t>adres</w:t>
      </w:r>
      <w:proofErr w:type="spellEnd"/>
      <w:r w:rsidRPr="00FE182F">
        <w:rPr>
          <w:rFonts w:ascii="Arial" w:hAnsi="Arial" w:cs="Arial"/>
          <w:sz w:val="22"/>
        </w:rPr>
        <w:t xml:space="preserve"> </w:t>
      </w:r>
      <w:proofErr w:type="spellStart"/>
      <w:r w:rsidRPr="00FE182F">
        <w:rPr>
          <w:rFonts w:ascii="Arial" w:hAnsi="Arial" w:cs="Arial"/>
          <w:sz w:val="22"/>
        </w:rPr>
        <w:t>Oferenta</w:t>
      </w:r>
      <w:proofErr w:type="spellEnd"/>
      <w:r w:rsidRPr="00FE182F">
        <w:rPr>
          <w:rFonts w:ascii="Arial" w:hAnsi="Arial" w:cs="Arial"/>
          <w:sz w:val="22"/>
        </w:rPr>
        <w:t>)</w:t>
      </w:r>
    </w:p>
    <w:p w14:paraId="472C07D5" w14:textId="77777777" w:rsidR="00A527F2" w:rsidRPr="00FE182F" w:rsidRDefault="00000000">
      <w:pPr>
        <w:rPr>
          <w:rFonts w:ascii="Arial" w:hAnsi="Arial" w:cs="Arial"/>
          <w:sz w:val="22"/>
        </w:rPr>
      </w:pPr>
      <w:proofErr w:type="spellStart"/>
      <w:r w:rsidRPr="00FE182F">
        <w:rPr>
          <w:rFonts w:ascii="Arial" w:hAnsi="Arial" w:cs="Arial"/>
          <w:sz w:val="22"/>
        </w:rPr>
        <w:t>oświadczam</w:t>
      </w:r>
      <w:proofErr w:type="spellEnd"/>
      <w:r w:rsidRPr="00FE182F">
        <w:rPr>
          <w:rFonts w:ascii="Arial" w:hAnsi="Arial" w:cs="Arial"/>
          <w:sz w:val="22"/>
        </w:rPr>
        <w:t xml:space="preserve">/y, </w:t>
      </w:r>
      <w:proofErr w:type="spellStart"/>
      <w:r w:rsidRPr="00FE182F">
        <w:rPr>
          <w:rFonts w:ascii="Arial" w:hAnsi="Arial" w:cs="Arial"/>
          <w:sz w:val="22"/>
        </w:rPr>
        <w:t>że</w:t>
      </w:r>
      <w:proofErr w:type="spellEnd"/>
      <w:r w:rsidRPr="00FE182F">
        <w:rPr>
          <w:rFonts w:ascii="Arial" w:hAnsi="Arial" w:cs="Arial"/>
          <w:sz w:val="22"/>
        </w:rPr>
        <w:t xml:space="preserve"> </w:t>
      </w:r>
      <w:proofErr w:type="spellStart"/>
      <w:r w:rsidRPr="00FE182F">
        <w:rPr>
          <w:rFonts w:ascii="Arial" w:hAnsi="Arial" w:cs="Arial"/>
          <w:sz w:val="22"/>
        </w:rPr>
        <w:t>osoby</w:t>
      </w:r>
      <w:proofErr w:type="spellEnd"/>
      <w:r w:rsidRPr="00FE182F">
        <w:rPr>
          <w:rFonts w:ascii="Arial" w:hAnsi="Arial" w:cs="Arial"/>
          <w:sz w:val="22"/>
        </w:rPr>
        <w:t xml:space="preserve"> </w:t>
      </w:r>
      <w:proofErr w:type="spellStart"/>
      <w:r w:rsidRPr="00FE182F">
        <w:rPr>
          <w:rFonts w:ascii="Arial" w:hAnsi="Arial" w:cs="Arial"/>
          <w:sz w:val="22"/>
        </w:rPr>
        <w:t>przewidziane</w:t>
      </w:r>
      <w:proofErr w:type="spellEnd"/>
      <w:r w:rsidRPr="00FE182F">
        <w:rPr>
          <w:rFonts w:ascii="Arial" w:hAnsi="Arial" w:cs="Arial"/>
          <w:sz w:val="22"/>
        </w:rPr>
        <w:t xml:space="preserve"> do </w:t>
      </w:r>
      <w:proofErr w:type="spellStart"/>
      <w:r w:rsidRPr="00FE182F">
        <w:rPr>
          <w:rFonts w:ascii="Arial" w:hAnsi="Arial" w:cs="Arial"/>
          <w:sz w:val="22"/>
        </w:rPr>
        <w:t>realizacji</w:t>
      </w:r>
      <w:proofErr w:type="spellEnd"/>
      <w:r w:rsidRPr="00FE182F">
        <w:rPr>
          <w:rFonts w:ascii="Arial" w:hAnsi="Arial" w:cs="Arial"/>
          <w:sz w:val="22"/>
        </w:rPr>
        <w:t xml:space="preserve"> </w:t>
      </w:r>
      <w:proofErr w:type="spellStart"/>
      <w:r w:rsidRPr="00FE182F">
        <w:rPr>
          <w:rFonts w:ascii="Arial" w:hAnsi="Arial" w:cs="Arial"/>
          <w:sz w:val="22"/>
        </w:rPr>
        <w:t>programów</w:t>
      </w:r>
      <w:proofErr w:type="spellEnd"/>
      <w:r w:rsidRPr="00FE182F">
        <w:rPr>
          <w:rFonts w:ascii="Arial" w:hAnsi="Arial" w:cs="Arial"/>
          <w:sz w:val="22"/>
        </w:rPr>
        <w:t xml:space="preserve"> </w:t>
      </w:r>
      <w:proofErr w:type="spellStart"/>
      <w:r w:rsidRPr="00FE182F">
        <w:rPr>
          <w:rFonts w:ascii="Arial" w:hAnsi="Arial" w:cs="Arial"/>
          <w:sz w:val="22"/>
        </w:rPr>
        <w:t>profilaktycznych</w:t>
      </w:r>
      <w:proofErr w:type="spellEnd"/>
      <w:r w:rsidRPr="00FE182F">
        <w:rPr>
          <w:rFonts w:ascii="Arial" w:hAnsi="Arial" w:cs="Arial"/>
          <w:sz w:val="22"/>
        </w:rPr>
        <w:t>:</w:t>
      </w:r>
    </w:p>
    <w:p w14:paraId="7F354C51" w14:textId="77777777" w:rsidR="00A527F2" w:rsidRPr="00FE182F" w:rsidRDefault="00000000" w:rsidP="007B64C4">
      <w:pPr>
        <w:pStyle w:val="Listanumerowana"/>
        <w:numPr>
          <w:ilvl w:val="0"/>
          <w:numId w:val="20"/>
        </w:numPr>
        <w:jc w:val="both"/>
        <w:rPr>
          <w:rFonts w:ascii="Arial" w:hAnsi="Arial" w:cs="Arial"/>
          <w:sz w:val="22"/>
        </w:rPr>
      </w:pPr>
      <w:proofErr w:type="spellStart"/>
      <w:r w:rsidRPr="00FE182F">
        <w:rPr>
          <w:rFonts w:ascii="Arial" w:hAnsi="Arial" w:cs="Arial"/>
          <w:sz w:val="22"/>
        </w:rPr>
        <w:t>posiadają</w:t>
      </w:r>
      <w:proofErr w:type="spellEnd"/>
      <w:r w:rsidRPr="00FE182F">
        <w:rPr>
          <w:rFonts w:ascii="Arial" w:hAnsi="Arial" w:cs="Arial"/>
          <w:sz w:val="22"/>
        </w:rPr>
        <w:t xml:space="preserve"> </w:t>
      </w:r>
      <w:proofErr w:type="spellStart"/>
      <w:r w:rsidRPr="00FE182F">
        <w:rPr>
          <w:rFonts w:ascii="Arial" w:hAnsi="Arial" w:cs="Arial"/>
          <w:sz w:val="22"/>
        </w:rPr>
        <w:t>wykształcenie</w:t>
      </w:r>
      <w:proofErr w:type="spellEnd"/>
      <w:r w:rsidRPr="00FE182F">
        <w:rPr>
          <w:rFonts w:ascii="Arial" w:hAnsi="Arial" w:cs="Arial"/>
          <w:sz w:val="22"/>
        </w:rPr>
        <w:t xml:space="preserve">, </w:t>
      </w:r>
      <w:proofErr w:type="spellStart"/>
      <w:r w:rsidRPr="00FE182F">
        <w:rPr>
          <w:rFonts w:ascii="Arial" w:hAnsi="Arial" w:cs="Arial"/>
          <w:sz w:val="22"/>
        </w:rPr>
        <w:t>wiedzę</w:t>
      </w:r>
      <w:proofErr w:type="spellEnd"/>
      <w:r w:rsidRPr="00FE182F">
        <w:rPr>
          <w:rFonts w:ascii="Arial" w:hAnsi="Arial" w:cs="Arial"/>
          <w:sz w:val="22"/>
        </w:rPr>
        <w:t xml:space="preserve">, </w:t>
      </w:r>
      <w:proofErr w:type="spellStart"/>
      <w:r w:rsidRPr="00FE182F">
        <w:rPr>
          <w:rFonts w:ascii="Arial" w:hAnsi="Arial" w:cs="Arial"/>
          <w:sz w:val="22"/>
        </w:rPr>
        <w:t>doświadczenie</w:t>
      </w:r>
      <w:proofErr w:type="spellEnd"/>
      <w:r w:rsidRPr="00FE182F">
        <w:rPr>
          <w:rFonts w:ascii="Arial" w:hAnsi="Arial" w:cs="Arial"/>
          <w:sz w:val="22"/>
        </w:rPr>
        <w:t xml:space="preserve"> </w:t>
      </w:r>
      <w:proofErr w:type="spellStart"/>
      <w:r w:rsidRPr="00FE182F">
        <w:rPr>
          <w:rFonts w:ascii="Arial" w:hAnsi="Arial" w:cs="Arial"/>
          <w:sz w:val="22"/>
        </w:rPr>
        <w:t>i</w:t>
      </w:r>
      <w:proofErr w:type="spellEnd"/>
      <w:r w:rsidRPr="00FE182F">
        <w:rPr>
          <w:rFonts w:ascii="Arial" w:hAnsi="Arial" w:cs="Arial"/>
          <w:sz w:val="22"/>
        </w:rPr>
        <w:t xml:space="preserve"> </w:t>
      </w:r>
      <w:proofErr w:type="spellStart"/>
      <w:r w:rsidRPr="00FE182F">
        <w:rPr>
          <w:rFonts w:ascii="Arial" w:hAnsi="Arial" w:cs="Arial"/>
          <w:sz w:val="22"/>
        </w:rPr>
        <w:t>kwalifikacje</w:t>
      </w:r>
      <w:proofErr w:type="spellEnd"/>
      <w:r w:rsidRPr="00FE182F">
        <w:rPr>
          <w:rFonts w:ascii="Arial" w:hAnsi="Arial" w:cs="Arial"/>
          <w:sz w:val="22"/>
        </w:rPr>
        <w:t xml:space="preserve"> </w:t>
      </w:r>
      <w:proofErr w:type="spellStart"/>
      <w:r w:rsidRPr="00FE182F">
        <w:rPr>
          <w:rFonts w:ascii="Arial" w:hAnsi="Arial" w:cs="Arial"/>
          <w:sz w:val="22"/>
        </w:rPr>
        <w:t>odpowiednie</w:t>
      </w:r>
      <w:proofErr w:type="spellEnd"/>
      <w:r w:rsidRPr="00FE182F">
        <w:rPr>
          <w:rFonts w:ascii="Arial" w:hAnsi="Arial" w:cs="Arial"/>
          <w:sz w:val="22"/>
        </w:rPr>
        <w:t xml:space="preserve"> do </w:t>
      </w:r>
      <w:proofErr w:type="spellStart"/>
      <w:r w:rsidRPr="00FE182F">
        <w:rPr>
          <w:rFonts w:ascii="Arial" w:hAnsi="Arial" w:cs="Arial"/>
          <w:sz w:val="22"/>
        </w:rPr>
        <w:t>powierzonych</w:t>
      </w:r>
      <w:proofErr w:type="spellEnd"/>
      <w:r w:rsidRPr="00FE182F">
        <w:rPr>
          <w:rFonts w:ascii="Arial" w:hAnsi="Arial" w:cs="Arial"/>
          <w:sz w:val="22"/>
        </w:rPr>
        <w:t xml:space="preserve"> </w:t>
      </w:r>
      <w:proofErr w:type="spellStart"/>
      <w:r w:rsidRPr="00FE182F">
        <w:rPr>
          <w:rFonts w:ascii="Arial" w:hAnsi="Arial" w:cs="Arial"/>
          <w:sz w:val="22"/>
        </w:rPr>
        <w:t>działań</w:t>
      </w:r>
      <w:proofErr w:type="spellEnd"/>
      <w:r w:rsidRPr="00FE182F">
        <w:rPr>
          <w:rFonts w:ascii="Arial" w:hAnsi="Arial" w:cs="Arial"/>
          <w:sz w:val="22"/>
        </w:rPr>
        <w:t>;</w:t>
      </w:r>
    </w:p>
    <w:p w14:paraId="3ABDCCBE" w14:textId="77777777" w:rsidR="00A527F2" w:rsidRPr="00FE182F" w:rsidRDefault="00000000" w:rsidP="007B64C4">
      <w:pPr>
        <w:pStyle w:val="Listanumerowana"/>
        <w:numPr>
          <w:ilvl w:val="0"/>
          <w:numId w:val="20"/>
        </w:numPr>
        <w:jc w:val="both"/>
        <w:rPr>
          <w:rFonts w:ascii="Arial" w:hAnsi="Arial" w:cs="Arial"/>
          <w:sz w:val="22"/>
        </w:rPr>
      </w:pPr>
      <w:proofErr w:type="spellStart"/>
      <w:r w:rsidRPr="00FE182F">
        <w:rPr>
          <w:rFonts w:ascii="Arial" w:hAnsi="Arial" w:cs="Arial"/>
          <w:sz w:val="22"/>
        </w:rPr>
        <w:t>posiadają</w:t>
      </w:r>
      <w:proofErr w:type="spellEnd"/>
      <w:r w:rsidRPr="00FE182F">
        <w:rPr>
          <w:rFonts w:ascii="Arial" w:hAnsi="Arial" w:cs="Arial"/>
          <w:sz w:val="22"/>
        </w:rPr>
        <w:t xml:space="preserve"> </w:t>
      </w:r>
      <w:proofErr w:type="spellStart"/>
      <w:r w:rsidRPr="00FE182F">
        <w:rPr>
          <w:rFonts w:ascii="Arial" w:hAnsi="Arial" w:cs="Arial"/>
          <w:sz w:val="22"/>
        </w:rPr>
        <w:t>aktualne</w:t>
      </w:r>
      <w:proofErr w:type="spellEnd"/>
      <w:r w:rsidRPr="00FE182F">
        <w:rPr>
          <w:rFonts w:ascii="Arial" w:hAnsi="Arial" w:cs="Arial"/>
          <w:sz w:val="22"/>
        </w:rPr>
        <w:t xml:space="preserve"> </w:t>
      </w:r>
      <w:proofErr w:type="spellStart"/>
      <w:r w:rsidRPr="00FE182F">
        <w:rPr>
          <w:rFonts w:ascii="Arial" w:hAnsi="Arial" w:cs="Arial"/>
          <w:sz w:val="22"/>
        </w:rPr>
        <w:t>dokumenty</w:t>
      </w:r>
      <w:proofErr w:type="spellEnd"/>
      <w:r w:rsidRPr="00FE182F">
        <w:rPr>
          <w:rFonts w:ascii="Arial" w:hAnsi="Arial" w:cs="Arial"/>
          <w:sz w:val="22"/>
        </w:rPr>
        <w:t xml:space="preserve"> </w:t>
      </w:r>
      <w:proofErr w:type="spellStart"/>
      <w:r w:rsidRPr="00FE182F">
        <w:rPr>
          <w:rFonts w:ascii="Arial" w:hAnsi="Arial" w:cs="Arial"/>
          <w:sz w:val="22"/>
        </w:rPr>
        <w:t>potwierdzające</w:t>
      </w:r>
      <w:proofErr w:type="spellEnd"/>
      <w:r w:rsidRPr="00FE182F">
        <w:rPr>
          <w:rFonts w:ascii="Arial" w:hAnsi="Arial" w:cs="Arial"/>
          <w:sz w:val="22"/>
        </w:rPr>
        <w:t xml:space="preserve"> </w:t>
      </w:r>
      <w:proofErr w:type="spellStart"/>
      <w:r w:rsidRPr="00FE182F">
        <w:rPr>
          <w:rFonts w:ascii="Arial" w:hAnsi="Arial" w:cs="Arial"/>
          <w:sz w:val="22"/>
        </w:rPr>
        <w:t>uprawnienia</w:t>
      </w:r>
      <w:proofErr w:type="spellEnd"/>
      <w:r w:rsidRPr="00FE182F">
        <w:rPr>
          <w:rFonts w:ascii="Arial" w:hAnsi="Arial" w:cs="Arial"/>
          <w:sz w:val="22"/>
        </w:rPr>
        <w:t xml:space="preserve"> do </w:t>
      </w:r>
      <w:proofErr w:type="spellStart"/>
      <w:r w:rsidRPr="00FE182F">
        <w:rPr>
          <w:rFonts w:ascii="Arial" w:hAnsi="Arial" w:cs="Arial"/>
          <w:sz w:val="22"/>
        </w:rPr>
        <w:t>prowadzenia</w:t>
      </w:r>
      <w:proofErr w:type="spellEnd"/>
      <w:r w:rsidRPr="00FE182F">
        <w:rPr>
          <w:rFonts w:ascii="Arial" w:hAnsi="Arial" w:cs="Arial"/>
          <w:sz w:val="22"/>
        </w:rPr>
        <w:t xml:space="preserve"> </w:t>
      </w:r>
      <w:proofErr w:type="spellStart"/>
      <w:r w:rsidRPr="00FE182F">
        <w:rPr>
          <w:rFonts w:ascii="Arial" w:hAnsi="Arial" w:cs="Arial"/>
          <w:sz w:val="22"/>
        </w:rPr>
        <w:t>oferowanych</w:t>
      </w:r>
      <w:proofErr w:type="spellEnd"/>
      <w:r w:rsidRPr="00FE182F">
        <w:rPr>
          <w:rFonts w:ascii="Arial" w:hAnsi="Arial" w:cs="Arial"/>
          <w:sz w:val="22"/>
        </w:rPr>
        <w:t xml:space="preserve"> </w:t>
      </w:r>
      <w:proofErr w:type="spellStart"/>
      <w:r w:rsidRPr="00FE182F">
        <w:rPr>
          <w:rFonts w:ascii="Arial" w:hAnsi="Arial" w:cs="Arial"/>
          <w:sz w:val="22"/>
        </w:rPr>
        <w:t>programów</w:t>
      </w:r>
      <w:proofErr w:type="spellEnd"/>
      <w:r w:rsidRPr="00FE182F">
        <w:rPr>
          <w:rFonts w:ascii="Arial" w:hAnsi="Arial" w:cs="Arial"/>
          <w:sz w:val="22"/>
        </w:rPr>
        <w:t>;</w:t>
      </w:r>
    </w:p>
    <w:p w14:paraId="1E645EAE" w14:textId="56308CA5" w:rsidR="00A527F2" w:rsidRPr="00FE182F" w:rsidRDefault="00000000" w:rsidP="007B64C4">
      <w:pPr>
        <w:pStyle w:val="Listanumerowana"/>
        <w:numPr>
          <w:ilvl w:val="0"/>
          <w:numId w:val="20"/>
        </w:numPr>
        <w:jc w:val="both"/>
        <w:rPr>
          <w:rFonts w:ascii="Arial" w:hAnsi="Arial" w:cs="Arial"/>
          <w:sz w:val="22"/>
        </w:rPr>
      </w:pPr>
      <w:proofErr w:type="spellStart"/>
      <w:r w:rsidRPr="00FE182F">
        <w:rPr>
          <w:rFonts w:ascii="Arial" w:hAnsi="Arial" w:cs="Arial"/>
          <w:sz w:val="22"/>
        </w:rPr>
        <w:t>zostały</w:t>
      </w:r>
      <w:proofErr w:type="spellEnd"/>
      <w:r w:rsidRPr="00FE182F">
        <w:rPr>
          <w:rFonts w:ascii="Arial" w:hAnsi="Arial" w:cs="Arial"/>
          <w:sz w:val="22"/>
        </w:rPr>
        <w:t xml:space="preserve"> </w:t>
      </w:r>
      <w:proofErr w:type="spellStart"/>
      <w:r w:rsidRPr="00FE182F">
        <w:rPr>
          <w:rFonts w:ascii="Arial" w:hAnsi="Arial" w:cs="Arial"/>
          <w:sz w:val="22"/>
        </w:rPr>
        <w:t>przygotowane</w:t>
      </w:r>
      <w:proofErr w:type="spellEnd"/>
      <w:r w:rsidRPr="00FE182F">
        <w:rPr>
          <w:rFonts w:ascii="Arial" w:hAnsi="Arial" w:cs="Arial"/>
          <w:sz w:val="22"/>
        </w:rPr>
        <w:t xml:space="preserve"> do </w:t>
      </w:r>
      <w:proofErr w:type="spellStart"/>
      <w:r w:rsidRPr="00FE182F">
        <w:rPr>
          <w:rFonts w:ascii="Arial" w:hAnsi="Arial" w:cs="Arial"/>
          <w:sz w:val="22"/>
        </w:rPr>
        <w:t>realizacji</w:t>
      </w:r>
      <w:proofErr w:type="spellEnd"/>
      <w:r w:rsidRPr="00FE182F">
        <w:rPr>
          <w:rFonts w:ascii="Arial" w:hAnsi="Arial" w:cs="Arial"/>
          <w:sz w:val="22"/>
        </w:rPr>
        <w:t xml:space="preserve"> </w:t>
      </w:r>
      <w:proofErr w:type="spellStart"/>
      <w:r w:rsidRPr="00FE182F">
        <w:rPr>
          <w:rFonts w:ascii="Arial" w:hAnsi="Arial" w:cs="Arial"/>
          <w:sz w:val="22"/>
        </w:rPr>
        <w:t>programów</w:t>
      </w:r>
      <w:proofErr w:type="spellEnd"/>
      <w:r w:rsidRPr="00FE182F">
        <w:rPr>
          <w:rFonts w:ascii="Arial" w:hAnsi="Arial" w:cs="Arial"/>
          <w:sz w:val="22"/>
        </w:rPr>
        <w:t xml:space="preserve"> </w:t>
      </w:r>
      <w:proofErr w:type="spellStart"/>
      <w:r w:rsidRPr="00FE182F">
        <w:rPr>
          <w:rFonts w:ascii="Arial" w:hAnsi="Arial" w:cs="Arial"/>
          <w:sz w:val="22"/>
        </w:rPr>
        <w:t>zgodnie</w:t>
      </w:r>
      <w:proofErr w:type="spellEnd"/>
      <w:r w:rsidRPr="00FE182F">
        <w:rPr>
          <w:rFonts w:ascii="Arial" w:hAnsi="Arial" w:cs="Arial"/>
          <w:sz w:val="22"/>
        </w:rPr>
        <w:t xml:space="preserve"> z ich </w:t>
      </w:r>
      <w:proofErr w:type="spellStart"/>
      <w:r w:rsidRPr="00FE182F">
        <w:rPr>
          <w:rFonts w:ascii="Arial" w:hAnsi="Arial" w:cs="Arial"/>
          <w:sz w:val="22"/>
        </w:rPr>
        <w:t>założeniami</w:t>
      </w:r>
      <w:proofErr w:type="spellEnd"/>
      <w:r w:rsidRPr="00FE182F">
        <w:rPr>
          <w:rFonts w:ascii="Arial" w:hAnsi="Arial" w:cs="Arial"/>
          <w:sz w:val="22"/>
        </w:rPr>
        <w:t xml:space="preserve">, </w:t>
      </w:r>
      <w:proofErr w:type="spellStart"/>
      <w:r w:rsidRPr="00FE182F">
        <w:rPr>
          <w:rFonts w:ascii="Arial" w:hAnsi="Arial" w:cs="Arial"/>
          <w:sz w:val="22"/>
        </w:rPr>
        <w:t>scenariuszami</w:t>
      </w:r>
      <w:proofErr w:type="spellEnd"/>
      <w:r w:rsidRPr="00FE182F">
        <w:rPr>
          <w:rFonts w:ascii="Arial" w:hAnsi="Arial" w:cs="Arial"/>
          <w:sz w:val="22"/>
        </w:rPr>
        <w:t xml:space="preserve"> </w:t>
      </w:r>
      <w:r w:rsidR="007B64C4">
        <w:rPr>
          <w:rFonts w:ascii="Arial" w:hAnsi="Arial" w:cs="Arial"/>
          <w:sz w:val="22"/>
        </w:rPr>
        <w:br/>
      </w:r>
      <w:proofErr w:type="spellStart"/>
      <w:r w:rsidRPr="00FE182F">
        <w:rPr>
          <w:rFonts w:ascii="Arial" w:hAnsi="Arial" w:cs="Arial"/>
          <w:sz w:val="22"/>
        </w:rPr>
        <w:t>i</w:t>
      </w:r>
      <w:proofErr w:type="spellEnd"/>
      <w:r w:rsidRPr="00FE182F">
        <w:rPr>
          <w:rFonts w:ascii="Arial" w:hAnsi="Arial" w:cs="Arial"/>
          <w:sz w:val="22"/>
        </w:rPr>
        <w:t xml:space="preserve"> </w:t>
      </w:r>
      <w:proofErr w:type="spellStart"/>
      <w:r w:rsidRPr="00FE182F">
        <w:rPr>
          <w:rFonts w:ascii="Arial" w:hAnsi="Arial" w:cs="Arial"/>
          <w:sz w:val="22"/>
        </w:rPr>
        <w:t>standardami</w:t>
      </w:r>
      <w:proofErr w:type="spellEnd"/>
      <w:r w:rsidRPr="00FE182F">
        <w:rPr>
          <w:rFonts w:ascii="Arial" w:hAnsi="Arial" w:cs="Arial"/>
          <w:sz w:val="22"/>
        </w:rPr>
        <w:t>;</w:t>
      </w:r>
    </w:p>
    <w:p w14:paraId="0B9101E5" w14:textId="77777777" w:rsidR="00A527F2" w:rsidRPr="00FE182F" w:rsidRDefault="00000000" w:rsidP="007B64C4">
      <w:pPr>
        <w:pStyle w:val="Listanumerowana"/>
        <w:numPr>
          <w:ilvl w:val="0"/>
          <w:numId w:val="20"/>
        </w:numPr>
        <w:jc w:val="both"/>
        <w:rPr>
          <w:rFonts w:ascii="Arial" w:hAnsi="Arial" w:cs="Arial"/>
          <w:sz w:val="22"/>
        </w:rPr>
      </w:pPr>
      <w:proofErr w:type="spellStart"/>
      <w:r w:rsidRPr="00FE182F">
        <w:rPr>
          <w:rFonts w:ascii="Arial" w:hAnsi="Arial" w:cs="Arial"/>
          <w:sz w:val="22"/>
        </w:rPr>
        <w:t>posiadają</w:t>
      </w:r>
      <w:proofErr w:type="spellEnd"/>
      <w:r w:rsidRPr="00FE182F">
        <w:rPr>
          <w:rFonts w:ascii="Arial" w:hAnsi="Arial" w:cs="Arial"/>
          <w:sz w:val="22"/>
        </w:rPr>
        <w:t xml:space="preserve"> </w:t>
      </w:r>
      <w:proofErr w:type="spellStart"/>
      <w:r w:rsidRPr="00FE182F">
        <w:rPr>
          <w:rFonts w:ascii="Arial" w:hAnsi="Arial" w:cs="Arial"/>
          <w:sz w:val="22"/>
        </w:rPr>
        <w:t>doświadczenie</w:t>
      </w:r>
      <w:proofErr w:type="spellEnd"/>
      <w:r w:rsidRPr="00FE182F">
        <w:rPr>
          <w:rFonts w:ascii="Arial" w:hAnsi="Arial" w:cs="Arial"/>
          <w:sz w:val="22"/>
        </w:rPr>
        <w:t xml:space="preserve"> w </w:t>
      </w:r>
      <w:proofErr w:type="spellStart"/>
      <w:r w:rsidRPr="00FE182F">
        <w:rPr>
          <w:rFonts w:ascii="Arial" w:hAnsi="Arial" w:cs="Arial"/>
          <w:sz w:val="22"/>
        </w:rPr>
        <w:t>prowadzeniu</w:t>
      </w:r>
      <w:proofErr w:type="spellEnd"/>
      <w:r w:rsidRPr="00FE182F">
        <w:rPr>
          <w:rFonts w:ascii="Arial" w:hAnsi="Arial" w:cs="Arial"/>
          <w:sz w:val="22"/>
        </w:rPr>
        <w:t xml:space="preserve"> </w:t>
      </w:r>
      <w:proofErr w:type="spellStart"/>
      <w:r w:rsidRPr="00FE182F">
        <w:rPr>
          <w:rFonts w:ascii="Arial" w:hAnsi="Arial" w:cs="Arial"/>
          <w:sz w:val="22"/>
        </w:rPr>
        <w:t>działań</w:t>
      </w:r>
      <w:proofErr w:type="spellEnd"/>
      <w:r w:rsidRPr="00FE182F">
        <w:rPr>
          <w:rFonts w:ascii="Arial" w:hAnsi="Arial" w:cs="Arial"/>
          <w:sz w:val="22"/>
        </w:rPr>
        <w:t xml:space="preserve"> </w:t>
      </w:r>
      <w:proofErr w:type="spellStart"/>
      <w:r w:rsidRPr="00FE182F">
        <w:rPr>
          <w:rFonts w:ascii="Arial" w:hAnsi="Arial" w:cs="Arial"/>
          <w:sz w:val="22"/>
        </w:rPr>
        <w:t>dla</w:t>
      </w:r>
      <w:proofErr w:type="spellEnd"/>
      <w:r w:rsidRPr="00FE182F">
        <w:rPr>
          <w:rFonts w:ascii="Arial" w:hAnsi="Arial" w:cs="Arial"/>
          <w:sz w:val="22"/>
        </w:rPr>
        <w:t xml:space="preserve"> </w:t>
      </w:r>
      <w:proofErr w:type="spellStart"/>
      <w:r w:rsidRPr="00FE182F">
        <w:rPr>
          <w:rFonts w:ascii="Arial" w:hAnsi="Arial" w:cs="Arial"/>
          <w:sz w:val="22"/>
        </w:rPr>
        <w:t>dzieci</w:t>
      </w:r>
      <w:proofErr w:type="spellEnd"/>
      <w:r w:rsidRPr="00FE182F">
        <w:rPr>
          <w:rFonts w:ascii="Arial" w:hAnsi="Arial" w:cs="Arial"/>
          <w:sz w:val="22"/>
        </w:rPr>
        <w:t xml:space="preserve">, </w:t>
      </w:r>
      <w:proofErr w:type="spellStart"/>
      <w:r w:rsidRPr="00FE182F">
        <w:rPr>
          <w:rFonts w:ascii="Arial" w:hAnsi="Arial" w:cs="Arial"/>
          <w:sz w:val="22"/>
        </w:rPr>
        <w:t>młodzieży</w:t>
      </w:r>
      <w:proofErr w:type="spellEnd"/>
      <w:r w:rsidRPr="00FE182F">
        <w:rPr>
          <w:rFonts w:ascii="Arial" w:hAnsi="Arial" w:cs="Arial"/>
          <w:sz w:val="22"/>
        </w:rPr>
        <w:t xml:space="preserve">, </w:t>
      </w:r>
      <w:proofErr w:type="spellStart"/>
      <w:r w:rsidRPr="00FE182F">
        <w:rPr>
          <w:rFonts w:ascii="Arial" w:hAnsi="Arial" w:cs="Arial"/>
          <w:sz w:val="22"/>
        </w:rPr>
        <w:t>rodziców</w:t>
      </w:r>
      <w:proofErr w:type="spellEnd"/>
      <w:r w:rsidRPr="00FE182F">
        <w:rPr>
          <w:rFonts w:ascii="Arial" w:hAnsi="Arial" w:cs="Arial"/>
          <w:sz w:val="22"/>
        </w:rPr>
        <w:t xml:space="preserve"> </w:t>
      </w:r>
      <w:proofErr w:type="spellStart"/>
      <w:r w:rsidRPr="00FE182F">
        <w:rPr>
          <w:rFonts w:ascii="Arial" w:hAnsi="Arial" w:cs="Arial"/>
          <w:sz w:val="22"/>
        </w:rPr>
        <w:t>lub</w:t>
      </w:r>
      <w:proofErr w:type="spellEnd"/>
      <w:r w:rsidRPr="00FE182F">
        <w:rPr>
          <w:rFonts w:ascii="Arial" w:hAnsi="Arial" w:cs="Arial"/>
          <w:sz w:val="22"/>
        </w:rPr>
        <w:t xml:space="preserve"> </w:t>
      </w:r>
      <w:proofErr w:type="spellStart"/>
      <w:r w:rsidRPr="00FE182F">
        <w:rPr>
          <w:rFonts w:ascii="Arial" w:hAnsi="Arial" w:cs="Arial"/>
          <w:sz w:val="22"/>
        </w:rPr>
        <w:t>nauczycieli</w:t>
      </w:r>
      <w:proofErr w:type="spellEnd"/>
      <w:r w:rsidRPr="00FE182F">
        <w:rPr>
          <w:rFonts w:ascii="Arial" w:hAnsi="Arial" w:cs="Arial"/>
          <w:sz w:val="22"/>
        </w:rPr>
        <w:t>;</w:t>
      </w:r>
    </w:p>
    <w:p w14:paraId="55026902" w14:textId="77777777" w:rsidR="00A527F2" w:rsidRPr="00FE182F" w:rsidRDefault="00000000" w:rsidP="007B64C4">
      <w:pPr>
        <w:pStyle w:val="Listanumerowana"/>
        <w:numPr>
          <w:ilvl w:val="0"/>
          <w:numId w:val="20"/>
        </w:numPr>
        <w:jc w:val="both"/>
        <w:rPr>
          <w:rFonts w:ascii="Arial" w:hAnsi="Arial" w:cs="Arial"/>
          <w:sz w:val="22"/>
        </w:rPr>
      </w:pPr>
      <w:proofErr w:type="spellStart"/>
      <w:r w:rsidRPr="00FE182F">
        <w:rPr>
          <w:rFonts w:ascii="Arial" w:hAnsi="Arial" w:cs="Arial"/>
          <w:sz w:val="22"/>
        </w:rPr>
        <w:t>będą</w:t>
      </w:r>
      <w:proofErr w:type="spellEnd"/>
      <w:r w:rsidRPr="00FE182F">
        <w:rPr>
          <w:rFonts w:ascii="Arial" w:hAnsi="Arial" w:cs="Arial"/>
          <w:sz w:val="22"/>
        </w:rPr>
        <w:t xml:space="preserve"> </w:t>
      </w:r>
      <w:proofErr w:type="spellStart"/>
      <w:r w:rsidRPr="00FE182F">
        <w:rPr>
          <w:rFonts w:ascii="Arial" w:hAnsi="Arial" w:cs="Arial"/>
          <w:sz w:val="22"/>
        </w:rPr>
        <w:t>realizować</w:t>
      </w:r>
      <w:proofErr w:type="spellEnd"/>
      <w:r w:rsidRPr="00FE182F">
        <w:rPr>
          <w:rFonts w:ascii="Arial" w:hAnsi="Arial" w:cs="Arial"/>
          <w:sz w:val="22"/>
        </w:rPr>
        <w:t xml:space="preserve"> </w:t>
      </w:r>
      <w:proofErr w:type="spellStart"/>
      <w:r w:rsidRPr="00FE182F">
        <w:rPr>
          <w:rFonts w:ascii="Arial" w:hAnsi="Arial" w:cs="Arial"/>
          <w:sz w:val="22"/>
        </w:rPr>
        <w:t>zajęcia</w:t>
      </w:r>
      <w:proofErr w:type="spellEnd"/>
      <w:r w:rsidRPr="00FE182F">
        <w:rPr>
          <w:rFonts w:ascii="Arial" w:hAnsi="Arial" w:cs="Arial"/>
          <w:sz w:val="22"/>
        </w:rPr>
        <w:t xml:space="preserve"> </w:t>
      </w:r>
      <w:proofErr w:type="spellStart"/>
      <w:r w:rsidRPr="00FE182F">
        <w:rPr>
          <w:rFonts w:ascii="Arial" w:hAnsi="Arial" w:cs="Arial"/>
          <w:sz w:val="22"/>
        </w:rPr>
        <w:t>wyłącznie</w:t>
      </w:r>
      <w:proofErr w:type="spellEnd"/>
      <w:r w:rsidRPr="00FE182F">
        <w:rPr>
          <w:rFonts w:ascii="Arial" w:hAnsi="Arial" w:cs="Arial"/>
          <w:sz w:val="22"/>
        </w:rPr>
        <w:t xml:space="preserve"> w </w:t>
      </w:r>
      <w:proofErr w:type="spellStart"/>
      <w:r w:rsidRPr="00FE182F">
        <w:rPr>
          <w:rFonts w:ascii="Arial" w:hAnsi="Arial" w:cs="Arial"/>
          <w:sz w:val="22"/>
        </w:rPr>
        <w:t>zakresie</w:t>
      </w:r>
      <w:proofErr w:type="spellEnd"/>
      <w:r w:rsidRPr="00FE182F">
        <w:rPr>
          <w:rFonts w:ascii="Arial" w:hAnsi="Arial" w:cs="Arial"/>
          <w:sz w:val="22"/>
        </w:rPr>
        <w:t xml:space="preserve"> </w:t>
      </w:r>
      <w:proofErr w:type="spellStart"/>
      <w:r w:rsidRPr="00FE182F">
        <w:rPr>
          <w:rFonts w:ascii="Arial" w:hAnsi="Arial" w:cs="Arial"/>
          <w:sz w:val="22"/>
        </w:rPr>
        <w:t>posiadanych</w:t>
      </w:r>
      <w:proofErr w:type="spellEnd"/>
      <w:r w:rsidRPr="00FE182F">
        <w:rPr>
          <w:rFonts w:ascii="Arial" w:hAnsi="Arial" w:cs="Arial"/>
          <w:sz w:val="22"/>
        </w:rPr>
        <w:t xml:space="preserve"> </w:t>
      </w:r>
      <w:proofErr w:type="spellStart"/>
      <w:r w:rsidRPr="00FE182F">
        <w:rPr>
          <w:rFonts w:ascii="Arial" w:hAnsi="Arial" w:cs="Arial"/>
          <w:sz w:val="22"/>
        </w:rPr>
        <w:t>kwalifikacji</w:t>
      </w:r>
      <w:proofErr w:type="spellEnd"/>
      <w:r w:rsidRPr="00FE182F">
        <w:rPr>
          <w:rFonts w:ascii="Arial" w:hAnsi="Arial" w:cs="Arial"/>
          <w:sz w:val="22"/>
        </w:rPr>
        <w:t xml:space="preserve"> </w:t>
      </w:r>
      <w:proofErr w:type="spellStart"/>
      <w:r w:rsidRPr="00FE182F">
        <w:rPr>
          <w:rFonts w:ascii="Arial" w:hAnsi="Arial" w:cs="Arial"/>
          <w:sz w:val="22"/>
        </w:rPr>
        <w:t>i</w:t>
      </w:r>
      <w:proofErr w:type="spellEnd"/>
      <w:r w:rsidRPr="00FE182F">
        <w:rPr>
          <w:rFonts w:ascii="Arial" w:hAnsi="Arial" w:cs="Arial"/>
          <w:sz w:val="22"/>
        </w:rPr>
        <w:t xml:space="preserve"> </w:t>
      </w:r>
      <w:proofErr w:type="spellStart"/>
      <w:r w:rsidRPr="00FE182F">
        <w:rPr>
          <w:rFonts w:ascii="Arial" w:hAnsi="Arial" w:cs="Arial"/>
          <w:sz w:val="22"/>
        </w:rPr>
        <w:t>uprawnień</w:t>
      </w:r>
      <w:proofErr w:type="spellEnd"/>
      <w:r w:rsidRPr="00FE182F">
        <w:rPr>
          <w:rFonts w:ascii="Arial" w:hAnsi="Arial" w:cs="Arial"/>
          <w:sz w:val="22"/>
        </w:rPr>
        <w:t>;</w:t>
      </w:r>
    </w:p>
    <w:p w14:paraId="5883621E" w14:textId="77777777" w:rsidR="00A527F2" w:rsidRDefault="00000000" w:rsidP="007B64C4">
      <w:pPr>
        <w:pStyle w:val="Listanumerowana"/>
        <w:numPr>
          <w:ilvl w:val="0"/>
          <w:numId w:val="20"/>
        </w:numPr>
        <w:jc w:val="both"/>
        <w:rPr>
          <w:rFonts w:ascii="Arial" w:hAnsi="Arial" w:cs="Arial"/>
          <w:sz w:val="22"/>
        </w:rPr>
      </w:pPr>
      <w:proofErr w:type="spellStart"/>
      <w:r w:rsidRPr="00FE182F">
        <w:rPr>
          <w:rFonts w:ascii="Arial" w:hAnsi="Arial" w:cs="Arial"/>
          <w:sz w:val="22"/>
        </w:rPr>
        <w:t>zostały</w:t>
      </w:r>
      <w:proofErr w:type="spellEnd"/>
      <w:r w:rsidRPr="00FE182F">
        <w:rPr>
          <w:rFonts w:ascii="Arial" w:hAnsi="Arial" w:cs="Arial"/>
          <w:sz w:val="22"/>
        </w:rPr>
        <w:t xml:space="preserve"> </w:t>
      </w:r>
      <w:proofErr w:type="spellStart"/>
      <w:r w:rsidRPr="00FE182F">
        <w:rPr>
          <w:rFonts w:ascii="Arial" w:hAnsi="Arial" w:cs="Arial"/>
          <w:sz w:val="22"/>
        </w:rPr>
        <w:t>albo</w:t>
      </w:r>
      <w:proofErr w:type="spellEnd"/>
      <w:r w:rsidRPr="00FE182F">
        <w:rPr>
          <w:rFonts w:ascii="Arial" w:hAnsi="Arial" w:cs="Arial"/>
          <w:sz w:val="22"/>
        </w:rPr>
        <w:t xml:space="preserve"> </w:t>
      </w:r>
      <w:proofErr w:type="spellStart"/>
      <w:r w:rsidRPr="00FE182F">
        <w:rPr>
          <w:rFonts w:ascii="Arial" w:hAnsi="Arial" w:cs="Arial"/>
          <w:sz w:val="22"/>
        </w:rPr>
        <w:t>przed</w:t>
      </w:r>
      <w:proofErr w:type="spellEnd"/>
      <w:r w:rsidRPr="00FE182F">
        <w:rPr>
          <w:rFonts w:ascii="Arial" w:hAnsi="Arial" w:cs="Arial"/>
          <w:sz w:val="22"/>
        </w:rPr>
        <w:t xml:space="preserve"> </w:t>
      </w:r>
      <w:proofErr w:type="spellStart"/>
      <w:r w:rsidRPr="00FE182F">
        <w:rPr>
          <w:rFonts w:ascii="Arial" w:hAnsi="Arial" w:cs="Arial"/>
          <w:sz w:val="22"/>
        </w:rPr>
        <w:t>rozpoczęciem</w:t>
      </w:r>
      <w:proofErr w:type="spellEnd"/>
      <w:r w:rsidRPr="00FE182F">
        <w:rPr>
          <w:rFonts w:ascii="Arial" w:hAnsi="Arial" w:cs="Arial"/>
          <w:sz w:val="22"/>
        </w:rPr>
        <w:t xml:space="preserve"> </w:t>
      </w:r>
      <w:proofErr w:type="spellStart"/>
      <w:r w:rsidRPr="00FE182F">
        <w:rPr>
          <w:rFonts w:ascii="Arial" w:hAnsi="Arial" w:cs="Arial"/>
          <w:sz w:val="22"/>
        </w:rPr>
        <w:t>realizacji</w:t>
      </w:r>
      <w:proofErr w:type="spellEnd"/>
      <w:r w:rsidRPr="00FE182F">
        <w:rPr>
          <w:rFonts w:ascii="Arial" w:hAnsi="Arial" w:cs="Arial"/>
          <w:sz w:val="22"/>
        </w:rPr>
        <w:t xml:space="preserve"> </w:t>
      </w:r>
      <w:proofErr w:type="spellStart"/>
      <w:r w:rsidRPr="00FE182F">
        <w:rPr>
          <w:rFonts w:ascii="Arial" w:hAnsi="Arial" w:cs="Arial"/>
          <w:sz w:val="22"/>
        </w:rPr>
        <w:t>zadania</w:t>
      </w:r>
      <w:proofErr w:type="spellEnd"/>
      <w:r w:rsidRPr="00FE182F">
        <w:rPr>
          <w:rFonts w:ascii="Arial" w:hAnsi="Arial" w:cs="Arial"/>
          <w:sz w:val="22"/>
        </w:rPr>
        <w:t xml:space="preserve"> </w:t>
      </w:r>
      <w:proofErr w:type="spellStart"/>
      <w:r w:rsidRPr="00FE182F">
        <w:rPr>
          <w:rFonts w:ascii="Arial" w:hAnsi="Arial" w:cs="Arial"/>
          <w:sz w:val="22"/>
        </w:rPr>
        <w:t>zostaną</w:t>
      </w:r>
      <w:proofErr w:type="spellEnd"/>
      <w:r w:rsidRPr="00FE182F">
        <w:rPr>
          <w:rFonts w:ascii="Arial" w:hAnsi="Arial" w:cs="Arial"/>
          <w:sz w:val="22"/>
        </w:rPr>
        <w:t xml:space="preserve"> </w:t>
      </w:r>
      <w:proofErr w:type="spellStart"/>
      <w:r w:rsidRPr="00FE182F">
        <w:rPr>
          <w:rFonts w:ascii="Arial" w:hAnsi="Arial" w:cs="Arial"/>
          <w:sz w:val="22"/>
        </w:rPr>
        <w:t>zweryfikowane</w:t>
      </w:r>
      <w:proofErr w:type="spellEnd"/>
      <w:r w:rsidRPr="00FE182F">
        <w:rPr>
          <w:rFonts w:ascii="Arial" w:hAnsi="Arial" w:cs="Arial"/>
          <w:sz w:val="22"/>
        </w:rPr>
        <w:t xml:space="preserve"> </w:t>
      </w:r>
      <w:proofErr w:type="spellStart"/>
      <w:r w:rsidRPr="00FE182F">
        <w:rPr>
          <w:rFonts w:ascii="Arial" w:hAnsi="Arial" w:cs="Arial"/>
          <w:sz w:val="22"/>
        </w:rPr>
        <w:t>zgodnie</w:t>
      </w:r>
      <w:proofErr w:type="spellEnd"/>
      <w:r w:rsidRPr="00FE182F">
        <w:rPr>
          <w:rFonts w:ascii="Arial" w:hAnsi="Arial" w:cs="Arial"/>
          <w:sz w:val="22"/>
        </w:rPr>
        <w:t xml:space="preserve"> z </w:t>
      </w:r>
      <w:proofErr w:type="spellStart"/>
      <w:r w:rsidRPr="00FE182F">
        <w:rPr>
          <w:rFonts w:ascii="Arial" w:hAnsi="Arial" w:cs="Arial"/>
          <w:sz w:val="22"/>
        </w:rPr>
        <w:t>przepisami</w:t>
      </w:r>
      <w:proofErr w:type="spellEnd"/>
      <w:r w:rsidRPr="00FE182F">
        <w:rPr>
          <w:rFonts w:ascii="Arial" w:hAnsi="Arial" w:cs="Arial"/>
          <w:sz w:val="22"/>
        </w:rPr>
        <w:t xml:space="preserve"> </w:t>
      </w:r>
      <w:proofErr w:type="spellStart"/>
      <w:r w:rsidRPr="00FE182F">
        <w:rPr>
          <w:rFonts w:ascii="Arial" w:hAnsi="Arial" w:cs="Arial"/>
          <w:sz w:val="22"/>
        </w:rPr>
        <w:t>dotyczącymi</w:t>
      </w:r>
      <w:proofErr w:type="spellEnd"/>
      <w:r w:rsidRPr="00FE182F">
        <w:rPr>
          <w:rFonts w:ascii="Arial" w:hAnsi="Arial" w:cs="Arial"/>
          <w:sz w:val="22"/>
        </w:rPr>
        <w:t xml:space="preserve"> </w:t>
      </w:r>
      <w:proofErr w:type="spellStart"/>
      <w:r w:rsidRPr="00FE182F">
        <w:rPr>
          <w:rFonts w:ascii="Arial" w:hAnsi="Arial" w:cs="Arial"/>
          <w:sz w:val="22"/>
        </w:rPr>
        <w:t>ochrony</w:t>
      </w:r>
      <w:proofErr w:type="spellEnd"/>
      <w:r w:rsidRPr="00FE182F">
        <w:rPr>
          <w:rFonts w:ascii="Arial" w:hAnsi="Arial" w:cs="Arial"/>
          <w:sz w:val="22"/>
        </w:rPr>
        <w:t xml:space="preserve"> </w:t>
      </w:r>
      <w:proofErr w:type="spellStart"/>
      <w:r w:rsidRPr="00FE182F">
        <w:rPr>
          <w:rFonts w:ascii="Arial" w:hAnsi="Arial" w:cs="Arial"/>
          <w:sz w:val="22"/>
        </w:rPr>
        <w:t>małoletnich</w:t>
      </w:r>
      <w:proofErr w:type="spellEnd"/>
      <w:r w:rsidRPr="00FE182F">
        <w:rPr>
          <w:rFonts w:ascii="Arial" w:hAnsi="Arial" w:cs="Arial"/>
          <w:sz w:val="22"/>
        </w:rPr>
        <w:t>.</w:t>
      </w:r>
    </w:p>
    <w:p w14:paraId="394C491F" w14:textId="77777777" w:rsidR="0002091C" w:rsidRDefault="0002091C" w:rsidP="0002091C">
      <w:pPr>
        <w:pStyle w:val="Listanumerowana"/>
        <w:numPr>
          <w:ilvl w:val="0"/>
          <w:numId w:val="0"/>
        </w:numPr>
        <w:rPr>
          <w:rFonts w:ascii="Arial" w:hAnsi="Arial" w:cs="Arial"/>
          <w:sz w:val="22"/>
        </w:rPr>
      </w:pPr>
    </w:p>
    <w:p w14:paraId="4358046C" w14:textId="4B314D4A" w:rsidR="00A527F2" w:rsidRPr="0002091C" w:rsidRDefault="0002091C" w:rsidP="0002091C">
      <w:pPr>
        <w:pStyle w:val="Listanumerowana"/>
        <w:numPr>
          <w:ilvl w:val="0"/>
          <w:numId w:val="0"/>
        </w:numPr>
        <w:rPr>
          <w:rFonts w:ascii="Arial" w:hAnsi="Arial" w:cs="Arial"/>
          <w:b/>
          <w:bCs/>
          <w:sz w:val="22"/>
        </w:rPr>
      </w:pPr>
      <w:proofErr w:type="spellStart"/>
      <w:r w:rsidRPr="0002091C">
        <w:rPr>
          <w:rFonts w:ascii="Arial" w:hAnsi="Arial" w:cs="Arial"/>
          <w:b/>
          <w:bCs/>
          <w:sz w:val="22"/>
        </w:rPr>
        <w:t>Wykaz</w:t>
      </w:r>
      <w:proofErr w:type="spellEnd"/>
      <w:r w:rsidRPr="0002091C">
        <w:rPr>
          <w:rFonts w:ascii="Arial" w:hAnsi="Arial" w:cs="Arial"/>
          <w:b/>
          <w:bCs/>
          <w:sz w:val="22"/>
        </w:rPr>
        <w:t xml:space="preserve"> </w:t>
      </w:r>
      <w:proofErr w:type="spellStart"/>
      <w:r w:rsidRPr="0002091C">
        <w:rPr>
          <w:rFonts w:ascii="Arial" w:hAnsi="Arial" w:cs="Arial"/>
          <w:b/>
          <w:bCs/>
          <w:sz w:val="22"/>
        </w:rPr>
        <w:t>real</w:t>
      </w:r>
      <w:r w:rsidR="009434D9">
        <w:rPr>
          <w:rFonts w:ascii="Arial" w:hAnsi="Arial" w:cs="Arial"/>
          <w:b/>
          <w:bCs/>
          <w:sz w:val="22"/>
        </w:rPr>
        <w:t>izato</w:t>
      </w:r>
      <w:r w:rsidRPr="0002091C">
        <w:rPr>
          <w:rFonts w:ascii="Arial" w:hAnsi="Arial" w:cs="Arial"/>
          <w:b/>
          <w:bCs/>
          <w:sz w:val="22"/>
        </w:rPr>
        <w:t>rów</w:t>
      </w:r>
      <w:proofErr w:type="spellEnd"/>
      <w:r w:rsidRPr="0002091C">
        <w:rPr>
          <w:rFonts w:ascii="Arial" w:hAnsi="Arial" w:cs="Arial"/>
          <w:b/>
          <w:bCs/>
          <w:sz w:val="22"/>
        </w:rPr>
        <w:t xml:space="preserve"> 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10"/>
        <w:gridCol w:w="1785"/>
        <w:gridCol w:w="1863"/>
        <w:gridCol w:w="1896"/>
        <w:gridCol w:w="2340"/>
        <w:gridCol w:w="1758"/>
      </w:tblGrid>
      <w:tr w:rsidR="00A527F2" w:rsidRPr="00FE182F" w14:paraId="5A02D3C3" w14:textId="77777777">
        <w:trPr>
          <w:cantSplit/>
          <w:tblHeader/>
          <w:jc w:val="center"/>
        </w:trPr>
        <w:tc>
          <w:tcPr>
            <w:tcW w:w="454" w:type="dxa"/>
            <w:shd w:val="clear" w:color="auto" w:fill="D9EAF7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2AE6FD0" w14:textId="77777777" w:rsidR="00A527F2" w:rsidRPr="00FE182F" w:rsidRDefault="00000000">
            <w:pPr>
              <w:jc w:val="center"/>
              <w:rPr>
                <w:rFonts w:ascii="Arial" w:hAnsi="Arial" w:cs="Arial"/>
                <w:sz w:val="22"/>
              </w:rPr>
            </w:pPr>
            <w:proofErr w:type="spellStart"/>
            <w:r w:rsidRPr="00FE182F">
              <w:rPr>
                <w:rFonts w:ascii="Arial" w:hAnsi="Arial" w:cs="Arial"/>
                <w:b/>
                <w:sz w:val="22"/>
              </w:rPr>
              <w:t>Lp</w:t>
            </w:r>
            <w:proofErr w:type="spellEnd"/>
            <w:r w:rsidRPr="00FE182F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1814" w:type="dxa"/>
            <w:shd w:val="clear" w:color="auto" w:fill="D9EAF7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9044A78" w14:textId="77777777" w:rsidR="00A527F2" w:rsidRPr="00FE182F" w:rsidRDefault="00000000">
            <w:pPr>
              <w:jc w:val="center"/>
              <w:rPr>
                <w:rFonts w:ascii="Arial" w:hAnsi="Arial" w:cs="Arial"/>
                <w:sz w:val="22"/>
              </w:rPr>
            </w:pPr>
            <w:proofErr w:type="spellStart"/>
            <w:r w:rsidRPr="00FE182F">
              <w:rPr>
                <w:rFonts w:ascii="Arial" w:hAnsi="Arial" w:cs="Arial"/>
                <w:b/>
                <w:sz w:val="22"/>
              </w:rPr>
              <w:t>Imię</w:t>
            </w:r>
            <w:proofErr w:type="spellEnd"/>
            <w:r w:rsidRPr="00FE182F">
              <w:rPr>
                <w:rFonts w:ascii="Arial" w:hAnsi="Arial" w:cs="Arial"/>
                <w:b/>
                <w:sz w:val="22"/>
              </w:rPr>
              <w:t xml:space="preserve"> </w:t>
            </w:r>
            <w:proofErr w:type="spellStart"/>
            <w:r w:rsidRPr="00FE182F">
              <w:rPr>
                <w:rFonts w:ascii="Arial" w:hAnsi="Arial" w:cs="Arial"/>
                <w:b/>
                <w:sz w:val="22"/>
              </w:rPr>
              <w:t>i</w:t>
            </w:r>
            <w:proofErr w:type="spellEnd"/>
            <w:r w:rsidRPr="00FE182F">
              <w:rPr>
                <w:rFonts w:ascii="Arial" w:hAnsi="Arial" w:cs="Arial"/>
                <w:b/>
                <w:sz w:val="22"/>
              </w:rPr>
              <w:t xml:space="preserve"> </w:t>
            </w:r>
            <w:proofErr w:type="spellStart"/>
            <w:r w:rsidRPr="00FE182F">
              <w:rPr>
                <w:rFonts w:ascii="Arial" w:hAnsi="Arial" w:cs="Arial"/>
                <w:b/>
                <w:sz w:val="22"/>
              </w:rPr>
              <w:t>nazwisko</w:t>
            </w:r>
            <w:proofErr w:type="spellEnd"/>
          </w:p>
        </w:tc>
        <w:tc>
          <w:tcPr>
            <w:tcW w:w="1871" w:type="dxa"/>
            <w:shd w:val="clear" w:color="auto" w:fill="D9EAF7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4A99125" w14:textId="77777777" w:rsidR="00A527F2" w:rsidRPr="00FE182F" w:rsidRDefault="00000000">
            <w:pPr>
              <w:jc w:val="center"/>
              <w:rPr>
                <w:rFonts w:ascii="Arial" w:hAnsi="Arial" w:cs="Arial"/>
                <w:sz w:val="22"/>
              </w:rPr>
            </w:pPr>
            <w:proofErr w:type="spellStart"/>
            <w:r w:rsidRPr="00FE182F">
              <w:rPr>
                <w:rFonts w:ascii="Arial" w:hAnsi="Arial" w:cs="Arial"/>
                <w:b/>
                <w:sz w:val="22"/>
              </w:rPr>
              <w:t>Wykształcenie</w:t>
            </w:r>
            <w:proofErr w:type="spellEnd"/>
          </w:p>
        </w:tc>
        <w:tc>
          <w:tcPr>
            <w:tcW w:w="1928" w:type="dxa"/>
            <w:shd w:val="clear" w:color="auto" w:fill="D9EAF7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8321116" w14:textId="77777777" w:rsidR="00A527F2" w:rsidRPr="00FE182F" w:rsidRDefault="00000000">
            <w:pPr>
              <w:jc w:val="center"/>
              <w:rPr>
                <w:rFonts w:ascii="Arial" w:hAnsi="Arial" w:cs="Arial"/>
                <w:sz w:val="22"/>
              </w:rPr>
            </w:pPr>
            <w:r w:rsidRPr="00FE182F">
              <w:rPr>
                <w:rFonts w:ascii="Arial" w:hAnsi="Arial" w:cs="Arial"/>
                <w:b/>
                <w:sz w:val="22"/>
              </w:rPr>
              <w:t xml:space="preserve">Nazwa </w:t>
            </w:r>
            <w:proofErr w:type="spellStart"/>
            <w:r w:rsidRPr="00FE182F">
              <w:rPr>
                <w:rFonts w:ascii="Arial" w:hAnsi="Arial" w:cs="Arial"/>
                <w:b/>
                <w:sz w:val="22"/>
              </w:rPr>
              <w:t>programu</w:t>
            </w:r>
            <w:proofErr w:type="spellEnd"/>
          </w:p>
        </w:tc>
        <w:tc>
          <w:tcPr>
            <w:tcW w:w="2381" w:type="dxa"/>
            <w:shd w:val="clear" w:color="auto" w:fill="D9EAF7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3C627E7" w14:textId="77777777" w:rsidR="00A527F2" w:rsidRPr="00FE182F" w:rsidRDefault="00000000">
            <w:pPr>
              <w:jc w:val="center"/>
              <w:rPr>
                <w:rFonts w:ascii="Arial" w:hAnsi="Arial" w:cs="Arial"/>
                <w:sz w:val="22"/>
              </w:rPr>
            </w:pPr>
            <w:r w:rsidRPr="00FE182F">
              <w:rPr>
                <w:rFonts w:ascii="Arial" w:hAnsi="Arial" w:cs="Arial"/>
                <w:b/>
                <w:sz w:val="22"/>
              </w:rPr>
              <w:t xml:space="preserve">Kwalifikacje </w:t>
            </w:r>
            <w:proofErr w:type="spellStart"/>
            <w:r w:rsidRPr="00FE182F">
              <w:rPr>
                <w:rFonts w:ascii="Arial" w:hAnsi="Arial" w:cs="Arial"/>
                <w:b/>
                <w:sz w:val="22"/>
              </w:rPr>
              <w:t>i</w:t>
            </w:r>
            <w:proofErr w:type="spellEnd"/>
            <w:r w:rsidRPr="00FE182F">
              <w:rPr>
                <w:rFonts w:ascii="Arial" w:hAnsi="Arial" w:cs="Arial"/>
                <w:b/>
                <w:sz w:val="22"/>
              </w:rPr>
              <w:t xml:space="preserve"> </w:t>
            </w:r>
            <w:proofErr w:type="spellStart"/>
            <w:r w:rsidRPr="00FE182F">
              <w:rPr>
                <w:rFonts w:ascii="Arial" w:hAnsi="Arial" w:cs="Arial"/>
                <w:b/>
                <w:sz w:val="22"/>
              </w:rPr>
              <w:t>uprawnienia</w:t>
            </w:r>
            <w:proofErr w:type="spellEnd"/>
          </w:p>
        </w:tc>
        <w:tc>
          <w:tcPr>
            <w:tcW w:w="1701" w:type="dxa"/>
            <w:shd w:val="clear" w:color="auto" w:fill="D9EAF7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3F57127" w14:textId="77777777" w:rsidR="00A527F2" w:rsidRPr="00FE182F" w:rsidRDefault="00000000">
            <w:pPr>
              <w:jc w:val="center"/>
              <w:rPr>
                <w:rFonts w:ascii="Arial" w:hAnsi="Arial" w:cs="Arial"/>
                <w:sz w:val="22"/>
              </w:rPr>
            </w:pPr>
            <w:proofErr w:type="spellStart"/>
            <w:r w:rsidRPr="00FE182F">
              <w:rPr>
                <w:rFonts w:ascii="Arial" w:hAnsi="Arial" w:cs="Arial"/>
                <w:b/>
                <w:sz w:val="22"/>
              </w:rPr>
              <w:t>Doświadczenie</w:t>
            </w:r>
            <w:proofErr w:type="spellEnd"/>
          </w:p>
        </w:tc>
      </w:tr>
      <w:tr w:rsidR="00A527F2" w:rsidRPr="00FE182F" w14:paraId="20147224" w14:textId="77777777">
        <w:trPr>
          <w:cantSplit/>
          <w:jc w:val="center"/>
        </w:trPr>
        <w:tc>
          <w:tcPr>
            <w:tcW w:w="45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982BD93" w14:textId="77777777" w:rsidR="00A527F2" w:rsidRPr="00FE182F" w:rsidRDefault="00000000">
            <w:pPr>
              <w:rPr>
                <w:rFonts w:ascii="Arial" w:hAnsi="Arial" w:cs="Arial"/>
                <w:sz w:val="22"/>
              </w:rPr>
            </w:pPr>
            <w:r w:rsidRPr="00FE182F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181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7AF9328" w14:textId="77777777" w:rsidR="00A527F2" w:rsidRPr="00FE182F" w:rsidRDefault="00A527F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87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5AD4ECE" w14:textId="77777777" w:rsidR="00A527F2" w:rsidRPr="00FE182F" w:rsidRDefault="00A527F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92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4B5168A" w14:textId="77777777" w:rsidR="00A527F2" w:rsidRPr="00FE182F" w:rsidRDefault="00A527F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38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22EA6F0" w14:textId="77777777" w:rsidR="00A527F2" w:rsidRPr="00FE182F" w:rsidRDefault="00A527F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0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2C73A4D" w14:textId="77777777" w:rsidR="00A527F2" w:rsidRPr="00FE182F" w:rsidRDefault="00A527F2">
            <w:pPr>
              <w:rPr>
                <w:rFonts w:ascii="Arial" w:hAnsi="Arial" w:cs="Arial"/>
                <w:sz w:val="22"/>
              </w:rPr>
            </w:pPr>
          </w:p>
        </w:tc>
      </w:tr>
      <w:tr w:rsidR="00A527F2" w:rsidRPr="00FE182F" w14:paraId="29453E71" w14:textId="77777777">
        <w:trPr>
          <w:cantSplit/>
          <w:jc w:val="center"/>
        </w:trPr>
        <w:tc>
          <w:tcPr>
            <w:tcW w:w="45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B6BA492" w14:textId="77777777" w:rsidR="00A527F2" w:rsidRPr="00FE182F" w:rsidRDefault="00000000">
            <w:pPr>
              <w:rPr>
                <w:rFonts w:ascii="Arial" w:hAnsi="Arial" w:cs="Arial"/>
                <w:sz w:val="22"/>
              </w:rPr>
            </w:pPr>
            <w:r w:rsidRPr="00FE182F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181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B95588A" w14:textId="77777777" w:rsidR="00A527F2" w:rsidRPr="00FE182F" w:rsidRDefault="00A527F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87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B72AEBB" w14:textId="77777777" w:rsidR="00A527F2" w:rsidRPr="00FE182F" w:rsidRDefault="00A527F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92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9A5F481" w14:textId="77777777" w:rsidR="00A527F2" w:rsidRPr="00FE182F" w:rsidRDefault="00A527F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38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EA1D806" w14:textId="77777777" w:rsidR="00A527F2" w:rsidRPr="00FE182F" w:rsidRDefault="00A527F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0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1E92BE1" w14:textId="77777777" w:rsidR="00A527F2" w:rsidRPr="00FE182F" w:rsidRDefault="00A527F2">
            <w:pPr>
              <w:rPr>
                <w:rFonts w:ascii="Arial" w:hAnsi="Arial" w:cs="Arial"/>
                <w:sz w:val="22"/>
              </w:rPr>
            </w:pPr>
          </w:p>
        </w:tc>
      </w:tr>
      <w:tr w:rsidR="00A527F2" w:rsidRPr="00FE182F" w14:paraId="52EECC52" w14:textId="77777777">
        <w:trPr>
          <w:cantSplit/>
          <w:jc w:val="center"/>
        </w:trPr>
        <w:tc>
          <w:tcPr>
            <w:tcW w:w="45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0793783" w14:textId="77777777" w:rsidR="00A527F2" w:rsidRPr="00FE182F" w:rsidRDefault="00000000">
            <w:pPr>
              <w:rPr>
                <w:rFonts w:ascii="Arial" w:hAnsi="Arial" w:cs="Arial"/>
                <w:sz w:val="22"/>
              </w:rPr>
            </w:pPr>
            <w:r w:rsidRPr="00FE182F"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181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5537ADA" w14:textId="77777777" w:rsidR="00A527F2" w:rsidRPr="00FE182F" w:rsidRDefault="00A527F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87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E9CC402" w14:textId="77777777" w:rsidR="00A527F2" w:rsidRPr="00FE182F" w:rsidRDefault="00A527F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92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F1826CB" w14:textId="77777777" w:rsidR="00A527F2" w:rsidRPr="00FE182F" w:rsidRDefault="00A527F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38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C94F7B6" w14:textId="77777777" w:rsidR="00A527F2" w:rsidRPr="00FE182F" w:rsidRDefault="00A527F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0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9EFE347" w14:textId="77777777" w:rsidR="00A527F2" w:rsidRPr="00FE182F" w:rsidRDefault="00A527F2">
            <w:pPr>
              <w:rPr>
                <w:rFonts w:ascii="Arial" w:hAnsi="Arial" w:cs="Arial"/>
                <w:sz w:val="22"/>
              </w:rPr>
            </w:pPr>
          </w:p>
        </w:tc>
      </w:tr>
      <w:tr w:rsidR="00A527F2" w:rsidRPr="00FE182F" w14:paraId="575D3DF4" w14:textId="77777777">
        <w:trPr>
          <w:cantSplit/>
          <w:jc w:val="center"/>
        </w:trPr>
        <w:tc>
          <w:tcPr>
            <w:tcW w:w="45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E21421A" w14:textId="77777777" w:rsidR="00A527F2" w:rsidRPr="00FE182F" w:rsidRDefault="00000000">
            <w:pPr>
              <w:rPr>
                <w:rFonts w:ascii="Arial" w:hAnsi="Arial" w:cs="Arial"/>
                <w:sz w:val="22"/>
              </w:rPr>
            </w:pPr>
            <w:r w:rsidRPr="00FE182F"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181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CF1B0E4" w14:textId="77777777" w:rsidR="00A527F2" w:rsidRPr="00FE182F" w:rsidRDefault="00A527F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87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F1C05AC" w14:textId="77777777" w:rsidR="00A527F2" w:rsidRPr="00FE182F" w:rsidRDefault="00A527F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92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1129870" w14:textId="77777777" w:rsidR="00A527F2" w:rsidRPr="00FE182F" w:rsidRDefault="00A527F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38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16ECB64" w14:textId="77777777" w:rsidR="00A527F2" w:rsidRPr="00FE182F" w:rsidRDefault="00A527F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0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27D98D6" w14:textId="77777777" w:rsidR="00A527F2" w:rsidRPr="00FE182F" w:rsidRDefault="00A527F2">
            <w:pPr>
              <w:rPr>
                <w:rFonts w:ascii="Arial" w:hAnsi="Arial" w:cs="Arial"/>
                <w:sz w:val="22"/>
              </w:rPr>
            </w:pPr>
          </w:p>
        </w:tc>
      </w:tr>
    </w:tbl>
    <w:p w14:paraId="2F1EAF5B" w14:textId="77777777" w:rsidR="00A527F2" w:rsidRDefault="00A527F2">
      <w:pPr>
        <w:spacing w:after="0"/>
        <w:rPr>
          <w:rFonts w:ascii="Arial" w:hAnsi="Arial" w:cs="Arial"/>
          <w:sz w:val="22"/>
        </w:rPr>
      </w:pPr>
    </w:p>
    <w:p w14:paraId="0F0EA680" w14:textId="40163393" w:rsidR="00C377F0" w:rsidRDefault="0002091C" w:rsidP="00C377F0">
      <w:pPr>
        <w:spacing w:after="0"/>
        <w:rPr>
          <w:rFonts w:ascii="Arial" w:hAnsi="Arial" w:cs="Arial"/>
          <w:b/>
          <w:bCs/>
          <w:sz w:val="22"/>
        </w:rPr>
      </w:pPr>
      <w:proofErr w:type="spellStart"/>
      <w:r w:rsidRPr="00C377F0">
        <w:rPr>
          <w:rFonts w:ascii="Arial" w:hAnsi="Arial" w:cs="Arial"/>
          <w:b/>
          <w:bCs/>
          <w:sz w:val="22"/>
        </w:rPr>
        <w:t>Dokumenty</w:t>
      </w:r>
      <w:proofErr w:type="spellEnd"/>
      <w:r w:rsidRPr="00C377F0">
        <w:rPr>
          <w:rFonts w:ascii="Arial" w:hAnsi="Arial" w:cs="Arial"/>
          <w:b/>
          <w:bCs/>
          <w:sz w:val="22"/>
        </w:rPr>
        <w:t xml:space="preserve"> </w:t>
      </w:r>
      <w:proofErr w:type="spellStart"/>
      <w:r w:rsidR="00C377F0" w:rsidRPr="00C377F0">
        <w:rPr>
          <w:rFonts w:ascii="Arial" w:hAnsi="Arial" w:cs="Arial"/>
          <w:b/>
          <w:bCs/>
          <w:sz w:val="22"/>
        </w:rPr>
        <w:t>potwierdzające</w:t>
      </w:r>
      <w:proofErr w:type="spellEnd"/>
      <w:r w:rsidR="00C377F0" w:rsidRPr="00C377F0">
        <w:rPr>
          <w:rFonts w:ascii="Arial" w:hAnsi="Arial" w:cs="Arial"/>
          <w:b/>
          <w:bCs/>
          <w:sz w:val="22"/>
        </w:rPr>
        <w:t xml:space="preserve"> </w:t>
      </w:r>
      <w:proofErr w:type="spellStart"/>
      <w:r w:rsidR="00C377F0" w:rsidRPr="00C377F0">
        <w:rPr>
          <w:rFonts w:ascii="Arial" w:hAnsi="Arial" w:cs="Arial"/>
          <w:b/>
          <w:bCs/>
          <w:sz w:val="22"/>
        </w:rPr>
        <w:t>kwalifikacje</w:t>
      </w:r>
      <w:proofErr w:type="spellEnd"/>
      <w:r w:rsidR="00C377F0" w:rsidRPr="00C377F0">
        <w:rPr>
          <w:rFonts w:ascii="Arial" w:hAnsi="Arial" w:cs="Arial"/>
          <w:b/>
          <w:bCs/>
          <w:sz w:val="22"/>
        </w:rPr>
        <w:t xml:space="preserve"> </w:t>
      </w:r>
    </w:p>
    <w:p w14:paraId="6365A4EA" w14:textId="77777777" w:rsidR="00C377F0" w:rsidRPr="00C377F0" w:rsidRDefault="00C377F0" w:rsidP="00C377F0">
      <w:pPr>
        <w:spacing w:after="0"/>
        <w:rPr>
          <w:rFonts w:ascii="Arial" w:hAnsi="Arial" w:cs="Arial"/>
          <w:b/>
          <w:bCs/>
          <w:sz w:val="22"/>
        </w:rPr>
      </w:pPr>
    </w:p>
    <w:p w14:paraId="15CF06C7" w14:textId="7BC6A757" w:rsidR="00A527F2" w:rsidRPr="00FE182F" w:rsidRDefault="00000000">
      <w:pPr>
        <w:rPr>
          <w:rFonts w:ascii="Arial" w:hAnsi="Arial" w:cs="Arial"/>
          <w:sz w:val="22"/>
        </w:rPr>
      </w:pPr>
      <w:r w:rsidRPr="00FE182F">
        <w:rPr>
          <w:rFonts w:ascii="Arial" w:hAnsi="Arial" w:cs="Arial"/>
          <w:sz w:val="22"/>
        </w:rPr>
        <w:t xml:space="preserve">Do </w:t>
      </w:r>
      <w:proofErr w:type="spellStart"/>
      <w:r w:rsidRPr="00FE182F">
        <w:rPr>
          <w:rFonts w:ascii="Arial" w:hAnsi="Arial" w:cs="Arial"/>
          <w:sz w:val="22"/>
        </w:rPr>
        <w:t>oferty</w:t>
      </w:r>
      <w:proofErr w:type="spellEnd"/>
      <w:r w:rsidRPr="00FE182F">
        <w:rPr>
          <w:rFonts w:ascii="Arial" w:hAnsi="Arial" w:cs="Arial"/>
          <w:sz w:val="22"/>
        </w:rPr>
        <w:t xml:space="preserve"> </w:t>
      </w:r>
      <w:proofErr w:type="spellStart"/>
      <w:r w:rsidRPr="00FE182F">
        <w:rPr>
          <w:rFonts w:ascii="Arial" w:hAnsi="Arial" w:cs="Arial"/>
          <w:sz w:val="22"/>
        </w:rPr>
        <w:t>załączono</w:t>
      </w:r>
      <w:proofErr w:type="spellEnd"/>
      <w:r w:rsidRPr="00FE182F">
        <w:rPr>
          <w:rFonts w:ascii="Arial" w:hAnsi="Arial" w:cs="Arial"/>
          <w:sz w:val="22"/>
        </w:rPr>
        <w:t xml:space="preserve"> </w:t>
      </w:r>
      <w:proofErr w:type="spellStart"/>
      <w:r w:rsidRPr="00FE182F">
        <w:rPr>
          <w:rFonts w:ascii="Arial" w:hAnsi="Arial" w:cs="Arial"/>
          <w:sz w:val="22"/>
        </w:rPr>
        <w:t>kopie</w:t>
      </w:r>
      <w:proofErr w:type="spellEnd"/>
      <w:r w:rsidRPr="00FE182F">
        <w:rPr>
          <w:rFonts w:ascii="Arial" w:hAnsi="Arial" w:cs="Arial"/>
          <w:sz w:val="22"/>
        </w:rPr>
        <w:t xml:space="preserve"> </w:t>
      </w:r>
      <w:proofErr w:type="spellStart"/>
      <w:r w:rsidRPr="00FE182F">
        <w:rPr>
          <w:rFonts w:ascii="Arial" w:hAnsi="Arial" w:cs="Arial"/>
          <w:sz w:val="22"/>
        </w:rPr>
        <w:t>właściwych</w:t>
      </w:r>
      <w:proofErr w:type="spellEnd"/>
      <w:r w:rsidRPr="00FE182F">
        <w:rPr>
          <w:rFonts w:ascii="Arial" w:hAnsi="Arial" w:cs="Arial"/>
          <w:sz w:val="22"/>
        </w:rPr>
        <w:t xml:space="preserve"> </w:t>
      </w:r>
      <w:proofErr w:type="spellStart"/>
      <w:r w:rsidRPr="00FE182F">
        <w:rPr>
          <w:rFonts w:ascii="Arial" w:hAnsi="Arial" w:cs="Arial"/>
          <w:sz w:val="22"/>
        </w:rPr>
        <w:t>dokumentów</w:t>
      </w:r>
      <w:proofErr w:type="spellEnd"/>
      <w:r w:rsidRPr="00FE182F">
        <w:rPr>
          <w:rFonts w:ascii="Arial" w:hAnsi="Arial" w:cs="Arial"/>
          <w:sz w:val="22"/>
        </w:rPr>
        <w:t xml:space="preserve">, w </w:t>
      </w:r>
      <w:proofErr w:type="spellStart"/>
      <w:r w:rsidRPr="00FE182F">
        <w:rPr>
          <w:rFonts w:ascii="Arial" w:hAnsi="Arial" w:cs="Arial"/>
          <w:sz w:val="22"/>
        </w:rPr>
        <w:t>szczególności</w:t>
      </w:r>
      <w:proofErr w:type="spellEnd"/>
      <w:r w:rsidRPr="00FE182F">
        <w:rPr>
          <w:rFonts w:ascii="Arial" w:hAnsi="Arial" w:cs="Arial"/>
          <w:sz w:val="22"/>
        </w:rPr>
        <w:t>:</w:t>
      </w:r>
    </w:p>
    <w:p w14:paraId="4243C06F" w14:textId="77777777" w:rsidR="00A527F2" w:rsidRPr="00FE182F" w:rsidRDefault="00000000">
      <w:pPr>
        <w:pStyle w:val="Listapunktowana"/>
        <w:rPr>
          <w:rFonts w:ascii="Arial" w:hAnsi="Arial" w:cs="Arial"/>
          <w:sz w:val="22"/>
        </w:rPr>
      </w:pPr>
      <w:proofErr w:type="spellStart"/>
      <w:r w:rsidRPr="00FE182F">
        <w:rPr>
          <w:rFonts w:ascii="Arial" w:hAnsi="Arial" w:cs="Arial"/>
          <w:sz w:val="22"/>
        </w:rPr>
        <w:t>dyplomów</w:t>
      </w:r>
      <w:proofErr w:type="spellEnd"/>
      <w:r w:rsidRPr="00FE182F">
        <w:rPr>
          <w:rFonts w:ascii="Arial" w:hAnsi="Arial" w:cs="Arial"/>
          <w:sz w:val="22"/>
        </w:rPr>
        <w:t xml:space="preserve"> </w:t>
      </w:r>
      <w:proofErr w:type="spellStart"/>
      <w:r w:rsidRPr="00FE182F">
        <w:rPr>
          <w:rFonts w:ascii="Arial" w:hAnsi="Arial" w:cs="Arial"/>
          <w:sz w:val="22"/>
        </w:rPr>
        <w:t>potwierdzających</w:t>
      </w:r>
      <w:proofErr w:type="spellEnd"/>
      <w:r w:rsidRPr="00FE182F">
        <w:rPr>
          <w:rFonts w:ascii="Arial" w:hAnsi="Arial" w:cs="Arial"/>
          <w:sz w:val="22"/>
        </w:rPr>
        <w:t xml:space="preserve"> </w:t>
      </w:r>
      <w:proofErr w:type="spellStart"/>
      <w:r w:rsidRPr="00FE182F">
        <w:rPr>
          <w:rFonts w:ascii="Arial" w:hAnsi="Arial" w:cs="Arial"/>
          <w:sz w:val="22"/>
        </w:rPr>
        <w:t>wykształcenie</w:t>
      </w:r>
      <w:proofErr w:type="spellEnd"/>
      <w:r w:rsidRPr="00FE182F">
        <w:rPr>
          <w:rFonts w:ascii="Arial" w:hAnsi="Arial" w:cs="Arial"/>
          <w:sz w:val="22"/>
        </w:rPr>
        <w:t>;</w:t>
      </w:r>
    </w:p>
    <w:p w14:paraId="3C3A2862" w14:textId="77777777" w:rsidR="00A527F2" w:rsidRPr="00FE182F" w:rsidRDefault="00000000">
      <w:pPr>
        <w:pStyle w:val="Listapunktowana"/>
        <w:rPr>
          <w:rFonts w:ascii="Arial" w:hAnsi="Arial" w:cs="Arial"/>
          <w:sz w:val="22"/>
        </w:rPr>
      </w:pPr>
      <w:proofErr w:type="spellStart"/>
      <w:r w:rsidRPr="00FE182F">
        <w:rPr>
          <w:rFonts w:ascii="Arial" w:hAnsi="Arial" w:cs="Arial"/>
          <w:sz w:val="22"/>
        </w:rPr>
        <w:t>certyfikatów</w:t>
      </w:r>
      <w:proofErr w:type="spellEnd"/>
      <w:r w:rsidRPr="00FE182F">
        <w:rPr>
          <w:rFonts w:ascii="Arial" w:hAnsi="Arial" w:cs="Arial"/>
          <w:sz w:val="22"/>
        </w:rPr>
        <w:t xml:space="preserve"> </w:t>
      </w:r>
      <w:proofErr w:type="spellStart"/>
      <w:r w:rsidRPr="00FE182F">
        <w:rPr>
          <w:rFonts w:ascii="Arial" w:hAnsi="Arial" w:cs="Arial"/>
          <w:sz w:val="22"/>
        </w:rPr>
        <w:t>i</w:t>
      </w:r>
      <w:proofErr w:type="spellEnd"/>
      <w:r w:rsidRPr="00FE182F">
        <w:rPr>
          <w:rFonts w:ascii="Arial" w:hAnsi="Arial" w:cs="Arial"/>
          <w:sz w:val="22"/>
        </w:rPr>
        <w:t xml:space="preserve"> </w:t>
      </w:r>
      <w:proofErr w:type="spellStart"/>
      <w:r w:rsidRPr="00FE182F">
        <w:rPr>
          <w:rFonts w:ascii="Arial" w:hAnsi="Arial" w:cs="Arial"/>
          <w:sz w:val="22"/>
        </w:rPr>
        <w:t>zaświadczeń</w:t>
      </w:r>
      <w:proofErr w:type="spellEnd"/>
      <w:r w:rsidRPr="00FE182F">
        <w:rPr>
          <w:rFonts w:ascii="Arial" w:hAnsi="Arial" w:cs="Arial"/>
          <w:sz w:val="22"/>
        </w:rPr>
        <w:t xml:space="preserve"> </w:t>
      </w:r>
      <w:proofErr w:type="spellStart"/>
      <w:r w:rsidRPr="00FE182F">
        <w:rPr>
          <w:rFonts w:ascii="Arial" w:hAnsi="Arial" w:cs="Arial"/>
          <w:sz w:val="22"/>
        </w:rPr>
        <w:t>uprawniających</w:t>
      </w:r>
      <w:proofErr w:type="spellEnd"/>
      <w:r w:rsidRPr="00FE182F">
        <w:rPr>
          <w:rFonts w:ascii="Arial" w:hAnsi="Arial" w:cs="Arial"/>
          <w:sz w:val="22"/>
        </w:rPr>
        <w:t xml:space="preserve"> do </w:t>
      </w:r>
      <w:proofErr w:type="spellStart"/>
      <w:r w:rsidRPr="00FE182F">
        <w:rPr>
          <w:rFonts w:ascii="Arial" w:hAnsi="Arial" w:cs="Arial"/>
          <w:sz w:val="22"/>
        </w:rPr>
        <w:t>realizacji</w:t>
      </w:r>
      <w:proofErr w:type="spellEnd"/>
      <w:r w:rsidRPr="00FE182F">
        <w:rPr>
          <w:rFonts w:ascii="Arial" w:hAnsi="Arial" w:cs="Arial"/>
          <w:sz w:val="22"/>
        </w:rPr>
        <w:t xml:space="preserve"> </w:t>
      </w:r>
      <w:proofErr w:type="spellStart"/>
      <w:r w:rsidRPr="00FE182F">
        <w:rPr>
          <w:rFonts w:ascii="Arial" w:hAnsi="Arial" w:cs="Arial"/>
          <w:sz w:val="22"/>
        </w:rPr>
        <w:t>programów</w:t>
      </w:r>
      <w:proofErr w:type="spellEnd"/>
      <w:r w:rsidRPr="00FE182F">
        <w:rPr>
          <w:rFonts w:ascii="Arial" w:hAnsi="Arial" w:cs="Arial"/>
          <w:sz w:val="22"/>
        </w:rPr>
        <w:t>;</w:t>
      </w:r>
    </w:p>
    <w:p w14:paraId="1E2C0B13" w14:textId="77777777" w:rsidR="00A527F2" w:rsidRPr="00FE182F" w:rsidRDefault="00000000">
      <w:pPr>
        <w:pStyle w:val="Listapunktowana"/>
        <w:rPr>
          <w:rFonts w:ascii="Arial" w:hAnsi="Arial" w:cs="Arial"/>
          <w:sz w:val="22"/>
        </w:rPr>
      </w:pPr>
      <w:proofErr w:type="spellStart"/>
      <w:r w:rsidRPr="00FE182F">
        <w:rPr>
          <w:rFonts w:ascii="Arial" w:hAnsi="Arial" w:cs="Arial"/>
          <w:sz w:val="22"/>
        </w:rPr>
        <w:t>dokumentów</w:t>
      </w:r>
      <w:proofErr w:type="spellEnd"/>
      <w:r w:rsidRPr="00FE182F">
        <w:rPr>
          <w:rFonts w:ascii="Arial" w:hAnsi="Arial" w:cs="Arial"/>
          <w:sz w:val="22"/>
        </w:rPr>
        <w:t xml:space="preserve"> </w:t>
      </w:r>
      <w:proofErr w:type="spellStart"/>
      <w:r w:rsidRPr="00FE182F">
        <w:rPr>
          <w:rFonts w:ascii="Arial" w:hAnsi="Arial" w:cs="Arial"/>
          <w:sz w:val="22"/>
        </w:rPr>
        <w:t>potwierdzających</w:t>
      </w:r>
      <w:proofErr w:type="spellEnd"/>
      <w:r w:rsidRPr="00FE182F">
        <w:rPr>
          <w:rFonts w:ascii="Arial" w:hAnsi="Arial" w:cs="Arial"/>
          <w:sz w:val="22"/>
        </w:rPr>
        <w:t xml:space="preserve"> </w:t>
      </w:r>
      <w:proofErr w:type="spellStart"/>
      <w:r w:rsidRPr="00FE182F">
        <w:rPr>
          <w:rFonts w:ascii="Arial" w:hAnsi="Arial" w:cs="Arial"/>
          <w:sz w:val="22"/>
        </w:rPr>
        <w:t>ukończenie</w:t>
      </w:r>
      <w:proofErr w:type="spellEnd"/>
      <w:r w:rsidRPr="00FE182F">
        <w:rPr>
          <w:rFonts w:ascii="Arial" w:hAnsi="Arial" w:cs="Arial"/>
          <w:sz w:val="22"/>
        </w:rPr>
        <w:t xml:space="preserve"> </w:t>
      </w:r>
      <w:proofErr w:type="spellStart"/>
      <w:r w:rsidRPr="00FE182F">
        <w:rPr>
          <w:rFonts w:ascii="Arial" w:hAnsi="Arial" w:cs="Arial"/>
          <w:sz w:val="22"/>
        </w:rPr>
        <w:t>wymaganych</w:t>
      </w:r>
      <w:proofErr w:type="spellEnd"/>
      <w:r w:rsidRPr="00FE182F">
        <w:rPr>
          <w:rFonts w:ascii="Arial" w:hAnsi="Arial" w:cs="Arial"/>
          <w:sz w:val="22"/>
        </w:rPr>
        <w:t xml:space="preserve"> </w:t>
      </w:r>
      <w:proofErr w:type="spellStart"/>
      <w:r w:rsidRPr="00FE182F">
        <w:rPr>
          <w:rFonts w:ascii="Arial" w:hAnsi="Arial" w:cs="Arial"/>
          <w:sz w:val="22"/>
        </w:rPr>
        <w:t>szkoleń</w:t>
      </w:r>
      <w:proofErr w:type="spellEnd"/>
      <w:r w:rsidRPr="00FE182F">
        <w:rPr>
          <w:rFonts w:ascii="Arial" w:hAnsi="Arial" w:cs="Arial"/>
          <w:sz w:val="22"/>
        </w:rPr>
        <w:t>;</w:t>
      </w:r>
    </w:p>
    <w:p w14:paraId="1AB198B8" w14:textId="77777777" w:rsidR="00A527F2" w:rsidRPr="00FE182F" w:rsidRDefault="00000000">
      <w:pPr>
        <w:pStyle w:val="Listapunktowana"/>
        <w:rPr>
          <w:rFonts w:ascii="Arial" w:hAnsi="Arial" w:cs="Arial"/>
          <w:sz w:val="22"/>
        </w:rPr>
      </w:pPr>
      <w:proofErr w:type="spellStart"/>
      <w:r w:rsidRPr="00FE182F">
        <w:rPr>
          <w:rFonts w:ascii="Arial" w:hAnsi="Arial" w:cs="Arial"/>
          <w:sz w:val="22"/>
        </w:rPr>
        <w:t>innych</w:t>
      </w:r>
      <w:proofErr w:type="spellEnd"/>
      <w:r w:rsidRPr="00FE182F">
        <w:rPr>
          <w:rFonts w:ascii="Arial" w:hAnsi="Arial" w:cs="Arial"/>
          <w:sz w:val="22"/>
        </w:rPr>
        <w:t xml:space="preserve"> </w:t>
      </w:r>
      <w:proofErr w:type="spellStart"/>
      <w:r w:rsidRPr="00FE182F">
        <w:rPr>
          <w:rFonts w:ascii="Arial" w:hAnsi="Arial" w:cs="Arial"/>
          <w:sz w:val="22"/>
        </w:rPr>
        <w:t>dokumentów</w:t>
      </w:r>
      <w:proofErr w:type="spellEnd"/>
      <w:r w:rsidRPr="00FE182F">
        <w:rPr>
          <w:rFonts w:ascii="Arial" w:hAnsi="Arial" w:cs="Arial"/>
          <w:sz w:val="22"/>
        </w:rPr>
        <w:t xml:space="preserve"> </w:t>
      </w:r>
      <w:proofErr w:type="spellStart"/>
      <w:r w:rsidRPr="00FE182F">
        <w:rPr>
          <w:rFonts w:ascii="Arial" w:hAnsi="Arial" w:cs="Arial"/>
          <w:sz w:val="22"/>
        </w:rPr>
        <w:t>potwierdzających</w:t>
      </w:r>
      <w:proofErr w:type="spellEnd"/>
      <w:r w:rsidRPr="00FE182F">
        <w:rPr>
          <w:rFonts w:ascii="Arial" w:hAnsi="Arial" w:cs="Arial"/>
          <w:sz w:val="22"/>
        </w:rPr>
        <w:t xml:space="preserve"> </w:t>
      </w:r>
      <w:proofErr w:type="spellStart"/>
      <w:r w:rsidRPr="00FE182F">
        <w:rPr>
          <w:rFonts w:ascii="Arial" w:hAnsi="Arial" w:cs="Arial"/>
          <w:sz w:val="22"/>
        </w:rPr>
        <w:t>doświadczenie</w:t>
      </w:r>
      <w:proofErr w:type="spellEnd"/>
      <w:r w:rsidRPr="00FE182F">
        <w:rPr>
          <w:rFonts w:ascii="Arial" w:hAnsi="Arial" w:cs="Arial"/>
          <w:sz w:val="22"/>
        </w:rPr>
        <w:t xml:space="preserve"> </w:t>
      </w:r>
      <w:proofErr w:type="spellStart"/>
      <w:r w:rsidRPr="00FE182F">
        <w:rPr>
          <w:rFonts w:ascii="Arial" w:hAnsi="Arial" w:cs="Arial"/>
          <w:sz w:val="22"/>
        </w:rPr>
        <w:t>i</w:t>
      </w:r>
      <w:proofErr w:type="spellEnd"/>
      <w:r w:rsidRPr="00FE182F">
        <w:rPr>
          <w:rFonts w:ascii="Arial" w:hAnsi="Arial" w:cs="Arial"/>
          <w:sz w:val="22"/>
        </w:rPr>
        <w:t xml:space="preserve"> </w:t>
      </w:r>
      <w:proofErr w:type="spellStart"/>
      <w:r w:rsidRPr="00FE182F">
        <w:rPr>
          <w:rFonts w:ascii="Arial" w:hAnsi="Arial" w:cs="Arial"/>
          <w:sz w:val="22"/>
        </w:rPr>
        <w:t>przygotowanie</w:t>
      </w:r>
      <w:proofErr w:type="spellEnd"/>
      <w:r w:rsidRPr="00FE182F">
        <w:rPr>
          <w:rFonts w:ascii="Arial" w:hAnsi="Arial" w:cs="Arial"/>
          <w:sz w:val="22"/>
        </w:rPr>
        <w:t xml:space="preserve"> </w:t>
      </w:r>
      <w:proofErr w:type="spellStart"/>
      <w:r w:rsidRPr="00FE182F">
        <w:rPr>
          <w:rFonts w:ascii="Arial" w:hAnsi="Arial" w:cs="Arial"/>
          <w:sz w:val="22"/>
        </w:rPr>
        <w:t>realizatorów</w:t>
      </w:r>
      <w:proofErr w:type="spellEnd"/>
      <w:r w:rsidRPr="00FE182F">
        <w:rPr>
          <w:rFonts w:ascii="Arial" w:hAnsi="Arial" w:cs="Arial"/>
          <w:sz w:val="22"/>
        </w:rPr>
        <w:t>.</w:t>
      </w:r>
    </w:p>
    <w:p w14:paraId="2A3C82E4" w14:textId="77777777" w:rsidR="00A527F2" w:rsidRPr="00FE182F" w:rsidRDefault="00000000" w:rsidP="008E24F1">
      <w:pPr>
        <w:jc w:val="both"/>
        <w:rPr>
          <w:rFonts w:ascii="Arial" w:hAnsi="Arial" w:cs="Arial"/>
          <w:sz w:val="22"/>
        </w:rPr>
      </w:pPr>
      <w:proofErr w:type="spellStart"/>
      <w:r w:rsidRPr="00FE182F">
        <w:rPr>
          <w:rFonts w:ascii="Arial" w:hAnsi="Arial" w:cs="Arial"/>
          <w:sz w:val="22"/>
        </w:rPr>
        <w:lastRenderedPageBreak/>
        <w:t>Kopie</w:t>
      </w:r>
      <w:proofErr w:type="spellEnd"/>
      <w:r w:rsidRPr="00FE182F">
        <w:rPr>
          <w:rFonts w:ascii="Arial" w:hAnsi="Arial" w:cs="Arial"/>
          <w:sz w:val="22"/>
        </w:rPr>
        <w:t xml:space="preserve"> </w:t>
      </w:r>
      <w:proofErr w:type="spellStart"/>
      <w:r w:rsidRPr="00FE182F">
        <w:rPr>
          <w:rFonts w:ascii="Arial" w:hAnsi="Arial" w:cs="Arial"/>
          <w:sz w:val="22"/>
        </w:rPr>
        <w:t>dokumentów</w:t>
      </w:r>
      <w:proofErr w:type="spellEnd"/>
      <w:r w:rsidRPr="00FE182F">
        <w:rPr>
          <w:rFonts w:ascii="Arial" w:hAnsi="Arial" w:cs="Arial"/>
          <w:sz w:val="22"/>
        </w:rPr>
        <w:t xml:space="preserve"> </w:t>
      </w:r>
      <w:proofErr w:type="spellStart"/>
      <w:r w:rsidRPr="00FE182F">
        <w:rPr>
          <w:rFonts w:ascii="Arial" w:hAnsi="Arial" w:cs="Arial"/>
          <w:sz w:val="22"/>
        </w:rPr>
        <w:t>zostały</w:t>
      </w:r>
      <w:proofErr w:type="spellEnd"/>
      <w:r w:rsidRPr="00FE182F">
        <w:rPr>
          <w:rFonts w:ascii="Arial" w:hAnsi="Arial" w:cs="Arial"/>
          <w:sz w:val="22"/>
        </w:rPr>
        <w:t xml:space="preserve"> </w:t>
      </w:r>
      <w:proofErr w:type="spellStart"/>
      <w:r w:rsidRPr="00FE182F">
        <w:rPr>
          <w:rFonts w:ascii="Arial" w:hAnsi="Arial" w:cs="Arial"/>
          <w:sz w:val="22"/>
        </w:rPr>
        <w:t>potwierdzone</w:t>
      </w:r>
      <w:proofErr w:type="spellEnd"/>
      <w:r w:rsidRPr="00FE182F">
        <w:rPr>
          <w:rFonts w:ascii="Arial" w:hAnsi="Arial" w:cs="Arial"/>
          <w:sz w:val="22"/>
        </w:rPr>
        <w:t xml:space="preserve"> za </w:t>
      </w:r>
      <w:proofErr w:type="spellStart"/>
      <w:r w:rsidRPr="00FE182F">
        <w:rPr>
          <w:rFonts w:ascii="Arial" w:hAnsi="Arial" w:cs="Arial"/>
          <w:sz w:val="22"/>
        </w:rPr>
        <w:t>zgodność</w:t>
      </w:r>
      <w:proofErr w:type="spellEnd"/>
      <w:r w:rsidRPr="00FE182F">
        <w:rPr>
          <w:rFonts w:ascii="Arial" w:hAnsi="Arial" w:cs="Arial"/>
          <w:sz w:val="22"/>
        </w:rPr>
        <w:t xml:space="preserve"> z </w:t>
      </w:r>
      <w:proofErr w:type="spellStart"/>
      <w:r w:rsidRPr="00FE182F">
        <w:rPr>
          <w:rFonts w:ascii="Arial" w:hAnsi="Arial" w:cs="Arial"/>
          <w:sz w:val="22"/>
        </w:rPr>
        <w:t>oryginałem</w:t>
      </w:r>
      <w:proofErr w:type="spellEnd"/>
      <w:r w:rsidRPr="00FE182F">
        <w:rPr>
          <w:rFonts w:ascii="Arial" w:hAnsi="Arial" w:cs="Arial"/>
          <w:sz w:val="22"/>
        </w:rPr>
        <w:t xml:space="preserve"> </w:t>
      </w:r>
      <w:proofErr w:type="spellStart"/>
      <w:r w:rsidRPr="00FE182F">
        <w:rPr>
          <w:rFonts w:ascii="Arial" w:hAnsi="Arial" w:cs="Arial"/>
          <w:sz w:val="22"/>
        </w:rPr>
        <w:t>przez</w:t>
      </w:r>
      <w:proofErr w:type="spellEnd"/>
      <w:r w:rsidRPr="00FE182F">
        <w:rPr>
          <w:rFonts w:ascii="Arial" w:hAnsi="Arial" w:cs="Arial"/>
          <w:sz w:val="22"/>
        </w:rPr>
        <w:t xml:space="preserve"> </w:t>
      </w:r>
      <w:proofErr w:type="spellStart"/>
      <w:r w:rsidRPr="00FE182F">
        <w:rPr>
          <w:rFonts w:ascii="Arial" w:hAnsi="Arial" w:cs="Arial"/>
          <w:sz w:val="22"/>
        </w:rPr>
        <w:t>osobę</w:t>
      </w:r>
      <w:proofErr w:type="spellEnd"/>
      <w:r w:rsidRPr="00FE182F">
        <w:rPr>
          <w:rFonts w:ascii="Arial" w:hAnsi="Arial" w:cs="Arial"/>
          <w:sz w:val="22"/>
        </w:rPr>
        <w:t xml:space="preserve"> </w:t>
      </w:r>
      <w:proofErr w:type="spellStart"/>
      <w:r w:rsidRPr="00FE182F">
        <w:rPr>
          <w:rFonts w:ascii="Arial" w:hAnsi="Arial" w:cs="Arial"/>
          <w:sz w:val="22"/>
        </w:rPr>
        <w:t>uprawnioną</w:t>
      </w:r>
      <w:proofErr w:type="spellEnd"/>
      <w:r w:rsidRPr="00FE182F">
        <w:rPr>
          <w:rFonts w:ascii="Arial" w:hAnsi="Arial" w:cs="Arial"/>
          <w:sz w:val="22"/>
        </w:rPr>
        <w:t xml:space="preserve"> do </w:t>
      </w:r>
      <w:proofErr w:type="spellStart"/>
      <w:r w:rsidRPr="00FE182F">
        <w:rPr>
          <w:rFonts w:ascii="Arial" w:hAnsi="Arial" w:cs="Arial"/>
          <w:sz w:val="22"/>
        </w:rPr>
        <w:t>reprezentowania</w:t>
      </w:r>
      <w:proofErr w:type="spellEnd"/>
      <w:r w:rsidRPr="00FE182F">
        <w:rPr>
          <w:rFonts w:ascii="Arial" w:hAnsi="Arial" w:cs="Arial"/>
          <w:sz w:val="22"/>
        </w:rPr>
        <w:t xml:space="preserve"> </w:t>
      </w:r>
      <w:proofErr w:type="spellStart"/>
      <w:r w:rsidRPr="00FE182F">
        <w:rPr>
          <w:rFonts w:ascii="Arial" w:hAnsi="Arial" w:cs="Arial"/>
          <w:sz w:val="22"/>
        </w:rPr>
        <w:t>Oferenta</w:t>
      </w:r>
      <w:proofErr w:type="spellEnd"/>
      <w:r w:rsidRPr="00FE182F">
        <w:rPr>
          <w:rFonts w:ascii="Arial" w:hAnsi="Arial" w:cs="Arial"/>
          <w:sz w:val="22"/>
        </w:rPr>
        <w:t>.</w:t>
      </w:r>
    </w:p>
    <w:p w14:paraId="6E763992" w14:textId="77777777" w:rsidR="00A527F2" w:rsidRPr="00FE182F" w:rsidRDefault="00000000" w:rsidP="008E24F1">
      <w:pPr>
        <w:jc w:val="both"/>
        <w:rPr>
          <w:rFonts w:ascii="Arial" w:hAnsi="Arial" w:cs="Arial"/>
          <w:sz w:val="22"/>
        </w:rPr>
      </w:pPr>
      <w:proofErr w:type="spellStart"/>
      <w:r w:rsidRPr="00FE182F">
        <w:rPr>
          <w:rFonts w:ascii="Arial" w:hAnsi="Arial" w:cs="Arial"/>
          <w:sz w:val="22"/>
        </w:rPr>
        <w:t>Oświadczam</w:t>
      </w:r>
      <w:proofErr w:type="spellEnd"/>
      <w:r w:rsidRPr="00FE182F">
        <w:rPr>
          <w:rFonts w:ascii="Arial" w:hAnsi="Arial" w:cs="Arial"/>
          <w:sz w:val="22"/>
        </w:rPr>
        <w:t xml:space="preserve">/y, </w:t>
      </w:r>
      <w:proofErr w:type="spellStart"/>
      <w:r w:rsidRPr="00FE182F">
        <w:rPr>
          <w:rFonts w:ascii="Arial" w:hAnsi="Arial" w:cs="Arial"/>
          <w:sz w:val="22"/>
        </w:rPr>
        <w:t>że</w:t>
      </w:r>
      <w:proofErr w:type="spellEnd"/>
      <w:r w:rsidRPr="00FE182F">
        <w:rPr>
          <w:rFonts w:ascii="Arial" w:hAnsi="Arial" w:cs="Arial"/>
          <w:sz w:val="22"/>
        </w:rPr>
        <w:t xml:space="preserve"> </w:t>
      </w:r>
      <w:proofErr w:type="spellStart"/>
      <w:r w:rsidRPr="00FE182F">
        <w:rPr>
          <w:rFonts w:ascii="Arial" w:hAnsi="Arial" w:cs="Arial"/>
          <w:sz w:val="22"/>
        </w:rPr>
        <w:t>informacje</w:t>
      </w:r>
      <w:proofErr w:type="spellEnd"/>
      <w:r w:rsidRPr="00FE182F">
        <w:rPr>
          <w:rFonts w:ascii="Arial" w:hAnsi="Arial" w:cs="Arial"/>
          <w:sz w:val="22"/>
        </w:rPr>
        <w:t xml:space="preserve"> </w:t>
      </w:r>
      <w:proofErr w:type="spellStart"/>
      <w:r w:rsidRPr="00FE182F">
        <w:rPr>
          <w:rFonts w:ascii="Arial" w:hAnsi="Arial" w:cs="Arial"/>
          <w:sz w:val="22"/>
        </w:rPr>
        <w:t>podane</w:t>
      </w:r>
      <w:proofErr w:type="spellEnd"/>
      <w:r w:rsidRPr="00FE182F">
        <w:rPr>
          <w:rFonts w:ascii="Arial" w:hAnsi="Arial" w:cs="Arial"/>
          <w:sz w:val="22"/>
        </w:rPr>
        <w:t xml:space="preserve"> w </w:t>
      </w:r>
      <w:proofErr w:type="spellStart"/>
      <w:r w:rsidRPr="00FE182F">
        <w:rPr>
          <w:rFonts w:ascii="Arial" w:hAnsi="Arial" w:cs="Arial"/>
          <w:sz w:val="22"/>
        </w:rPr>
        <w:t>niniejszym</w:t>
      </w:r>
      <w:proofErr w:type="spellEnd"/>
      <w:r w:rsidRPr="00FE182F">
        <w:rPr>
          <w:rFonts w:ascii="Arial" w:hAnsi="Arial" w:cs="Arial"/>
          <w:sz w:val="22"/>
        </w:rPr>
        <w:t xml:space="preserve"> </w:t>
      </w:r>
      <w:proofErr w:type="spellStart"/>
      <w:r w:rsidRPr="00FE182F">
        <w:rPr>
          <w:rFonts w:ascii="Arial" w:hAnsi="Arial" w:cs="Arial"/>
          <w:sz w:val="22"/>
        </w:rPr>
        <w:t>oświadczeniu</w:t>
      </w:r>
      <w:proofErr w:type="spellEnd"/>
      <w:r w:rsidRPr="00FE182F">
        <w:rPr>
          <w:rFonts w:ascii="Arial" w:hAnsi="Arial" w:cs="Arial"/>
          <w:sz w:val="22"/>
        </w:rPr>
        <w:t xml:space="preserve"> </w:t>
      </w:r>
      <w:proofErr w:type="spellStart"/>
      <w:r w:rsidRPr="00FE182F">
        <w:rPr>
          <w:rFonts w:ascii="Arial" w:hAnsi="Arial" w:cs="Arial"/>
          <w:sz w:val="22"/>
        </w:rPr>
        <w:t>są</w:t>
      </w:r>
      <w:proofErr w:type="spellEnd"/>
      <w:r w:rsidRPr="00FE182F">
        <w:rPr>
          <w:rFonts w:ascii="Arial" w:hAnsi="Arial" w:cs="Arial"/>
          <w:sz w:val="22"/>
        </w:rPr>
        <w:t xml:space="preserve"> </w:t>
      </w:r>
      <w:proofErr w:type="spellStart"/>
      <w:r w:rsidRPr="00FE182F">
        <w:rPr>
          <w:rFonts w:ascii="Arial" w:hAnsi="Arial" w:cs="Arial"/>
          <w:sz w:val="22"/>
        </w:rPr>
        <w:t>zgodne</w:t>
      </w:r>
      <w:proofErr w:type="spellEnd"/>
      <w:r w:rsidRPr="00FE182F">
        <w:rPr>
          <w:rFonts w:ascii="Arial" w:hAnsi="Arial" w:cs="Arial"/>
          <w:sz w:val="22"/>
        </w:rPr>
        <w:t xml:space="preserve"> ze </w:t>
      </w:r>
      <w:proofErr w:type="spellStart"/>
      <w:r w:rsidRPr="00FE182F">
        <w:rPr>
          <w:rFonts w:ascii="Arial" w:hAnsi="Arial" w:cs="Arial"/>
          <w:sz w:val="22"/>
        </w:rPr>
        <w:t>stanem</w:t>
      </w:r>
      <w:proofErr w:type="spellEnd"/>
      <w:r w:rsidRPr="00FE182F">
        <w:rPr>
          <w:rFonts w:ascii="Arial" w:hAnsi="Arial" w:cs="Arial"/>
          <w:sz w:val="22"/>
        </w:rPr>
        <w:t xml:space="preserve"> </w:t>
      </w:r>
      <w:proofErr w:type="spellStart"/>
      <w:r w:rsidRPr="00FE182F">
        <w:rPr>
          <w:rFonts w:ascii="Arial" w:hAnsi="Arial" w:cs="Arial"/>
          <w:sz w:val="22"/>
        </w:rPr>
        <w:t>faktycznym</w:t>
      </w:r>
      <w:proofErr w:type="spellEnd"/>
      <w:r w:rsidRPr="00FE182F">
        <w:rPr>
          <w:rFonts w:ascii="Arial" w:hAnsi="Arial" w:cs="Arial"/>
          <w:sz w:val="22"/>
        </w:rPr>
        <w:t xml:space="preserve"> </w:t>
      </w:r>
      <w:proofErr w:type="spellStart"/>
      <w:r w:rsidRPr="00FE182F">
        <w:rPr>
          <w:rFonts w:ascii="Arial" w:hAnsi="Arial" w:cs="Arial"/>
          <w:sz w:val="22"/>
        </w:rPr>
        <w:t>oraz</w:t>
      </w:r>
      <w:proofErr w:type="spellEnd"/>
      <w:r w:rsidRPr="00FE182F">
        <w:rPr>
          <w:rFonts w:ascii="Arial" w:hAnsi="Arial" w:cs="Arial"/>
          <w:sz w:val="22"/>
        </w:rPr>
        <w:t xml:space="preserve"> </w:t>
      </w:r>
      <w:proofErr w:type="spellStart"/>
      <w:r w:rsidRPr="00FE182F">
        <w:rPr>
          <w:rFonts w:ascii="Arial" w:hAnsi="Arial" w:cs="Arial"/>
          <w:sz w:val="22"/>
        </w:rPr>
        <w:t>że</w:t>
      </w:r>
      <w:proofErr w:type="spellEnd"/>
      <w:r w:rsidRPr="00FE182F">
        <w:rPr>
          <w:rFonts w:ascii="Arial" w:hAnsi="Arial" w:cs="Arial"/>
          <w:sz w:val="22"/>
        </w:rPr>
        <w:t xml:space="preserve"> </w:t>
      </w:r>
      <w:proofErr w:type="spellStart"/>
      <w:r w:rsidRPr="00FE182F">
        <w:rPr>
          <w:rFonts w:ascii="Arial" w:hAnsi="Arial" w:cs="Arial"/>
          <w:sz w:val="22"/>
        </w:rPr>
        <w:t>jesteśmy</w:t>
      </w:r>
      <w:proofErr w:type="spellEnd"/>
      <w:r w:rsidRPr="00FE182F">
        <w:rPr>
          <w:rFonts w:ascii="Arial" w:hAnsi="Arial" w:cs="Arial"/>
          <w:sz w:val="22"/>
        </w:rPr>
        <w:t xml:space="preserve"> </w:t>
      </w:r>
      <w:proofErr w:type="spellStart"/>
      <w:r w:rsidRPr="00FE182F">
        <w:rPr>
          <w:rFonts w:ascii="Arial" w:hAnsi="Arial" w:cs="Arial"/>
          <w:sz w:val="22"/>
        </w:rPr>
        <w:t>świadomi</w:t>
      </w:r>
      <w:proofErr w:type="spellEnd"/>
      <w:r w:rsidRPr="00FE182F">
        <w:rPr>
          <w:rFonts w:ascii="Arial" w:hAnsi="Arial" w:cs="Arial"/>
          <w:sz w:val="22"/>
        </w:rPr>
        <w:t xml:space="preserve"> </w:t>
      </w:r>
      <w:proofErr w:type="spellStart"/>
      <w:r w:rsidRPr="00FE182F">
        <w:rPr>
          <w:rFonts w:ascii="Arial" w:hAnsi="Arial" w:cs="Arial"/>
          <w:sz w:val="22"/>
        </w:rPr>
        <w:t>odpowiedzialności</w:t>
      </w:r>
      <w:proofErr w:type="spellEnd"/>
      <w:r w:rsidRPr="00FE182F">
        <w:rPr>
          <w:rFonts w:ascii="Arial" w:hAnsi="Arial" w:cs="Arial"/>
          <w:sz w:val="22"/>
        </w:rPr>
        <w:t xml:space="preserve"> za </w:t>
      </w:r>
      <w:proofErr w:type="spellStart"/>
      <w:r w:rsidRPr="00FE182F">
        <w:rPr>
          <w:rFonts w:ascii="Arial" w:hAnsi="Arial" w:cs="Arial"/>
          <w:sz w:val="22"/>
        </w:rPr>
        <w:t>złożenie</w:t>
      </w:r>
      <w:proofErr w:type="spellEnd"/>
      <w:r w:rsidRPr="00FE182F">
        <w:rPr>
          <w:rFonts w:ascii="Arial" w:hAnsi="Arial" w:cs="Arial"/>
          <w:sz w:val="22"/>
        </w:rPr>
        <w:t xml:space="preserve"> </w:t>
      </w:r>
      <w:proofErr w:type="spellStart"/>
      <w:r w:rsidRPr="00FE182F">
        <w:rPr>
          <w:rFonts w:ascii="Arial" w:hAnsi="Arial" w:cs="Arial"/>
          <w:sz w:val="22"/>
        </w:rPr>
        <w:t>nieprawdziwego</w:t>
      </w:r>
      <w:proofErr w:type="spellEnd"/>
      <w:r w:rsidRPr="00FE182F">
        <w:rPr>
          <w:rFonts w:ascii="Arial" w:hAnsi="Arial" w:cs="Arial"/>
          <w:sz w:val="22"/>
        </w:rPr>
        <w:t xml:space="preserve"> </w:t>
      </w:r>
      <w:proofErr w:type="spellStart"/>
      <w:r w:rsidRPr="00FE182F">
        <w:rPr>
          <w:rFonts w:ascii="Arial" w:hAnsi="Arial" w:cs="Arial"/>
          <w:sz w:val="22"/>
        </w:rPr>
        <w:t>oświadczenia</w:t>
      </w:r>
      <w:proofErr w:type="spellEnd"/>
      <w:r w:rsidRPr="00FE182F">
        <w:rPr>
          <w:rFonts w:ascii="Arial" w:hAnsi="Arial" w:cs="Arial"/>
          <w:sz w:val="22"/>
        </w:rPr>
        <w:t>.</w:t>
      </w:r>
    </w:p>
    <w:p w14:paraId="239FF3B1" w14:textId="77777777" w:rsidR="007B64C4" w:rsidRDefault="007B64C4" w:rsidP="007B64C4">
      <w:pPr>
        <w:spacing w:after="40"/>
        <w:rPr>
          <w:rFonts w:ascii="Arial" w:hAnsi="Arial" w:cs="Arial"/>
          <w:b/>
          <w:sz w:val="22"/>
        </w:rPr>
      </w:pPr>
    </w:p>
    <w:p w14:paraId="6F8A718D" w14:textId="77777777" w:rsidR="008E24F1" w:rsidRDefault="008E24F1" w:rsidP="007B64C4">
      <w:pPr>
        <w:spacing w:after="40"/>
        <w:rPr>
          <w:rFonts w:ascii="Arial" w:hAnsi="Arial" w:cs="Arial"/>
          <w:b/>
          <w:sz w:val="22"/>
        </w:rPr>
      </w:pPr>
    </w:p>
    <w:p w14:paraId="281955BE" w14:textId="77777777" w:rsidR="007B64C4" w:rsidRDefault="007B64C4" w:rsidP="007B64C4">
      <w:pPr>
        <w:spacing w:after="40"/>
        <w:rPr>
          <w:rFonts w:ascii="Arial" w:hAnsi="Arial" w:cs="Arial"/>
          <w:b/>
          <w:sz w:val="22"/>
        </w:rPr>
      </w:pPr>
    </w:p>
    <w:p w14:paraId="2818C7B5" w14:textId="4A548905" w:rsidR="007B64C4" w:rsidRPr="008E24F1" w:rsidRDefault="007B64C4" w:rsidP="007B64C4">
      <w:pPr>
        <w:spacing w:after="40"/>
        <w:rPr>
          <w:rFonts w:ascii="Arial" w:hAnsi="Arial" w:cs="Arial"/>
          <w:b/>
          <w:sz w:val="22"/>
        </w:rPr>
      </w:pPr>
      <w:proofErr w:type="spellStart"/>
      <w:r w:rsidRPr="008E24F1">
        <w:rPr>
          <w:rFonts w:ascii="Arial" w:hAnsi="Arial" w:cs="Arial"/>
          <w:b/>
          <w:sz w:val="22"/>
        </w:rPr>
        <w:t>Miejscowość</w:t>
      </w:r>
      <w:proofErr w:type="spellEnd"/>
      <w:r w:rsidRPr="008E24F1">
        <w:rPr>
          <w:rFonts w:ascii="Arial" w:hAnsi="Arial" w:cs="Arial"/>
          <w:b/>
          <w:sz w:val="22"/>
        </w:rPr>
        <w:t xml:space="preserve"> </w:t>
      </w:r>
      <w:proofErr w:type="spellStart"/>
      <w:r w:rsidRPr="008E24F1">
        <w:rPr>
          <w:rFonts w:ascii="Arial" w:hAnsi="Arial" w:cs="Arial"/>
          <w:b/>
          <w:sz w:val="22"/>
        </w:rPr>
        <w:t>i</w:t>
      </w:r>
      <w:proofErr w:type="spellEnd"/>
      <w:r w:rsidRPr="008E24F1">
        <w:rPr>
          <w:rFonts w:ascii="Arial" w:hAnsi="Arial" w:cs="Arial"/>
          <w:b/>
          <w:sz w:val="22"/>
        </w:rPr>
        <w:t xml:space="preserve"> data: .................................</w:t>
      </w:r>
    </w:p>
    <w:p w14:paraId="4157F6D2" w14:textId="77777777" w:rsidR="00C377F0" w:rsidRDefault="00C377F0">
      <w:pPr>
        <w:spacing w:after="40"/>
        <w:rPr>
          <w:rFonts w:ascii="Arial" w:hAnsi="Arial" w:cs="Arial"/>
          <w:b/>
          <w:sz w:val="22"/>
        </w:rPr>
      </w:pPr>
    </w:p>
    <w:p w14:paraId="56EBD4D3" w14:textId="77777777" w:rsidR="00C377F0" w:rsidRDefault="00C377F0">
      <w:pPr>
        <w:spacing w:after="40"/>
        <w:rPr>
          <w:rFonts w:ascii="Arial" w:hAnsi="Arial" w:cs="Arial"/>
          <w:b/>
          <w:sz w:val="22"/>
        </w:rPr>
      </w:pPr>
    </w:p>
    <w:p w14:paraId="414F569E" w14:textId="26A0C3E0" w:rsidR="00C377F0" w:rsidRDefault="00000000" w:rsidP="00C377F0">
      <w:pPr>
        <w:spacing w:after="40"/>
        <w:jc w:val="right"/>
        <w:rPr>
          <w:rFonts w:ascii="Arial" w:hAnsi="Arial" w:cs="Arial"/>
          <w:b/>
          <w:sz w:val="22"/>
        </w:rPr>
      </w:pPr>
      <w:proofErr w:type="spellStart"/>
      <w:r w:rsidRPr="00FE182F">
        <w:rPr>
          <w:rFonts w:ascii="Arial" w:hAnsi="Arial" w:cs="Arial"/>
          <w:b/>
          <w:sz w:val="22"/>
        </w:rPr>
        <w:t>Podpis</w:t>
      </w:r>
      <w:proofErr w:type="spellEnd"/>
      <w:r w:rsidRPr="00FE182F">
        <w:rPr>
          <w:rFonts w:ascii="Arial" w:hAnsi="Arial" w:cs="Arial"/>
          <w:b/>
          <w:sz w:val="22"/>
        </w:rPr>
        <w:t xml:space="preserve"> </w:t>
      </w:r>
      <w:proofErr w:type="spellStart"/>
      <w:r w:rsidR="008E24F1">
        <w:rPr>
          <w:rFonts w:ascii="Arial" w:hAnsi="Arial" w:cs="Arial"/>
          <w:b/>
          <w:sz w:val="22"/>
        </w:rPr>
        <w:t>i</w:t>
      </w:r>
      <w:proofErr w:type="spellEnd"/>
      <w:r w:rsidR="008E24F1">
        <w:rPr>
          <w:rFonts w:ascii="Arial" w:hAnsi="Arial" w:cs="Arial"/>
          <w:b/>
          <w:sz w:val="22"/>
        </w:rPr>
        <w:t xml:space="preserve"> </w:t>
      </w:r>
      <w:proofErr w:type="spellStart"/>
      <w:r w:rsidR="008E24F1">
        <w:rPr>
          <w:rFonts w:ascii="Arial" w:hAnsi="Arial" w:cs="Arial"/>
          <w:b/>
          <w:sz w:val="22"/>
        </w:rPr>
        <w:t>pieczęć</w:t>
      </w:r>
      <w:proofErr w:type="spellEnd"/>
      <w:r w:rsidR="008E24F1">
        <w:rPr>
          <w:rFonts w:ascii="Arial" w:hAnsi="Arial" w:cs="Arial"/>
          <w:b/>
          <w:sz w:val="22"/>
        </w:rPr>
        <w:t xml:space="preserve"> </w:t>
      </w:r>
      <w:proofErr w:type="spellStart"/>
      <w:r w:rsidRPr="00FE182F">
        <w:rPr>
          <w:rFonts w:ascii="Arial" w:hAnsi="Arial" w:cs="Arial"/>
          <w:b/>
          <w:sz w:val="22"/>
        </w:rPr>
        <w:t>Oferenta</w:t>
      </w:r>
      <w:proofErr w:type="spellEnd"/>
    </w:p>
    <w:p w14:paraId="383CEB49" w14:textId="77777777" w:rsidR="008E24F1" w:rsidRDefault="008E24F1" w:rsidP="00C377F0">
      <w:pPr>
        <w:spacing w:after="40"/>
        <w:jc w:val="right"/>
        <w:rPr>
          <w:rFonts w:ascii="Arial" w:hAnsi="Arial" w:cs="Arial"/>
          <w:b/>
          <w:sz w:val="22"/>
        </w:rPr>
      </w:pPr>
    </w:p>
    <w:p w14:paraId="684FD9C5" w14:textId="77777777" w:rsidR="00C377F0" w:rsidRDefault="00C377F0" w:rsidP="00C377F0">
      <w:pPr>
        <w:spacing w:after="40"/>
        <w:jc w:val="right"/>
        <w:rPr>
          <w:rFonts w:ascii="Arial" w:hAnsi="Arial" w:cs="Arial"/>
          <w:b/>
          <w:sz w:val="22"/>
        </w:rPr>
      </w:pPr>
    </w:p>
    <w:p w14:paraId="2A237EE5" w14:textId="57CE78DD" w:rsidR="00A527F2" w:rsidRPr="00FE182F" w:rsidRDefault="00000000" w:rsidP="00C377F0">
      <w:pPr>
        <w:spacing w:after="40"/>
        <w:jc w:val="right"/>
        <w:rPr>
          <w:rFonts w:ascii="Arial" w:hAnsi="Arial" w:cs="Arial"/>
          <w:sz w:val="22"/>
        </w:rPr>
      </w:pPr>
      <w:r w:rsidRPr="00FE182F">
        <w:rPr>
          <w:rFonts w:ascii="Arial" w:hAnsi="Arial" w:cs="Arial"/>
          <w:sz w:val="22"/>
        </w:rPr>
        <w:t>............................................</w:t>
      </w:r>
    </w:p>
    <w:p w14:paraId="2EC7E3FF" w14:textId="316A82EA" w:rsidR="00A527F2" w:rsidRPr="00FE182F" w:rsidRDefault="00A527F2" w:rsidP="00170EF2">
      <w:pPr>
        <w:rPr>
          <w:rFonts w:ascii="Arial" w:hAnsi="Arial" w:cs="Arial"/>
          <w:sz w:val="22"/>
        </w:rPr>
      </w:pPr>
    </w:p>
    <w:sectPr w:rsidR="00A527F2" w:rsidRPr="00FE182F" w:rsidSect="00034616">
      <w:headerReference w:type="default" r:id="rId8"/>
      <w:footerReference w:type="default" r:id="rId9"/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D4D85A" w14:textId="77777777" w:rsidR="00095A20" w:rsidRDefault="00095A20">
      <w:pPr>
        <w:spacing w:after="0" w:line="240" w:lineRule="auto"/>
      </w:pPr>
      <w:r>
        <w:separator/>
      </w:r>
    </w:p>
  </w:endnote>
  <w:endnote w:type="continuationSeparator" w:id="0">
    <w:p w14:paraId="1F3D0D3F" w14:textId="77777777" w:rsidR="00095A20" w:rsidRDefault="00095A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D0397" w14:textId="21A299EF" w:rsidR="00A527F2" w:rsidRDefault="00A527F2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837EFF" w14:textId="77777777" w:rsidR="00095A20" w:rsidRDefault="00095A20">
      <w:pPr>
        <w:spacing w:after="0" w:line="240" w:lineRule="auto"/>
      </w:pPr>
      <w:r>
        <w:separator/>
      </w:r>
    </w:p>
  </w:footnote>
  <w:footnote w:type="continuationSeparator" w:id="0">
    <w:p w14:paraId="4BFF301A" w14:textId="77777777" w:rsidR="00095A20" w:rsidRDefault="00095A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57EE3" w14:textId="30B2694D" w:rsidR="00A527F2" w:rsidRDefault="00A527F2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20809E1"/>
    <w:multiLevelType w:val="hybridMultilevel"/>
    <w:tmpl w:val="644E8FB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1F76D7A"/>
    <w:multiLevelType w:val="hybridMultilevel"/>
    <w:tmpl w:val="648825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D44290A"/>
    <w:multiLevelType w:val="hybridMultilevel"/>
    <w:tmpl w:val="3EA6B88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E667DE2"/>
    <w:multiLevelType w:val="hybridMultilevel"/>
    <w:tmpl w:val="4820548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F403CC3"/>
    <w:multiLevelType w:val="hybridMultilevel"/>
    <w:tmpl w:val="A3A4393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7E558C4"/>
    <w:multiLevelType w:val="hybridMultilevel"/>
    <w:tmpl w:val="5414FB6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2BB1226"/>
    <w:multiLevelType w:val="hybridMultilevel"/>
    <w:tmpl w:val="03D436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5ED6FE2"/>
    <w:multiLevelType w:val="hybridMultilevel"/>
    <w:tmpl w:val="12E88D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FD33C5F"/>
    <w:multiLevelType w:val="hybridMultilevel"/>
    <w:tmpl w:val="A13AC5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9ED5B92"/>
    <w:multiLevelType w:val="hybridMultilevel"/>
    <w:tmpl w:val="5F6298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C87172C"/>
    <w:multiLevelType w:val="hybridMultilevel"/>
    <w:tmpl w:val="703655A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E4C0D4E"/>
    <w:multiLevelType w:val="hybridMultilevel"/>
    <w:tmpl w:val="D9D437C4"/>
    <w:lvl w:ilvl="0" w:tplc="C750D23A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76858922">
    <w:abstractNumId w:val="8"/>
  </w:num>
  <w:num w:numId="2" w16cid:durableId="343358127">
    <w:abstractNumId w:val="6"/>
  </w:num>
  <w:num w:numId="3" w16cid:durableId="1481193470">
    <w:abstractNumId w:val="5"/>
  </w:num>
  <w:num w:numId="4" w16cid:durableId="13314107">
    <w:abstractNumId w:val="4"/>
  </w:num>
  <w:num w:numId="5" w16cid:durableId="528688800">
    <w:abstractNumId w:val="7"/>
  </w:num>
  <w:num w:numId="6" w16cid:durableId="857818734">
    <w:abstractNumId w:val="3"/>
  </w:num>
  <w:num w:numId="7" w16cid:durableId="508298021">
    <w:abstractNumId w:val="2"/>
  </w:num>
  <w:num w:numId="8" w16cid:durableId="897982077">
    <w:abstractNumId w:val="1"/>
  </w:num>
  <w:num w:numId="9" w16cid:durableId="1465001013">
    <w:abstractNumId w:val="0"/>
  </w:num>
  <w:num w:numId="10" w16cid:durableId="2036416407">
    <w:abstractNumId w:val="11"/>
  </w:num>
  <w:num w:numId="11" w16cid:durableId="1087113023">
    <w:abstractNumId w:val="12"/>
  </w:num>
  <w:num w:numId="12" w16cid:durableId="169418826">
    <w:abstractNumId w:val="19"/>
  </w:num>
  <w:num w:numId="13" w16cid:durableId="1943994617">
    <w:abstractNumId w:val="15"/>
  </w:num>
  <w:num w:numId="14" w16cid:durableId="337848702">
    <w:abstractNumId w:val="20"/>
  </w:num>
  <w:num w:numId="15" w16cid:durableId="1363744817">
    <w:abstractNumId w:val="14"/>
  </w:num>
  <w:num w:numId="16" w16cid:durableId="1185482149">
    <w:abstractNumId w:val="13"/>
  </w:num>
  <w:num w:numId="17" w16cid:durableId="1571379338">
    <w:abstractNumId w:val="16"/>
  </w:num>
  <w:num w:numId="18" w16cid:durableId="912397530">
    <w:abstractNumId w:val="10"/>
  </w:num>
  <w:num w:numId="19" w16cid:durableId="1534687412">
    <w:abstractNumId w:val="17"/>
  </w:num>
  <w:num w:numId="20" w16cid:durableId="1138647442">
    <w:abstractNumId w:val="18"/>
  </w:num>
  <w:num w:numId="21" w16cid:durableId="28974915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2091C"/>
    <w:rsid w:val="00027AE4"/>
    <w:rsid w:val="00034616"/>
    <w:rsid w:val="0006063C"/>
    <w:rsid w:val="00095A20"/>
    <w:rsid w:val="000D72B7"/>
    <w:rsid w:val="0015074B"/>
    <w:rsid w:val="00170EF2"/>
    <w:rsid w:val="00182315"/>
    <w:rsid w:val="001B0673"/>
    <w:rsid w:val="0022411E"/>
    <w:rsid w:val="0029639D"/>
    <w:rsid w:val="002D2E33"/>
    <w:rsid w:val="00326F90"/>
    <w:rsid w:val="00403F00"/>
    <w:rsid w:val="00587179"/>
    <w:rsid w:val="0059027C"/>
    <w:rsid w:val="00597696"/>
    <w:rsid w:val="005E0693"/>
    <w:rsid w:val="00602F26"/>
    <w:rsid w:val="006663E8"/>
    <w:rsid w:val="006916D6"/>
    <w:rsid w:val="00742170"/>
    <w:rsid w:val="00746FC3"/>
    <w:rsid w:val="00794111"/>
    <w:rsid w:val="007B64C4"/>
    <w:rsid w:val="007E3A5F"/>
    <w:rsid w:val="0080761E"/>
    <w:rsid w:val="008E24F1"/>
    <w:rsid w:val="00934AD6"/>
    <w:rsid w:val="009434D9"/>
    <w:rsid w:val="009C5F84"/>
    <w:rsid w:val="00A527F2"/>
    <w:rsid w:val="00A77219"/>
    <w:rsid w:val="00AA1D8D"/>
    <w:rsid w:val="00B02FA0"/>
    <w:rsid w:val="00B31B37"/>
    <w:rsid w:val="00B47730"/>
    <w:rsid w:val="00B56B84"/>
    <w:rsid w:val="00C16954"/>
    <w:rsid w:val="00C377F0"/>
    <w:rsid w:val="00CA4584"/>
    <w:rsid w:val="00CB0664"/>
    <w:rsid w:val="00CE0589"/>
    <w:rsid w:val="00D25CD3"/>
    <w:rsid w:val="00DC606A"/>
    <w:rsid w:val="00E73A49"/>
    <w:rsid w:val="00F46255"/>
    <w:rsid w:val="00F87A6D"/>
    <w:rsid w:val="00F9426C"/>
    <w:rsid w:val="00FC693F"/>
    <w:rsid w:val="00FE1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A24851"/>
  <w14:defaultImageDpi w14:val="300"/>
  <w15:docId w15:val="{3F66D4BF-351A-4386-8B36-7499F6AFD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ptos" w:hAnsi="Aptos"/>
      <w:sz w:val="21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200" w:after="80"/>
      <w:outlineLvl w:val="0"/>
    </w:pPr>
    <w:rPr>
      <w:rFonts w:asciiTheme="majorHAnsi" w:eastAsiaTheme="majorEastAsia" w:hAnsiTheme="majorHAnsi" w:cstheme="majorBidi"/>
      <w:b/>
      <w:bCs/>
      <w:color w:val="1F4E79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140" w:after="60"/>
      <w:outlineLvl w:val="1"/>
    </w:pPr>
    <w:rPr>
      <w:rFonts w:asciiTheme="majorHAnsi" w:eastAsiaTheme="majorEastAsia" w:hAnsiTheme="majorHAnsi" w:cstheme="majorBidi"/>
      <w:b/>
      <w:bCs/>
      <w:color w:val="2F5597"/>
      <w:sz w:val="23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F4E79"/>
      <w:spacing w:val="5"/>
      <w:kern w:val="28"/>
      <w:sz w:val="36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cze">
    <w:name w:val="Hyperlink"/>
    <w:basedOn w:val="Domylnaczcionkaakapitu"/>
    <w:uiPriority w:val="99"/>
    <w:unhideWhenUsed/>
    <w:rsid w:val="00CA4584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A45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330</Words>
  <Characters>1980</Characters>
  <Application>Microsoft Office Word</Application>
  <DocSecurity>0</DocSecurity>
  <Lines>16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Zapytanie ofertowe – programy profilaktyczne – Gmina Gołdap</vt:lpstr>
      <vt:lpstr/>
    </vt:vector>
  </TitlesOfParts>
  <Manager/>
  <Company/>
  <LinksUpToDate>false</LinksUpToDate>
  <CharactersWithSpaces>2306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Zapytanie ofertowe – programy profilaktyczne – Gmina Gołdap</dc:title>
  <dc:subject>Wersja edytowalna zapytania ofertowego wraz z trzema załącznikami</dc:subject>
  <dc:creator>M365 Copilot</dc:creator>
  <cp:keywords/>
  <dc:description>generated by python-docx</dc:description>
  <cp:lastModifiedBy>Małgorzata Tobolska</cp:lastModifiedBy>
  <cp:revision>23</cp:revision>
  <cp:lastPrinted>2026-08-31T11:34:00Z</cp:lastPrinted>
  <dcterms:created xsi:type="dcterms:W3CDTF">2026-08-25T10:54:00Z</dcterms:created>
  <dcterms:modified xsi:type="dcterms:W3CDTF">2026-08-31T11:34:00Z</dcterms:modified>
  <cp:category/>
</cp:coreProperties>
</file>