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6815" w14:textId="12A018A1" w:rsidR="00A527F2" w:rsidRDefault="00000000" w:rsidP="000D592C">
      <w:pPr>
        <w:jc w:val="right"/>
        <w:rPr>
          <w:rFonts w:ascii="Arial" w:hAnsi="Arial" w:cs="Arial"/>
          <w:b/>
          <w:sz w:val="22"/>
        </w:rPr>
      </w:pPr>
      <w:r w:rsidRPr="00FE182F">
        <w:rPr>
          <w:rFonts w:ascii="Arial" w:hAnsi="Arial" w:cs="Arial"/>
          <w:b/>
          <w:sz w:val="22"/>
        </w:rPr>
        <w:t>Załącznik nr 3</w:t>
      </w:r>
    </w:p>
    <w:p w14:paraId="2BCD4C2F" w14:textId="77777777" w:rsidR="000D592C" w:rsidRPr="00FE182F" w:rsidRDefault="000D592C" w:rsidP="000D592C">
      <w:pPr>
        <w:jc w:val="right"/>
        <w:rPr>
          <w:rFonts w:ascii="Arial" w:hAnsi="Arial" w:cs="Arial"/>
          <w:sz w:val="22"/>
        </w:rPr>
      </w:pPr>
    </w:p>
    <w:p w14:paraId="36DFBB2E" w14:textId="77777777" w:rsidR="00A527F2" w:rsidRPr="00C377F0" w:rsidRDefault="00000000">
      <w:pPr>
        <w:pStyle w:val="Tytu"/>
        <w:keepNext/>
        <w:jc w:val="center"/>
        <w:rPr>
          <w:rFonts w:ascii="Arial" w:hAnsi="Arial" w:cs="Arial"/>
          <w:color w:val="auto"/>
          <w:sz w:val="22"/>
          <w:szCs w:val="22"/>
        </w:rPr>
      </w:pPr>
      <w:r w:rsidRPr="00C377F0">
        <w:rPr>
          <w:rFonts w:ascii="Arial" w:hAnsi="Arial" w:cs="Arial"/>
          <w:color w:val="auto"/>
          <w:sz w:val="22"/>
          <w:szCs w:val="22"/>
        </w:rPr>
        <w:t>OŚWIADCZENIE O DOŚWIADCZENIU OFERENTA</w:t>
      </w:r>
    </w:p>
    <w:p w14:paraId="401CAD7A" w14:textId="1D4F7B92" w:rsidR="00A527F2" w:rsidRPr="00FE182F" w:rsidRDefault="00000000">
      <w:pPr>
        <w:jc w:val="center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>do zapytania ofertowego nr OSS.271.1.</w:t>
      </w:r>
      <w:r w:rsidR="00E72C33">
        <w:rPr>
          <w:rFonts w:ascii="Arial" w:hAnsi="Arial" w:cs="Arial"/>
          <w:b/>
          <w:sz w:val="22"/>
        </w:rPr>
        <w:t>10</w:t>
      </w:r>
      <w:r w:rsidRPr="00FE182F">
        <w:rPr>
          <w:rFonts w:ascii="Arial" w:hAnsi="Arial" w:cs="Arial"/>
          <w:b/>
          <w:sz w:val="22"/>
        </w:rPr>
        <w:t>.2026</w:t>
      </w:r>
    </w:p>
    <w:p w14:paraId="2737EC07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Ja/My, niżej podpisany/a/i: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27667FB1" w14:textId="7777777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</w:p>
    <w:p w14:paraId="223D7727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działając w imieniu: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2B10E272" w14:textId="7777777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</w:p>
    <w:p w14:paraId="41CBE9A2" w14:textId="77777777" w:rsidR="00A527F2" w:rsidRPr="00FE182F" w:rsidRDefault="00000000">
      <w:pPr>
        <w:jc w:val="center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(nazwa i adres Oferenta)</w:t>
      </w:r>
    </w:p>
    <w:p w14:paraId="46CECADC" w14:textId="77777777" w:rsidR="00A527F2" w:rsidRDefault="00000000" w:rsidP="0082530D">
      <w:p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oświadczam/y, że Oferent posiada wiedzę i doświadczenie niezbędne do należytej realizacji zamówienia obejmującego prowadzenie programów profilaktycznych adresowanych do dzieci, młodzieży, rodziców i nauczycieli.</w:t>
      </w:r>
    </w:p>
    <w:p w14:paraId="0649400E" w14:textId="61EDEE1C" w:rsidR="00A527F2" w:rsidRPr="00C377F0" w:rsidRDefault="00C377F0" w:rsidP="00C377F0">
      <w:pPr>
        <w:rPr>
          <w:rFonts w:ascii="Arial" w:hAnsi="Arial" w:cs="Arial"/>
          <w:b/>
          <w:bCs/>
          <w:sz w:val="22"/>
        </w:rPr>
      </w:pPr>
      <w:r w:rsidRPr="00C377F0">
        <w:rPr>
          <w:rFonts w:ascii="Arial" w:hAnsi="Arial" w:cs="Arial"/>
          <w:b/>
          <w:bCs/>
          <w:sz w:val="22"/>
        </w:rPr>
        <w:t>Wykaz zrealizowanych usług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1757"/>
        <w:gridCol w:w="1871"/>
        <w:gridCol w:w="1984"/>
        <w:gridCol w:w="1247"/>
        <w:gridCol w:w="1489"/>
        <w:gridCol w:w="1134"/>
      </w:tblGrid>
      <w:tr w:rsidR="00A527F2" w:rsidRPr="00FE182F" w14:paraId="5D0F10E7" w14:textId="77777777">
        <w:trPr>
          <w:cantSplit/>
          <w:tblHeader/>
          <w:jc w:val="center"/>
        </w:trPr>
        <w:tc>
          <w:tcPr>
            <w:tcW w:w="39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2AFC4D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175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1DFE0C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Nazwa programu lub zadania</w:t>
            </w:r>
          </w:p>
        </w:tc>
        <w:tc>
          <w:tcPr>
            <w:tcW w:w="187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A7F7AA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Zakres i grupa odbiorców</w:t>
            </w:r>
          </w:p>
        </w:tc>
        <w:tc>
          <w:tcPr>
            <w:tcW w:w="19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D4FE6A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Podmiot, na rzecz którego wykonano usługę</w:t>
            </w:r>
          </w:p>
        </w:tc>
        <w:tc>
          <w:tcPr>
            <w:tcW w:w="124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30F131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Termin realizacji</w:t>
            </w:r>
          </w:p>
        </w:tc>
        <w:tc>
          <w:tcPr>
            <w:tcW w:w="124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A19F9E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Liczba uczestników / godzin</w:t>
            </w:r>
          </w:p>
        </w:tc>
        <w:tc>
          <w:tcPr>
            <w:tcW w:w="113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7560CB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Wartość brutto</w:t>
            </w:r>
          </w:p>
        </w:tc>
      </w:tr>
      <w:tr w:rsidR="00A527F2" w:rsidRPr="00FE182F" w14:paraId="369287D7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0860DC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78A3D3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31AF9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29265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AFC6C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69492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2787D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280B83F1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720305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EAAE5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2ED2B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56762C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003898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880B6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2AC66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45502FF5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D17284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23141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C74E1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0A982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AD51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4CFE63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C7F6B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59F3E05F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4C984E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7BBB1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C3F64D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CCEF98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106B5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F3C42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B7C45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</w:tbl>
    <w:p w14:paraId="7BF38123" w14:textId="77777777" w:rsidR="00A527F2" w:rsidRDefault="00A527F2">
      <w:pPr>
        <w:spacing w:after="0"/>
        <w:rPr>
          <w:rFonts w:ascii="Arial" w:hAnsi="Arial" w:cs="Arial"/>
          <w:sz w:val="22"/>
        </w:rPr>
      </w:pPr>
    </w:p>
    <w:p w14:paraId="69B90061" w14:textId="79508398" w:rsidR="00597696" w:rsidRPr="00597696" w:rsidRDefault="00C377F0" w:rsidP="00597696">
      <w:pPr>
        <w:spacing w:after="0"/>
        <w:rPr>
          <w:rFonts w:ascii="Arial" w:hAnsi="Arial" w:cs="Arial"/>
          <w:b/>
          <w:bCs/>
          <w:sz w:val="22"/>
        </w:rPr>
      </w:pPr>
      <w:r w:rsidRPr="00C377F0">
        <w:rPr>
          <w:rFonts w:ascii="Arial" w:hAnsi="Arial" w:cs="Arial"/>
          <w:b/>
          <w:bCs/>
          <w:sz w:val="22"/>
        </w:rPr>
        <w:t>Oświadczenia Oferenta</w:t>
      </w:r>
    </w:p>
    <w:p w14:paraId="7D1E7BF1" w14:textId="781C1E08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Oświadczam/y, że:</w:t>
      </w:r>
    </w:p>
    <w:p w14:paraId="1585B84D" w14:textId="77777777" w:rsidR="00A527F2" w:rsidRPr="00FE182F" w:rsidRDefault="00000000" w:rsidP="00597696">
      <w:pPr>
        <w:pStyle w:val="Listanumerowana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wskazane usługi zostały wykonane należycie;</w:t>
      </w:r>
    </w:p>
    <w:p w14:paraId="45FC1D3E" w14:textId="77777777" w:rsidR="00A527F2" w:rsidRPr="00FE182F" w:rsidRDefault="00000000" w:rsidP="00597696">
      <w:pPr>
        <w:pStyle w:val="Listanumerowana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informacje zawarte w wykazie są zgodne ze stanem faktycznym;</w:t>
      </w:r>
    </w:p>
    <w:p w14:paraId="73FAA0FF" w14:textId="10A9019B" w:rsidR="00A527F2" w:rsidRPr="00FE182F" w:rsidRDefault="00000000" w:rsidP="00597696">
      <w:pPr>
        <w:pStyle w:val="Listanumerowana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 xml:space="preserve">na żądanie Zamawiającego przedłożymy dokumenty potwierdzające należyte wykonanie usług, </w:t>
      </w:r>
      <w:r w:rsidR="00597696">
        <w:rPr>
          <w:rFonts w:ascii="Arial" w:hAnsi="Arial" w:cs="Arial"/>
          <w:sz w:val="22"/>
        </w:rPr>
        <w:br/>
      </w:r>
      <w:r w:rsidRPr="00FE182F">
        <w:rPr>
          <w:rFonts w:ascii="Arial" w:hAnsi="Arial" w:cs="Arial"/>
          <w:sz w:val="22"/>
        </w:rPr>
        <w:t>w szczególności referencje, protokoły odbioru lub inne równoważne dokumenty;</w:t>
      </w:r>
    </w:p>
    <w:p w14:paraId="70FF4FCB" w14:textId="77777777" w:rsidR="00A527F2" w:rsidRPr="00FE182F" w:rsidRDefault="00000000" w:rsidP="00597696">
      <w:pPr>
        <w:pStyle w:val="Listanumerowana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posiadane doświadczenie obejmuje realizację działań profilaktycznych zgodnych lub zbliżonych zakresem do przedmiotu zamówienia;</w:t>
      </w:r>
    </w:p>
    <w:p w14:paraId="0DA51403" w14:textId="77777777" w:rsidR="00A527F2" w:rsidRDefault="00000000" w:rsidP="00597696">
      <w:pPr>
        <w:pStyle w:val="Listanumerowana"/>
        <w:numPr>
          <w:ilvl w:val="0"/>
          <w:numId w:val="21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jesteśmy świadomi odpowiedzialności wynikającej ze złożenia nieprawdziwego oświadczenia.</w:t>
      </w:r>
    </w:p>
    <w:p w14:paraId="35DF996F" w14:textId="77777777" w:rsidR="00597696" w:rsidRDefault="00597696" w:rsidP="00597696">
      <w:pPr>
        <w:pStyle w:val="Listanumerowana"/>
        <w:numPr>
          <w:ilvl w:val="0"/>
          <w:numId w:val="0"/>
        </w:numPr>
        <w:rPr>
          <w:rFonts w:ascii="Arial" w:hAnsi="Arial" w:cs="Arial"/>
          <w:sz w:val="22"/>
        </w:rPr>
      </w:pPr>
    </w:p>
    <w:p w14:paraId="71EB6CEA" w14:textId="7B808FA8" w:rsidR="00597696" w:rsidRPr="00597696" w:rsidRDefault="00597696" w:rsidP="00597696">
      <w:pPr>
        <w:pStyle w:val="Listanumerowana"/>
        <w:numPr>
          <w:ilvl w:val="0"/>
          <w:numId w:val="0"/>
        </w:numPr>
        <w:rPr>
          <w:rFonts w:ascii="Arial" w:hAnsi="Arial" w:cs="Arial"/>
          <w:b/>
          <w:bCs/>
          <w:sz w:val="22"/>
        </w:rPr>
      </w:pPr>
      <w:r w:rsidRPr="00597696">
        <w:rPr>
          <w:rFonts w:ascii="Arial" w:hAnsi="Arial" w:cs="Arial"/>
          <w:b/>
          <w:bCs/>
          <w:sz w:val="22"/>
        </w:rPr>
        <w:t>Dokumenty załączone</w:t>
      </w:r>
      <w:r w:rsidR="009965FF">
        <w:rPr>
          <w:rFonts w:ascii="Arial" w:hAnsi="Arial" w:cs="Arial"/>
          <w:b/>
          <w:bCs/>
          <w:sz w:val="22"/>
        </w:rPr>
        <w:t xml:space="preserve"> </w:t>
      </w:r>
      <w:r w:rsidRPr="00597696">
        <w:rPr>
          <w:rFonts w:ascii="Arial" w:hAnsi="Arial" w:cs="Arial"/>
          <w:b/>
          <w:bCs/>
          <w:sz w:val="22"/>
        </w:rPr>
        <w:t>na potwierdzenie doświadczenia</w:t>
      </w:r>
    </w:p>
    <w:p w14:paraId="667ABC80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1.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0D9E5AA3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2.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0F07D46B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lastRenderedPageBreak/>
        <w:t xml:space="preserve">3.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3A6CBF00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4.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7A8BEB4C" w14:textId="77777777" w:rsidR="0082530D" w:rsidRDefault="0082530D">
      <w:pPr>
        <w:spacing w:after="40"/>
        <w:rPr>
          <w:rFonts w:ascii="Arial" w:hAnsi="Arial" w:cs="Arial"/>
          <w:b/>
          <w:sz w:val="22"/>
        </w:rPr>
      </w:pPr>
    </w:p>
    <w:p w14:paraId="680F3A2C" w14:textId="77777777" w:rsidR="0082530D" w:rsidRDefault="0082530D">
      <w:pPr>
        <w:spacing w:after="40"/>
        <w:rPr>
          <w:rFonts w:ascii="Arial" w:hAnsi="Arial" w:cs="Arial"/>
          <w:b/>
          <w:sz w:val="22"/>
        </w:rPr>
      </w:pPr>
    </w:p>
    <w:p w14:paraId="78E82A54" w14:textId="64CEAEA7" w:rsidR="00A527F2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Miejscowość i data: </w:t>
      </w:r>
      <w:r w:rsidRPr="00FE182F">
        <w:rPr>
          <w:rFonts w:ascii="Arial" w:hAnsi="Arial" w:cs="Arial"/>
          <w:sz w:val="22"/>
        </w:rPr>
        <w:t>.............................</w:t>
      </w:r>
    </w:p>
    <w:p w14:paraId="5083804F" w14:textId="77777777" w:rsidR="007B64C4" w:rsidRDefault="007B64C4">
      <w:pPr>
        <w:spacing w:after="40"/>
        <w:rPr>
          <w:rFonts w:ascii="Arial" w:hAnsi="Arial" w:cs="Arial"/>
          <w:sz w:val="22"/>
        </w:rPr>
      </w:pPr>
    </w:p>
    <w:p w14:paraId="68720164" w14:textId="77777777" w:rsidR="007B64C4" w:rsidRPr="00FE182F" w:rsidRDefault="007B64C4">
      <w:pPr>
        <w:spacing w:after="40"/>
        <w:rPr>
          <w:rFonts w:ascii="Arial" w:hAnsi="Arial" w:cs="Arial"/>
          <w:sz w:val="22"/>
        </w:rPr>
      </w:pPr>
    </w:p>
    <w:p w14:paraId="3453AB32" w14:textId="37A78906" w:rsidR="007B64C4" w:rsidRDefault="00000000" w:rsidP="007B64C4">
      <w:pPr>
        <w:spacing w:after="40"/>
        <w:jc w:val="right"/>
        <w:rPr>
          <w:rFonts w:ascii="Arial" w:hAnsi="Arial" w:cs="Arial"/>
          <w:b/>
          <w:sz w:val="22"/>
        </w:rPr>
      </w:pPr>
      <w:r w:rsidRPr="00FE182F">
        <w:rPr>
          <w:rFonts w:ascii="Arial" w:hAnsi="Arial" w:cs="Arial"/>
          <w:b/>
          <w:sz w:val="22"/>
        </w:rPr>
        <w:t xml:space="preserve">Podpis </w:t>
      </w:r>
      <w:r w:rsidR="0082530D">
        <w:rPr>
          <w:rFonts w:ascii="Arial" w:hAnsi="Arial" w:cs="Arial"/>
          <w:b/>
          <w:sz w:val="22"/>
        </w:rPr>
        <w:t xml:space="preserve">i pieczęć </w:t>
      </w:r>
      <w:r w:rsidRPr="00FE182F">
        <w:rPr>
          <w:rFonts w:ascii="Arial" w:hAnsi="Arial" w:cs="Arial"/>
          <w:b/>
          <w:sz w:val="22"/>
        </w:rPr>
        <w:t>Oferenta</w:t>
      </w:r>
    </w:p>
    <w:p w14:paraId="5E1ACD38" w14:textId="77777777" w:rsidR="0082530D" w:rsidRDefault="0082530D" w:rsidP="007B64C4">
      <w:pPr>
        <w:spacing w:after="40"/>
        <w:jc w:val="right"/>
        <w:rPr>
          <w:rFonts w:ascii="Arial" w:hAnsi="Arial" w:cs="Arial"/>
          <w:b/>
          <w:sz w:val="22"/>
        </w:rPr>
      </w:pPr>
    </w:p>
    <w:p w14:paraId="65C4BACB" w14:textId="77777777" w:rsidR="007B64C4" w:rsidRDefault="007B64C4" w:rsidP="007B64C4">
      <w:pPr>
        <w:spacing w:after="40"/>
        <w:jc w:val="right"/>
        <w:rPr>
          <w:rFonts w:ascii="Arial" w:hAnsi="Arial" w:cs="Arial"/>
          <w:b/>
          <w:sz w:val="22"/>
        </w:rPr>
      </w:pPr>
    </w:p>
    <w:p w14:paraId="6A8FE1C3" w14:textId="7667370E" w:rsidR="00A527F2" w:rsidRPr="007B64C4" w:rsidRDefault="00000000" w:rsidP="007B64C4">
      <w:pPr>
        <w:spacing w:after="40"/>
        <w:jc w:val="right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 </w:t>
      </w:r>
      <w:r w:rsidRPr="00FE182F">
        <w:rPr>
          <w:rFonts w:ascii="Arial" w:hAnsi="Arial" w:cs="Arial"/>
          <w:sz w:val="22"/>
        </w:rPr>
        <w:t>...........................................</w:t>
      </w:r>
    </w:p>
    <w:sectPr w:rsidR="00A527F2" w:rsidRPr="007B64C4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E1DD" w14:textId="77777777" w:rsidR="00523D51" w:rsidRDefault="00523D51">
      <w:pPr>
        <w:spacing w:after="0" w:line="240" w:lineRule="auto"/>
      </w:pPr>
      <w:r>
        <w:separator/>
      </w:r>
    </w:p>
  </w:endnote>
  <w:endnote w:type="continuationSeparator" w:id="0">
    <w:p w14:paraId="44C3EA23" w14:textId="77777777" w:rsidR="00523D51" w:rsidRDefault="0052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0397" w14:textId="21A299EF" w:rsidR="00A527F2" w:rsidRDefault="00A527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759F" w14:textId="77777777" w:rsidR="00523D51" w:rsidRDefault="00523D51">
      <w:pPr>
        <w:spacing w:after="0" w:line="240" w:lineRule="auto"/>
      </w:pPr>
      <w:r>
        <w:separator/>
      </w:r>
    </w:p>
  </w:footnote>
  <w:footnote w:type="continuationSeparator" w:id="0">
    <w:p w14:paraId="30A1BA9A" w14:textId="77777777" w:rsidR="00523D51" w:rsidRDefault="00523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7EE3" w14:textId="30B2694D" w:rsidR="00A527F2" w:rsidRDefault="00A527F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809E1"/>
    <w:multiLevelType w:val="hybridMultilevel"/>
    <w:tmpl w:val="644E8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76D7A"/>
    <w:multiLevelType w:val="hybridMultilevel"/>
    <w:tmpl w:val="64882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290A"/>
    <w:multiLevelType w:val="hybridMultilevel"/>
    <w:tmpl w:val="3EA6B8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667DE2"/>
    <w:multiLevelType w:val="hybridMultilevel"/>
    <w:tmpl w:val="48205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403CC3"/>
    <w:multiLevelType w:val="hybridMultilevel"/>
    <w:tmpl w:val="A3A439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E558C4"/>
    <w:multiLevelType w:val="hybridMultilevel"/>
    <w:tmpl w:val="5414FB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BB1226"/>
    <w:multiLevelType w:val="hybridMultilevel"/>
    <w:tmpl w:val="03D43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ED6FE2"/>
    <w:multiLevelType w:val="hybridMultilevel"/>
    <w:tmpl w:val="12E88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C5F"/>
    <w:multiLevelType w:val="hybridMultilevel"/>
    <w:tmpl w:val="A13A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ED5B92"/>
    <w:multiLevelType w:val="hybridMultilevel"/>
    <w:tmpl w:val="5F6298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7172C"/>
    <w:multiLevelType w:val="hybridMultilevel"/>
    <w:tmpl w:val="703655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4C0D4E"/>
    <w:multiLevelType w:val="hybridMultilevel"/>
    <w:tmpl w:val="D9D437C4"/>
    <w:lvl w:ilvl="0" w:tplc="C750D23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858922">
    <w:abstractNumId w:val="8"/>
  </w:num>
  <w:num w:numId="2" w16cid:durableId="343358127">
    <w:abstractNumId w:val="6"/>
  </w:num>
  <w:num w:numId="3" w16cid:durableId="1481193470">
    <w:abstractNumId w:val="5"/>
  </w:num>
  <w:num w:numId="4" w16cid:durableId="13314107">
    <w:abstractNumId w:val="4"/>
  </w:num>
  <w:num w:numId="5" w16cid:durableId="528688800">
    <w:abstractNumId w:val="7"/>
  </w:num>
  <w:num w:numId="6" w16cid:durableId="857818734">
    <w:abstractNumId w:val="3"/>
  </w:num>
  <w:num w:numId="7" w16cid:durableId="508298021">
    <w:abstractNumId w:val="2"/>
  </w:num>
  <w:num w:numId="8" w16cid:durableId="897982077">
    <w:abstractNumId w:val="1"/>
  </w:num>
  <w:num w:numId="9" w16cid:durableId="1465001013">
    <w:abstractNumId w:val="0"/>
  </w:num>
  <w:num w:numId="10" w16cid:durableId="2036416407">
    <w:abstractNumId w:val="11"/>
  </w:num>
  <w:num w:numId="11" w16cid:durableId="1087113023">
    <w:abstractNumId w:val="12"/>
  </w:num>
  <w:num w:numId="12" w16cid:durableId="169418826">
    <w:abstractNumId w:val="19"/>
  </w:num>
  <w:num w:numId="13" w16cid:durableId="1943994617">
    <w:abstractNumId w:val="15"/>
  </w:num>
  <w:num w:numId="14" w16cid:durableId="337848702">
    <w:abstractNumId w:val="20"/>
  </w:num>
  <w:num w:numId="15" w16cid:durableId="1363744817">
    <w:abstractNumId w:val="14"/>
  </w:num>
  <w:num w:numId="16" w16cid:durableId="1185482149">
    <w:abstractNumId w:val="13"/>
  </w:num>
  <w:num w:numId="17" w16cid:durableId="1571379338">
    <w:abstractNumId w:val="16"/>
  </w:num>
  <w:num w:numId="18" w16cid:durableId="912397530">
    <w:abstractNumId w:val="10"/>
  </w:num>
  <w:num w:numId="19" w16cid:durableId="1534687412">
    <w:abstractNumId w:val="17"/>
  </w:num>
  <w:num w:numId="20" w16cid:durableId="1138647442">
    <w:abstractNumId w:val="18"/>
  </w:num>
  <w:num w:numId="21" w16cid:durableId="289749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91C"/>
    <w:rsid w:val="00027AE4"/>
    <w:rsid w:val="00034616"/>
    <w:rsid w:val="0006063C"/>
    <w:rsid w:val="000D592C"/>
    <w:rsid w:val="000D72B7"/>
    <w:rsid w:val="0015074B"/>
    <w:rsid w:val="001B0673"/>
    <w:rsid w:val="0022411E"/>
    <w:rsid w:val="0027192F"/>
    <w:rsid w:val="0029639D"/>
    <w:rsid w:val="00326F90"/>
    <w:rsid w:val="00403F00"/>
    <w:rsid w:val="00523D51"/>
    <w:rsid w:val="00581910"/>
    <w:rsid w:val="0059027C"/>
    <w:rsid w:val="00597696"/>
    <w:rsid w:val="00602F26"/>
    <w:rsid w:val="006663E8"/>
    <w:rsid w:val="006916D6"/>
    <w:rsid w:val="00742170"/>
    <w:rsid w:val="00746FC3"/>
    <w:rsid w:val="007A2A1A"/>
    <w:rsid w:val="007B3165"/>
    <w:rsid w:val="007B64C4"/>
    <w:rsid w:val="007E3A5F"/>
    <w:rsid w:val="0080761E"/>
    <w:rsid w:val="0082530D"/>
    <w:rsid w:val="009965FF"/>
    <w:rsid w:val="009C5F84"/>
    <w:rsid w:val="00A527F2"/>
    <w:rsid w:val="00AA1D8D"/>
    <w:rsid w:val="00AA5535"/>
    <w:rsid w:val="00B31B37"/>
    <w:rsid w:val="00B47730"/>
    <w:rsid w:val="00B56B84"/>
    <w:rsid w:val="00C377F0"/>
    <w:rsid w:val="00CA4584"/>
    <w:rsid w:val="00CB0664"/>
    <w:rsid w:val="00CE0589"/>
    <w:rsid w:val="00D22A34"/>
    <w:rsid w:val="00D25CD3"/>
    <w:rsid w:val="00E72C33"/>
    <w:rsid w:val="00E73A49"/>
    <w:rsid w:val="00F11875"/>
    <w:rsid w:val="00F46255"/>
    <w:rsid w:val="00F9426C"/>
    <w:rsid w:val="00FC693F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24851"/>
  <w14:defaultImageDpi w14:val="300"/>
  <w15:docId w15:val="{3F66D4BF-351A-4386-8B36-7499F6AF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CA458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– programy profilaktyczne – Gmina Gołdap</vt:lpstr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– programy profilaktyczne – Gmina Gołdap</dc:title>
  <dc:subject>Wersja edytowalna zapytania ofertowego wraz z trzema załącznikami</dc:subject>
  <dc:creator>M365 Copilot</dc:creator>
  <cp:keywords/>
  <dc:description>generated by python-docx</dc:description>
  <cp:lastModifiedBy>Małgorzata Tobolska</cp:lastModifiedBy>
  <cp:revision>22</cp:revision>
  <cp:lastPrinted>2026-08-26T06:51:00Z</cp:lastPrinted>
  <dcterms:created xsi:type="dcterms:W3CDTF">2026-08-25T10:54:00Z</dcterms:created>
  <dcterms:modified xsi:type="dcterms:W3CDTF">2026-08-31T11:27:00Z</dcterms:modified>
  <cp:category/>
</cp:coreProperties>
</file>