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6A455" w14:textId="77777777" w:rsidR="00EB7EC2" w:rsidRPr="003E346B" w:rsidRDefault="00000000">
      <w:pPr>
        <w:jc w:val="right"/>
        <w:rPr>
          <w:rFonts w:ascii="Arial" w:hAnsi="Arial" w:cs="Arial"/>
          <w:sz w:val="22"/>
        </w:rPr>
      </w:pPr>
      <w:r w:rsidRPr="003E346B">
        <w:rPr>
          <w:rFonts w:ascii="Arial" w:hAnsi="Arial" w:cs="Arial"/>
          <w:b/>
          <w:sz w:val="22"/>
        </w:rPr>
        <w:t>Załącznik nr 4</w:t>
      </w:r>
    </w:p>
    <w:p w14:paraId="411B2728" w14:textId="77777777" w:rsidR="00EB7EC2" w:rsidRPr="003E346B" w:rsidRDefault="00000000">
      <w:pPr>
        <w:pStyle w:val="Tytu"/>
        <w:jc w:val="center"/>
        <w:rPr>
          <w:rFonts w:ascii="Arial" w:hAnsi="Arial" w:cs="Arial"/>
          <w:color w:val="auto"/>
          <w:sz w:val="22"/>
          <w:szCs w:val="22"/>
        </w:rPr>
      </w:pPr>
      <w:r w:rsidRPr="003E346B">
        <w:rPr>
          <w:rFonts w:ascii="Arial" w:hAnsi="Arial" w:cs="Arial"/>
          <w:color w:val="auto"/>
          <w:sz w:val="22"/>
          <w:szCs w:val="22"/>
        </w:rPr>
        <w:t>OŚWIADCZENIE DOTYCZĄCE OCHRONY MAŁOLETNICH</w:t>
      </w:r>
    </w:p>
    <w:p w14:paraId="49B9EEB1" w14:textId="1C155E40" w:rsidR="00EB7EC2" w:rsidRPr="003E346B" w:rsidRDefault="00000000">
      <w:pPr>
        <w:jc w:val="center"/>
        <w:rPr>
          <w:rFonts w:ascii="Arial" w:hAnsi="Arial" w:cs="Arial"/>
          <w:sz w:val="22"/>
        </w:rPr>
      </w:pPr>
      <w:proofErr w:type="spellStart"/>
      <w:r w:rsidRPr="003E346B">
        <w:rPr>
          <w:rFonts w:ascii="Arial" w:hAnsi="Arial" w:cs="Arial"/>
          <w:b/>
          <w:sz w:val="22"/>
        </w:rPr>
        <w:t>do</w:t>
      </w:r>
      <w:proofErr w:type="spellEnd"/>
      <w:r w:rsidRPr="003E346B">
        <w:rPr>
          <w:rFonts w:ascii="Arial" w:hAnsi="Arial" w:cs="Arial"/>
          <w:b/>
          <w:sz w:val="22"/>
        </w:rPr>
        <w:t xml:space="preserve"> </w:t>
      </w:r>
      <w:proofErr w:type="spellStart"/>
      <w:r w:rsidRPr="003E346B">
        <w:rPr>
          <w:rFonts w:ascii="Arial" w:hAnsi="Arial" w:cs="Arial"/>
          <w:b/>
          <w:sz w:val="22"/>
        </w:rPr>
        <w:t>zapytania</w:t>
      </w:r>
      <w:proofErr w:type="spellEnd"/>
      <w:r w:rsidRPr="003E346B">
        <w:rPr>
          <w:rFonts w:ascii="Arial" w:hAnsi="Arial" w:cs="Arial"/>
          <w:b/>
          <w:sz w:val="22"/>
        </w:rPr>
        <w:t xml:space="preserve"> </w:t>
      </w:r>
      <w:proofErr w:type="spellStart"/>
      <w:r w:rsidRPr="003E346B">
        <w:rPr>
          <w:rFonts w:ascii="Arial" w:hAnsi="Arial" w:cs="Arial"/>
          <w:b/>
          <w:sz w:val="22"/>
        </w:rPr>
        <w:t>ofertowego</w:t>
      </w:r>
      <w:proofErr w:type="spellEnd"/>
      <w:r w:rsidRPr="003E346B">
        <w:rPr>
          <w:rFonts w:ascii="Arial" w:hAnsi="Arial" w:cs="Arial"/>
          <w:b/>
          <w:sz w:val="22"/>
        </w:rPr>
        <w:t xml:space="preserve"> nr OSS.271.1.</w:t>
      </w:r>
      <w:r w:rsidR="00996E5B">
        <w:rPr>
          <w:rFonts w:ascii="Arial" w:hAnsi="Arial" w:cs="Arial"/>
          <w:b/>
          <w:sz w:val="22"/>
        </w:rPr>
        <w:t>10</w:t>
      </w:r>
      <w:r w:rsidRPr="003E346B">
        <w:rPr>
          <w:rFonts w:ascii="Arial" w:hAnsi="Arial" w:cs="Arial"/>
          <w:b/>
          <w:sz w:val="22"/>
        </w:rPr>
        <w:t>.2026</w:t>
      </w:r>
    </w:p>
    <w:p w14:paraId="5AC9FA1E" w14:textId="77777777" w:rsidR="00D37980" w:rsidRDefault="00D37980">
      <w:pPr>
        <w:spacing w:after="60"/>
        <w:rPr>
          <w:rFonts w:ascii="Arial" w:hAnsi="Arial" w:cs="Arial"/>
          <w:b/>
          <w:sz w:val="22"/>
        </w:rPr>
      </w:pPr>
    </w:p>
    <w:p w14:paraId="7D06C8E0" w14:textId="6066975F" w:rsidR="00EB7EC2" w:rsidRPr="003E346B" w:rsidRDefault="00000000">
      <w:pPr>
        <w:spacing w:after="60"/>
        <w:rPr>
          <w:rFonts w:ascii="Arial" w:hAnsi="Arial" w:cs="Arial"/>
          <w:sz w:val="22"/>
        </w:rPr>
      </w:pPr>
      <w:r w:rsidRPr="003E346B">
        <w:rPr>
          <w:rFonts w:ascii="Arial" w:hAnsi="Arial" w:cs="Arial"/>
          <w:b/>
          <w:sz w:val="22"/>
        </w:rPr>
        <w:t xml:space="preserve">Ja/My, niżej podpisany/a/i: </w:t>
      </w:r>
      <w:r w:rsidRPr="003E346B">
        <w:rPr>
          <w:rFonts w:ascii="Arial" w:hAnsi="Arial" w:cs="Arial"/>
          <w:sz w:val="22"/>
        </w:rPr>
        <w:t>............................................................................................................</w:t>
      </w:r>
      <w:r w:rsidR="00D37980">
        <w:rPr>
          <w:rFonts w:ascii="Arial" w:hAnsi="Arial" w:cs="Arial"/>
          <w:sz w:val="22"/>
        </w:rPr>
        <w:t>.....</w:t>
      </w:r>
    </w:p>
    <w:p w14:paraId="08552BA5" w14:textId="483034A4" w:rsidR="00EB7EC2" w:rsidRPr="003E346B" w:rsidRDefault="00000000">
      <w:pPr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>...............................................................................................................................</w:t>
      </w:r>
      <w:r w:rsidR="00D37980">
        <w:rPr>
          <w:rFonts w:ascii="Arial" w:hAnsi="Arial" w:cs="Arial"/>
          <w:sz w:val="22"/>
        </w:rPr>
        <w:t>...............................</w:t>
      </w:r>
      <w:r w:rsidRPr="003E346B">
        <w:rPr>
          <w:rFonts w:ascii="Arial" w:hAnsi="Arial" w:cs="Arial"/>
          <w:sz w:val="22"/>
        </w:rPr>
        <w:t>.</w:t>
      </w:r>
    </w:p>
    <w:p w14:paraId="46780C91" w14:textId="2C400D9B" w:rsidR="00EB7EC2" w:rsidRPr="003E346B" w:rsidRDefault="00000000">
      <w:pPr>
        <w:spacing w:after="60"/>
        <w:rPr>
          <w:rFonts w:ascii="Arial" w:hAnsi="Arial" w:cs="Arial"/>
          <w:sz w:val="22"/>
        </w:rPr>
      </w:pPr>
      <w:r w:rsidRPr="003E346B">
        <w:rPr>
          <w:rFonts w:ascii="Arial" w:hAnsi="Arial" w:cs="Arial"/>
          <w:b/>
          <w:sz w:val="22"/>
        </w:rPr>
        <w:t xml:space="preserve">działając w imieniu: </w:t>
      </w:r>
      <w:r w:rsidRPr="003E346B">
        <w:rPr>
          <w:rFonts w:ascii="Arial" w:hAnsi="Arial" w:cs="Arial"/>
          <w:sz w:val="22"/>
        </w:rPr>
        <w:t>............................................................................................................</w:t>
      </w:r>
      <w:r w:rsidR="00D37980">
        <w:rPr>
          <w:rFonts w:ascii="Arial" w:hAnsi="Arial" w:cs="Arial"/>
          <w:sz w:val="22"/>
        </w:rPr>
        <w:t>................</w:t>
      </w:r>
    </w:p>
    <w:p w14:paraId="0686F64A" w14:textId="64334FAB" w:rsidR="00EB7EC2" w:rsidRPr="003E346B" w:rsidRDefault="00000000">
      <w:pPr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>................................................................................................................................</w:t>
      </w:r>
      <w:r w:rsidR="00D37980">
        <w:rPr>
          <w:rFonts w:ascii="Arial" w:hAnsi="Arial" w:cs="Arial"/>
          <w:sz w:val="22"/>
        </w:rPr>
        <w:t>...............................</w:t>
      </w:r>
    </w:p>
    <w:p w14:paraId="02A31FAC" w14:textId="77777777" w:rsidR="00EB7EC2" w:rsidRPr="003E346B" w:rsidRDefault="00000000">
      <w:pPr>
        <w:jc w:val="center"/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>(nazwa i adres Oferenta)</w:t>
      </w:r>
    </w:p>
    <w:p w14:paraId="4702B218" w14:textId="77777777" w:rsidR="00EB7EC2" w:rsidRPr="003E346B" w:rsidRDefault="00000000" w:rsidP="00D37980">
      <w:pPr>
        <w:jc w:val="both"/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>w związku ze złożeniem oferty na realizację programów profilaktycznych adresowanych do dzieci, młodzieży, rodziców i nauczycieli w placówkach oświatowych na terenie Gminy Gołdap oświadczam/y, że:</w:t>
      </w:r>
    </w:p>
    <w:p w14:paraId="4D772DCB" w14:textId="77777777" w:rsidR="00EB7EC2" w:rsidRPr="003E346B" w:rsidRDefault="00000000" w:rsidP="00D37980">
      <w:pPr>
        <w:pStyle w:val="Listanumerowana"/>
        <w:jc w:val="both"/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>znana jest nam treść ustawy z dnia 13 maja 2016 r. o przeciwdziałaniu zagrożeniom przestępczością na tle seksualnym i ochronie małoletnich oraz obowiązki wynikające z tej ustawy;</w:t>
      </w:r>
    </w:p>
    <w:p w14:paraId="7024A4E0" w14:textId="77777777" w:rsidR="00EB7EC2" w:rsidRPr="003E346B" w:rsidRDefault="00000000" w:rsidP="00D37980">
      <w:pPr>
        <w:pStyle w:val="Listanumerowana"/>
        <w:jc w:val="both"/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>przy wykonywaniu zamówienia będziemy realizować obowiązki wynikające z powyższej ustawy oraz innych przepisów dotyczących ochrony małoletnich;</w:t>
      </w:r>
    </w:p>
    <w:p w14:paraId="48D6274D" w14:textId="3601C4C1" w:rsidR="00EB7EC2" w:rsidRPr="003E346B" w:rsidRDefault="00000000" w:rsidP="00D37980">
      <w:pPr>
        <w:pStyle w:val="Listanumerowana"/>
        <w:jc w:val="both"/>
        <w:rPr>
          <w:rFonts w:ascii="Arial" w:hAnsi="Arial" w:cs="Arial"/>
          <w:sz w:val="22"/>
        </w:rPr>
      </w:pPr>
      <w:proofErr w:type="spellStart"/>
      <w:r w:rsidRPr="003E346B">
        <w:rPr>
          <w:rFonts w:ascii="Arial" w:hAnsi="Arial" w:cs="Arial"/>
          <w:sz w:val="22"/>
        </w:rPr>
        <w:t>przed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dopuszczeniem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osób</w:t>
      </w:r>
      <w:proofErr w:type="spellEnd"/>
      <w:r w:rsidRPr="003E346B">
        <w:rPr>
          <w:rFonts w:ascii="Arial" w:hAnsi="Arial" w:cs="Arial"/>
          <w:sz w:val="22"/>
        </w:rPr>
        <w:t xml:space="preserve"> do </w:t>
      </w:r>
      <w:proofErr w:type="spellStart"/>
      <w:r w:rsidRPr="003E346B">
        <w:rPr>
          <w:rFonts w:ascii="Arial" w:hAnsi="Arial" w:cs="Arial"/>
          <w:sz w:val="22"/>
        </w:rPr>
        <w:t>działalności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związanej</w:t>
      </w:r>
      <w:proofErr w:type="spellEnd"/>
      <w:r w:rsidRPr="003E346B">
        <w:rPr>
          <w:rFonts w:ascii="Arial" w:hAnsi="Arial" w:cs="Arial"/>
          <w:sz w:val="22"/>
        </w:rPr>
        <w:t xml:space="preserve"> z </w:t>
      </w:r>
      <w:proofErr w:type="spellStart"/>
      <w:r w:rsidRPr="003E346B">
        <w:rPr>
          <w:rFonts w:ascii="Arial" w:hAnsi="Arial" w:cs="Arial"/>
          <w:sz w:val="22"/>
        </w:rPr>
        <w:t>wychowaniem</w:t>
      </w:r>
      <w:proofErr w:type="spellEnd"/>
      <w:r w:rsidRPr="003E346B">
        <w:rPr>
          <w:rFonts w:ascii="Arial" w:hAnsi="Arial" w:cs="Arial"/>
          <w:sz w:val="22"/>
        </w:rPr>
        <w:t xml:space="preserve">, </w:t>
      </w:r>
      <w:proofErr w:type="spellStart"/>
      <w:r w:rsidRPr="003E346B">
        <w:rPr>
          <w:rFonts w:ascii="Arial" w:hAnsi="Arial" w:cs="Arial"/>
          <w:sz w:val="22"/>
        </w:rPr>
        <w:t>edukacją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lub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opieką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nad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małoletnimi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dokonamy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wymaganej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prawem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weryfikacji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tych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osób</w:t>
      </w:r>
      <w:proofErr w:type="spellEnd"/>
      <w:r w:rsidRPr="003E346B">
        <w:rPr>
          <w:rFonts w:ascii="Arial" w:hAnsi="Arial" w:cs="Arial"/>
          <w:sz w:val="22"/>
        </w:rPr>
        <w:t xml:space="preserve">, w </w:t>
      </w:r>
      <w:proofErr w:type="spellStart"/>
      <w:r w:rsidRPr="003E346B">
        <w:rPr>
          <w:rFonts w:ascii="Arial" w:hAnsi="Arial" w:cs="Arial"/>
          <w:sz w:val="22"/>
        </w:rPr>
        <w:t>tym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uzyskamy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informacje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r w:rsidR="00D37980">
        <w:rPr>
          <w:rFonts w:ascii="Arial" w:hAnsi="Arial" w:cs="Arial"/>
          <w:sz w:val="22"/>
        </w:rPr>
        <w:br/>
      </w:r>
      <w:r w:rsidRPr="003E346B">
        <w:rPr>
          <w:rFonts w:ascii="Arial" w:hAnsi="Arial" w:cs="Arial"/>
          <w:sz w:val="22"/>
        </w:rPr>
        <w:t xml:space="preserve">z </w:t>
      </w:r>
      <w:proofErr w:type="spellStart"/>
      <w:r w:rsidRPr="003E346B">
        <w:rPr>
          <w:rFonts w:ascii="Arial" w:hAnsi="Arial" w:cs="Arial"/>
          <w:sz w:val="22"/>
        </w:rPr>
        <w:t>właściwych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rejestrów</w:t>
      </w:r>
      <w:proofErr w:type="spellEnd"/>
      <w:r w:rsidRPr="003E346B">
        <w:rPr>
          <w:rFonts w:ascii="Arial" w:hAnsi="Arial" w:cs="Arial"/>
          <w:sz w:val="22"/>
        </w:rPr>
        <w:t>;</w:t>
      </w:r>
    </w:p>
    <w:p w14:paraId="5AAE8D9D" w14:textId="77777777" w:rsidR="00EB7EC2" w:rsidRPr="003E346B" w:rsidRDefault="00000000" w:rsidP="00D37980">
      <w:pPr>
        <w:pStyle w:val="Listanumerowana"/>
        <w:jc w:val="both"/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>od osób realizujących działania z małoletnimi uzyskamy wymagane prawem informacje lub zaświadczenia z Krajowego Rejestru Karnego, a w przypadkach przewidzianych ustawą także dokumenty lub oświadczenia dotyczące innych państw;</w:t>
      </w:r>
    </w:p>
    <w:p w14:paraId="757B954D" w14:textId="77777777" w:rsidR="00EB7EC2" w:rsidRPr="003E346B" w:rsidRDefault="00000000" w:rsidP="00D37980">
      <w:pPr>
        <w:pStyle w:val="Listanumerowana"/>
        <w:jc w:val="both"/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>do realizacji zamówienia nie dopuścimy osoby, która nie spełnia wymagań prawnych dotyczących pracy lub działalności z małoletnimi;</w:t>
      </w:r>
    </w:p>
    <w:p w14:paraId="211B9FF0" w14:textId="77777777" w:rsidR="00EB7EC2" w:rsidRPr="003E346B" w:rsidRDefault="00000000" w:rsidP="00D37980">
      <w:pPr>
        <w:pStyle w:val="Listanumerowana"/>
        <w:jc w:val="both"/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>posiadamy i stosujemy standardy ochrony małoletnich dostosowane do charakteru prowadzonej działalności, obejmujące w szczególności zasady bezpiecznych relacji, reagowania na podejrzenie krzywdzenia, przyjmowania zgłoszeń, dokumentowania zdarzeń oraz przygotowania personelu;</w:t>
      </w:r>
    </w:p>
    <w:p w14:paraId="3BD3827E" w14:textId="1F844264" w:rsidR="00EB7EC2" w:rsidRPr="003E346B" w:rsidRDefault="00000000" w:rsidP="00D37980">
      <w:pPr>
        <w:pStyle w:val="Listanumerowana"/>
        <w:jc w:val="both"/>
        <w:rPr>
          <w:rFonts w:ascii="Arial" w:hAnsi="Arial" w:cs="Arial"/>
          <w:sz w:val="22"/>
        </w:rPr>
      </w:pPr>
      <w:proofErr w:type="spellStart"/>
      <w:r w:rsidRPr="003E346B">
        <w:rPr>
          <w:rFonts w:ascii="Arial" w:hAnsi="Arial" w:cs="Arial"/>
          <w:sz w:val="22"/>
        </w:rPr>
        <w:t>wszystkie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osoby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skierowane</w:t>
      </w:r>
      <w:proofErr w:type="spellEnd"/>
      <w:r w:rsidRPr="003E346B">
        <w:rPr>
          <w:rFonts w:ascii="Arial" w:hAnsi="Arial" w:cs="Arial"/>
          <w:sz w:val="22"/>
        </w:rPr>
        <w:t xml:space="preserve"> do </w:t>
      </w:r>
      <w:proofErr w:type="spellStart"/>
      <w:r w:rsidRPr="003E346B">
        <w:rPr>
          <w:rFonts w:ascii="Arial" w:hAnsi="Arial" w:cs="Arial"/>
          <w:sz w:val="22"/>
        </w:rPr>
        <w:t>realizacji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zadania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zostaną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zapoznane</w:t>
      </w:r>
      <w:proofErr w:type="spellEnd"/>
      <w:r w:rsidRPr="003E346B">
        <w:rPr>
          <w:rFonts w:ascii="Arial" w:hAnsi="Arial" w:cs="Arial"/>
          <w:sz w:val="22"/>
        </w:rPr>
        <w:t xml:space="preserve"> ze </w:t>
      </w:r>
      <w:proofErr w:type="spellStart"/>
      <w:r w:rsidRPr="003E346B">
        <w:rPr>
          <w:rFonts w:ascii="Arial" w:hAnsi="Arial" w:cs="Arial"/>
          <w:sz w:val="22"/>
        </w:rPr>
        <w:t>standardami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ochrony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małoletnich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obowiązującymi</w:t>
      </w:r>
      <w:proofErr w:type="spellEnd"/>
      <w:r w:rsidRPr="003E346B">
        <w:rPr>
          <w:rFonts w:ascii="Arial" w:hAnsi="Arial" w:cs="Arial"/>
          <w:sz w:val="22"/>
        </w:rPr>
        <w:t xml:space="preserve"> u </w:t>
      </w:r>
      <w:proofErr w:type="spellStart"/>
      <w:r w:rsidRPr="003E346B">
        <w:rPr>
          <w:rFonts w:ascii="Arial" w:hAnsi="Arial" w:cs="Arial"/>
          <w:sz w:val="22"/>
        </w:rPr>
        <w:t>Oferenta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oraz</w:t>
      </w:r>
      <w:proofErr w:type="spellEnd"/>
      <w:r w:rsidRPr="003E346B">
        <w:rPr>
          <w:rFonts w:ascii="Arial" w:hAnsi="Arial" w:cs="Arial"/>
          <w:sz w:val="22"/>
        </w:rPr>
        <w:t xml:space="preserve"> w </w:t>
      </w:r>
      <w:proofErr w:type="spellStart"/>
      <w:r w:rsidRPr="003E346B">
        <w:rPr>
          <w:rFonts w:ascii="Arial" w:hAnsi="Arial" w:cs="Arial"/>
          <w:sz w:val="22"/>
        </w:rPr>
        <w:t>placówce</w:t>
      </w:r>
      <w:proofErr w:type="spellEnd"/>
      <w:r w:rsidRPr="003E346B">
        <w:rPr>
          <w:rFonts w:ascii="Arial" w:hAnsi="Arial" w:cs="Arial"/>
          <w:sz w:val="22"/>
        </w:rPr>
        <w:t xml:space="preserve">, w </w:t>
      </w:r>
      <w:proofErr w:type="spellStart"/>
      <w:r w:rsidRPr="003E346B">
        <w:rPr>
          <w:rFonts w:ascii="Arial" w:hAnsi="Arial" w:cs="Arial"/>
          <w:sz w:val="22"/>
        </w:rPr>
        <w:t>której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będą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prowadzone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działania</w:t>
      </w:r>
      <w:proofErr w:type="spellEnd"/>
      <w:r w:rsidRPr="003E346B">
        <w:rPr>
          <w:rFonts w:ascii="Arial" w:hAnsi="Arial" w:cs="Arial"/>
          <w:sz w:val="22"/>
        </w:rPr>
        <w:t xml:space="preserve">, </w:t>
      </w:r>
      <w:r w:rsidR="00D37980">
        <w:rPr>
          <w:rFonts w:ascii="Arial" w:hAnsi="Arial" w:cs="Arial"/>
          <w:sz w:val="22"/>
        </w:rPr>
        <w:br/>
      </w:r>
      <w:proofErr w:type="spellStart"/>
      <w:r w:rsidRPr="003E346B">
        <w:rPr>
          <w:rFonts w:ascii="Arial" w:hAnsi="Arial" w:cs="Arial"/>
          <w:sz w:val="22"/>
        </w:rPr>
        <w:t>i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zobowiązane</w:t>
      </w:r>
      <w:proofErr w:type="spellEnd"/>
      <w:r w:rsidRPr="003E346B">
        <w:rPr>
          <w:rFonts w:ascii="Arial" w:hAnsi="Arial" w:cs="Arial"/>
          <w:sz w:val="22"/>
        </w:rPr>
        <w:t xml:space="preserve"> do ich </w:t>
      </w:r>
      <w:proofErr w:type="spellStart"/>
      <w:r w:rsidRPr="003E346B">
        <w:rPr>
          <w:rFonts w:ascii="Arial" w:hAnsi="Arial" w:cs="Arial"/>
          <w:sz w:val="22"/>
        </w:rPr>
        <w:t>przestrzegania</w:t>
      </w:r>
      <w:proofErr w:type="spellEnd"/>
      <w:r w:rsidRPr="003E346B">
        <w:rPr>
          <w:rFonts w:ascii="Arial" w:hAnsi="Arial" w:cs="Arial"/>
          <w:sz w:val="22"/>
        </w:rPr>
        <w:t>;</w:t>
      </w:r>
    </w:p>
    <w:p w14:paraId="3C42007A" w14:textId="77777777" w:rsidR="00EB7EC2" w:rsidRPr="003E346B" w:rsidRDefault="00000000" w:rsidP="00D37980">
      <w:pPr>
        <w:pStyle w:val="Listanumerowana"/>
        <w:jc w:val="both"/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>zapewnimy poufność informacji dotyczących małoletnich oraz będziemy przetwarzać dane osobowe wyłącznie w zakresie niezbędnym do realizacji zadania i zgodnie z obowiązującymi przepisami;</w:t>
      </w:r>
    </w:p>
    <w:p w14:paraId="4B1926F4" w14:textId="2FF3C60E" w:rsidR="00EB7EC2" w:rsidRPr="003E346B" w:rsidRDefault="00000000" w:rsidP="00D37980">
      <w:pPr>
        <w:pStyle w:val="Listanumerowana"/>
        <w:jc w:val="both"/>
        <w:rPr>
          <w:rFonts w:ascii="Arial" w:hAnsi="Arial" w:cs="Arial"/>
          <w:sz w:val="22"/>
        </w:rPr>
      </w:pPr>
      <w:proofErr w:type="spellStart"/>
      <w:r w:rsidRPr="003E346B">
        <w:rPr>
          <w:rFonts w:ascii="Arial" w:hAnsi="Arial" w:cs="Arial"/>
          <w:sz w:val="22"/>
        </w:rPr>
        <w:t>na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żądanie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Zamawiającego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przedstawimy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dokumenty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potwierdzające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wykonanie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obowiązków</w:t>
      </w:r>
      <w:proofErr w:type="spellEnd"/>
      <w:r w:rsidRPr="003E346B">
        <w:rPr>
          <w:rFonts w:ascii="Arial" w:hAnsi="Arial" w:cs="Arial"/>
          <w:sz w:val="22"/>
        </w:rPr>
        <w:t xml:space="preserve">, </w:t>
      </w:r>
      <w:r w:rsidR="00D37980">
        <w:rPr>
          <w:rFonts w:ascii="Arial" w:hAnsi="Arial" w:cs="Arial"/>
          <w:sz w:val="22"/>
        </w:rPr>
        <w:br/>
      </w:r>
      <w:r w:rsidRPr="003E346B">
        <w:rPr>
          <w:rFonts w:ascii="Arial" w:hAnsi="Arial" w:cs="Arial"/>
          <w:sz w:val="22"/>
        </w:rPr>
        <w:t xml:space="preserve">z </w:t>
      </w:r>
      <w:proofErr w:type="spellStart"/>
      <w:r w:rsidRPr="003E346B">
        <w:rPr>
          <w:rFonts w:ascii="Arial" w:hAnsi="Arial" w:cs="Arial"/>
          <w:sz w:val="22"/>
        </w:rPr>
        <w:t>zachowaniem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przepisów</w:t>
      </w:r>
      <w:proofErr w:type="spellEnd"/>
      <w:r w:rsidRPr="003E346B">
        <w:rPr>
          <w:rFonts w:ascii="Arial" w:hAnsi="Arial" w:cs="Arial"/>
          <w:sz w:val="22"/>
        </w:rPr>
        <w:t xml:space="preserve"> o </w:t>
      </w:r>
      <w:proofErr w:type="spellStart"/>
      <w:r w:rsidRPr="003E346B">
        <w:rPr>
          <w:rFonts w:ascii="Arial" w:hAnsi="Arial" w:cs="Arial"/>
          <w:sz w:val="22"/>
        </w:rPr>
        <w:t>ochronie</w:t>
      </w:r>
      <w:proofErr w:type="spellEnd"/>
      <w:r w:rsidRPr="003E346B">
        <w:rPr>
          <w:rFonts w:ascii="Arial" w:hAnsi="Arial" w:cs="Arial"/>
          <w:sz w:val="22"/>
        </w:rPr>
        <w:t xml:space="preserve"> danych osobowych;</w:t>
      </w:r>
    </w:p>
    <w:p w14:paraId="1EF8484B" w14:textId="77777777" w:rsidR="00EB7EC2" w:rsidRDefault="00000000" w:rsidP="00D37980">
      <w:pPr>
        <w:pStyle w:val="Listanumerowana"/>
        <w:jc w:val="both"/>
        <w:rPr>
          <w:rFonts w:ascii="Arial" w:hAnsi="Arial" w:cs="Arial"/>
          <w:sz w:val="22"/>
        </w:rPr>
      </w:pPr>
      <w:r w:rsidRPr="003E346B">
        <w:rPr>
          <w:rFonts w:ascii="Arial" w:hAnsi="Arial" w:cs="Arial"/>
          <w:sz w:val="22"/>
        </w:rPr>
        <w:t xml:space="preserve">ponosimy odpowiedzialność za prawidłową weryfikację osób </w:t>
      </w:r>
      <w:proofErr w:type="spellStart"/>
      <w:r w:rsidRPr="003E346B">
        <w:rPr>
          <w:rFonts w:ascii="Arial" w:hAnsi="Arial" w:cs="Arial"/>
          <w:sz w:val="22"/>
        </w:rPr>
        <w:t>skierowanych</w:t>
      </w:r>
      <w:proofErr w:type="spellEnd"/>
      <w:r w:rsidRPr="003E346B">
        <w:rPr>
          <w:rFonts w:ascii="Arial" w:hAnsi="Arial" w:cs="Arial"/>
          <w:sz w:val="22"/>
        </w:rPr>
        <w:t xml:space="preserve"> do </w:t>
      </w:r>
      <w:proofErr w:type="spellStart"/>
      <w:r w:rsidRPr="003E346B">
        <w:rPr>
          <w:rFonts w:ascii="Arial" w:hAnsi="Arial" w:cs="Arial"/>
          <w:sz w:val="22"/>
        </w:rPr>
        <w:t>realizacji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zadania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oraz</w:t>
      </w:r>
      <w:proofErr w:type="spellEnd"/>
      <w:r w:rsidRPr="003E346B">
        <w:rPr>
          <w:rFonts w:ascii="Arial" w:hAnsi="Arial" w:cs="Arial"/>
          <w:sz w:val="22"/>
        </w:rPr>
        <w:t xml:space="preserve"> za </w:t>
      </w:r>
      <w:proofErr w:type="spellStart"/>
      <w:r w:rsidRPr="003E346B">
        <w:rPr>
          <w:rFonts w:ascii="Arial" w:hAnsi="Arial" w:cs="Arial"/>
          <w:sz w:val="22"/>
        </w:rPr>
        <w:t>stosowanie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standardów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ochrony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małoletnich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podczas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wykonywania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zamówienia</w:t>
      </w:r>
      <w:proofErr w:type="spellEnd"/>
      <w:r w:rsidRPr="003E346B">
        <w:rPr>
          <w:rFonts w:ascii="Arial" w:hAnsi="Arial" w:cs="Arial"/>
          <w:sz w:val="22"/>
        </w:rPr>
        <w:t>.</w:t>
      </w:r>
    </w:p>
    <w:p w14:paraId="51708B48" w14:textId="77777777" w:rsidR="00D37980" w:rsidRDefault="00D37980" w:rsidP="00D37980">
      <w:pPr>
        <w:pStyle w:val="Listanumerowana"/>
        <w:numPr>
          <w:ilvl w:val="0"/>
          <w:numId w:val="0"/>
        </w:numPr>
        <w:jc w:val="both"/>
        <w:rPr>
          <w:rFonts w:ascii="Arial" w:hAnsi="Arial" w:cs="Arial"/>
          <w:sz w:val="22"/>
        </w:rPr>
      </w:pPr>
    </w:p>
    <w:p w14:paraId="0F0F7E22" w14:textId="77777777" w:rsidR="00D37980" w:rsidRDefault="00D37980" w:rsidP="00D37980">
      <w:pPr>
        <w:pStyle w:val="Listanumerowana"/>
        <w:numPr>
          <w:ilvl w:val="0"/>
          <w:numId w:val="0"/>
        </w:numPr>
        <w:jc w:val="both"/>
        <w:rPr>
          <w:rFonts w:ascii="Arial" w:hAnsi="Arial" w:cs="Arial"/>
          <w:sz w:val="22"/>
        </w:rPr>
      </w:pPr>
    </w:p>
    <w:p w14:paraId="33E00C53" w14:textId="546057A7" w:rsidR="00D37980" w:rsidRPr="00481E5F" w:rsidRDefault="00D37980" w:rsidP="00D37980">
      <w:pPr>
        <w:pStyle w:val="Listanumerowana"/>
        <w:numPr>
          <w:ilvl w:val="0"/>
          <w:numId w:val="0"/>
        </w:numPr>
        <w:jc w:val="both"/>
        <w:rPr>
          <w:rFonts w:ascii="Arial" w:hAnsi="Arial" w:cs="Arial"/>
          <w:b/>
          <w:bCs/>
          <w:sz w:val="22"/>
        </w:rPr>
      </w:pPr>
      <w:proofErr w:type="spellStart"/>
      <w:r w:rsidRPr="00481E5F">
        <w:rPr>
          <w:rFonts w:ascii="Arial" w:hAnsi="Arial" w:cs="Arial"/>
          <w:b/>
          <w:bCs/>
          <w:sz w:val="22"/>
        </w:rPr>
        <w:t>Oświadczenie</w:t>
      </w:r>
      <w:proofErr w:type="spellEnd"/>
      <w:r w:rsidRPr="00481E5F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481E5F">
        <w:rPr>
          <w:rFonts w:ascii="Arial" w:hAnsi="Arial" w:cs="Arial"/>
          <w:b/>
          <w:bCs/>
          <w:sz w:val="22"/>
        </w:rPr>
        <w:t>końcowe</w:t>
      </w:r>
      <w:proofErr w:type="spellEnd"/>
    </w:p>
    <w:p w14:paraId="5739FB60" w14:textId="77777777" w:rsidR="00EB7EC2" w:rsidRPr="003E346B" w:rsidRDefault="00000000" w:rsidP="00D37980">
      <w:pPr>
        <w:jc w:val="both"/>
        <w:rPr>
          <w:rFonts w:ascii="Arial" w:hAnsi="Arial" w:cs="Arial"/>
          <w:sz w:val="22"/>
        </w:rPr>
      </w:pPr>
      <w:proofErr w:type="spellStart"/>
      <w:r w:rsidRPr="003E346B">
        <w:rPr>
          <w:rFonts w:ascii="Arial" w:hAnsi="Arial" w:cs="Arial"/>
          <w:sz w:val="22"/>
        </w:rPr>
        <w:t>Oświadczam</w:t>
      </w:r>
      <w:proofErr w:type="spellEnd"/>
      <w:r w:rsidRPr="003E346B">
        <w:rPr>
          <w:rFonts w:ascii="Arial" w:hAnsi="Arial" w:cs="Arial"/>
          <w:sz w:val="22"/>
        </w:rPr>
        <w:t xml:space="preserve">/y, </w:t>
      </w:r>
      <w:proofErr w:type="spellStart"/>
      <w:r w:rsidRPr="003E346B">
        <w:rPr>
          <w:rFonts w:ascii="Arial" w:hAnsi="Arial" w:cs="Arial"/>
          <w:sz w:val="22"/>
        </w:rPr>
        <w:t>że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informacje</w:t>
      </w:r>
      <w:proofErr w:type="spellEnd"/>
      <w:r w:rsidRPr="003E346B">
        <w:rPr>
          <w:rFonts w:ascii="Arial" w:hAnsi="Arial" w:cs="Arial"/>
          <w:sz w:val="22"/>
        </w:rPr>
        <w:t xml:space="preserve"> </w:t>
      </w:r>
      <w:proofErr w:type="spellStart"/>
      <w:r w:rsidRPr="003E346B">
        <w:rPr>
          <w:rFonts w:ascii="Arial" w:hAnsi="Arial" w:cs="Arial"/>
          <w:sz w:val="22"/>
        </w:rPr>
        <w:t>zawarte</w:t>
      </w:r>
      <w:proofErr w:type="spellEnd"/>
      <w:r w:rsidRPr="003E346B">
        <w:rPr>
          <w:rFonts w:ascii="Arial" w:hAnsi="Arial" w:cs="Arial"/>
          <w:sz w:val="22"/>
        </w:rPr>
        <w:t xml:space="preserve"> w niniejszym dokumencie są zgodne ze stanem faktycznym i prawnym. Zobowiązujemy się niezwłocznie poinformować Zamawiającego o każdej zmianie mającej wpływ na możliwość bezpiecznej i zgodnej z prawem realizacji działań z udziałem małoletnich.</w:t>
      </w:r>
    </w:p>
    <w:p w14:paraId="07BBEA16" w14:textId="77777777" w:rsidR="00D37980" w:rsidRDefault="00D37980">
      <w:pPr>
        <w:spacing w:after="60"/>
        <w:rPr>
          <w:rFonts w:ascii="Arial" w:hAnsi="Arial" w:cs="Arial"/>
          <w:b/>
          <w:sz w:val="22"/>
        </w:rPr>
      </w:pPr>
    </w:p>
    <w:p w14:paraId="3379F140" w14:textId="77777777" w:rsidR="00D37980" w:rsidRDefault="00D37980">
      <w:pPr>
        <w:spacing w:after="60"/>
        <w:rPr>
          <w:rFonts w:ascii="Arial" w:hAnsi="Arial" w:cs="Arial"/>
          <w:b/>
          <w:sz w:val="22"/>
        </w:rPr>
      </w:pPr>
    </w:p>
    <w:p w14:paraId="666D88C9" w14:textId="0D8F98AE" w:rsidR="00EB7EC2" w:rsidRDefault="00000000">
      <w:pPr>
        <w:spacing w:after="60"/>
        <w:rPr>
          <w:rFonts w:ascii="Arial" w:hAnsi="Arial" w:cs="Arial"/>
          <w:sz w:val="22"/>
        </w:rPr>
      </w:pPr>
      <w:proofErr w:type="spellStart"/>
      <w:r w:rsidRPr="003E346B">
        <w:rPr>
          <w:rFonts w:ascii="Arial" w:hAnsi="Arial" w:cs="Arial"/>
          <w:b/>
          <w:sz w:val="22"/>
        </w:rPr>
        <w:t>Miejscowość</w:t>
      </w:r>
      <w:proofErr w:type="spellEnd"/>
      <w:r w:rsidRPr="003E346B">
        <w:rPr>
          <w:rFonts w:ascii="Arial" w:hAnsi="Arial" w:cs="Arial"/>
          <w:b/>
          <w:sz w:val="22"/>
        </w:rPr>
        <w:t xml:space="preserve"> </w:t>
      </w:r>
      <w:proofErr w:type="spellStart"/>
      <w:r w:rsidRPr="003E346B">
        <w:rPr>
          <w:rFonts w:ascii="Arial" w:hAnsi="Arial" w:cs="Arial"/>
          <w:b/>
          <w:sz w:val="22"/>
        </w:rPr>
        <w:t>i</w:t>
      </w:r>
      <w:proofErr w:type="spellEnd"/>
      <w:r w:rsidRPr="003E346B">
        <w:rPr>
          <w:rFonts w:ascii="Arial" w:hAnsi="Arial" w:cs="Arial"/>
          <w:b/>
          <w:sz w:val="22"/>
        </w:rPr>
        <w:t xml:space="preserve"> data: </w:t>
      </w:r>
      <w:r w:rsidRPr="003E346B">
        <w:rPr>
          <w:rFonts w:ascii="Arial" w:hAnsi="Arial" w:cs="Arial"/>
          <w:sz w:val="22"/>
        </w:rPr>
        <w:t>....................................</w:t>
      </w:r>
    </w:p>
    <w:p w14:paraId="4A01FE56" w14:textId="77777777" w:rsidR="00D37980" w:rsidRDefault="00D37980">
      <w:pPr>
        <w:spacing w:after="60"/>
        <w:rPr>
          <w:rFonts w:ascii="Arial" w:hAnsi="Arial" w:cs="Arial"/>
          <w:sz w:val="22"/>
        </w:rPr>
      </w:pPr>
    </w:p>
    <w:p w14:paraId="591B6A7E" w14:textId="11634901" w:rsidR="00D37980" w:rsidRPr="007D6318" w:rsidRDefault="00D37980" w:rsidP="00D37980">
      <w:pPr>
        <w:spacing w:after="60"/>
        <w:jc w:val="right"/>
        <w:rPr>
          <w:rFonts w:ascii="Arial" w:hAnsi="Arial" w:cs="Arial"/>
          <w:b/>
          <w:bCs/>
          <w:sz w:val="22"/>
        </w:rPr>
      </w:pPr>
      <w:proofErr w:type="spellStart"/>
      <w:r w:rsidRPr="007D6318">
        <w:rPr>
          <w:rFonts w:ascii="Arial" w:hAnsi="Arial" w:cs="Arial"/>
          <w:b/>
          <w:bCs/>
          <w:sz w:val="22"/>
        </w:rPr>
        <w:t>Podpis</w:t>
      </w:r>
      <w:proofErr w:type="spellEnd"/>
      <w:r w:rsidRPr="007D6318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7D6318">
        <w:rPr>
          <w:rFonts w:ascii="Arial" w:hAnsi="Arial" w:cs="Arial"/>
          <w:b/>
          <w:bCs/>
          <w:sz w:val="22"/>
        </w:rPr>
        <w:t>i</w:t>
      </w:r>
      <w:proofErr w:type="spellEnd"/>
      <w:r w:rsidRPr="007D6318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7D6318">
        <w:rPr>
          <w:rFonts w:ascii="Arial" w:hAnsi="Arial" w:cs="Arial"/>
          <w:b/>
          <w:bCs/>
          <w:sz w:val="22"/>
        </w:rPr>
        <w:t>pieczęć</w:t>
      </w:r>
      <w:proofErr w:type="spellEnd"/>
      <w:r w:rsidRPr="007D6318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7D6318">
        <w:rPr>
          <w:rFonts w:ascii="Arial" w:hAnsi="Arial" w:cs="Arial"/>
          <w:b/>
          <w:bCs/>
          <w:sz w:val="22"/>
        </w:rPr>
        <w:t>Oferenta</w:t>
      </w:r>
      <w:proofErr w:type="spellEnd"/>
    </w:p>
    <w:p w14:paraId="41D030D0" w14:textId="77777777" w:rsidR="00D37980" w:rsidRDefault="00D37980" w:rsidP="00D37980">
      <w:pPr>
        <w:spacing w:after="60"/>
        <w:jc w:val="right"/>
        <w:rPr>
          <w:rFonts w:ascii="Arial" w:hAnsi="Arial" w:cs="Arial"/>
          <w:sz w:val="22"/>
        </w:rPr>
      </w:pPr>
    </w:p>
    <w:p w14:paraId="31DD8C2E" w14:textId="77777777" w:rsidR="00D37980" w:rsidRDefault="00D37980" w:rsidP="00D37980">
      <w:pPr>
        <w:spacing w:after="60"/>
        <w:jc w:val="right"/>
        <w:rPr>
          <w:rFonts w:ascii="Arial" w:hAnsi="Arial" w:cs="Arial"/>
          <w:sz w:val="22"/>
        </w:rPr>
      </w:pPr>
    </w:p>
    <w:p w14:paraId="072D8ECD" w14:textId="30799D9B" w:rsidR="00D37980" w:rsidRPr="003E346B" w:rsidRDefault="00D37980" w:rsidP="00D37980">
      <w:pPr>
        <w:spacing w:after="60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………………………………..</w:t>
      </w:r>
    </w:p>
    <w:p w14:paraId="698D790B" w14:textId="118D2C3D" w:rsidR="00EB7EC2" w:rsidRPr="003E346B" w:rsidRDefault="00EB7EC2" w:rsidP="00D37980">
      <w:pPr>
        <w:jc w:val="right"/>
        <w:rPr>
          <w:rFonts w:ascii="Arial" w:hAnsi="Arial" w:cs="Arial"/>
          <w:sz w:val="22"/>
        </w:rPr>
      </w:pPr>
    </w:p>
    <w:sectPr w:rsidR="00EB7EC2" w:rsidRPr="003E346B" w:rsidSect="00034616">
      <w:headerReference w:type="default" r:id="rId8"/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EF85D" w14:textId="77777777" w:rsidR="00381392" w:rsidRDefault="00381392">
      <w:pPr>
        <w:spacing w:after="0" w:line="240" w:lineRule="auto"/>
      </w:pPr>
      <w:r>
        <w:separator/>
      </w:r>
    </w:p>
  </w:endnote>
  <w:endnote w:type="continuationSeparator" w:id="0">
    <w:p w14:paraId="3F9B0B97" w14:textId="77777777" w:rsidR="00381392" w:rsidRDefault="0038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FE4B5" w14:textId="16858A51" w:rsidR="00EB7EC2" w:rsidRDefault="00EB7EC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DFDEF" w14:textId="77777777" w:rsidR="00381392" w:rsidRDefault="00381392">
      <w:pPr>
        <w:spacing w:after="0" w:line="240" w:lineRule="auto"/>
      </w:pPr>
      <w:r>
        <w:separator/>
      </w:r>
    </w:p>
  </w:footnote>
  <w:footnote w:type="continuationSeparator" w:id="0">
    <w:p w14:paraId="31732083" w14:textId="77777777" w:rsidR="00381392" w:rsidRDefault="0038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62DC0" w14:textId="60B834EE" w:rsidR="00EB7EC2" w:rsidRDefault="00EB7EC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0737155">
    <w:abstractNumId w:val="8"/>
  </w:num>
  <w:num w:numId="2" w16cid:durableId="103573835">
    <w:abstractNumId w:val="6"/>
  </w:num>
  <w:num w:numId="3" w16cid:durableId="675621308">
    <w:abstractNumId w:val="5"/>
  </w:num>
  <w:num w:numId="4" w16cid:durableId="1810977472">
    <w:abstractNumId w:val="4"/>
  </w:num>
  <w:num w:numId="5" w16cid:durableId="1410931425">
    <w:abstractNumId w:val="7"/>
  </w:num>
  <w:num w:numId="6" w16cid:durableId="2129543714">
    <w:abstractNumId w:val="3"/>
  </w:num>
  <w:num w:numId="7" w16cid:durableId="1208881942">
    <w:abstractNumId w:val="2"/>
  </w:num>
  <w:num w:numId="8" w16cid:durableId="1763839672">
    <w:abstractNumId w:val="1"/>
  </w:num>
  <w:num w:numId="9" w16cid:durableId="146842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2266"/>
    <w:rsid w:val="00326F90"/>
    <w:rsid w:val="00381392"/>
    <w:rsid w:val="003D5FD5"/>
    <w:rsid w:val="003E346B"/>
    <w:rsid w:val="00481E5F"/>
    <w:rsid w:val="00514FA5"/>
    <w:rsid w:val="00685E96"/>
    <w:rsid w:val="00786BEB"/>
    <w:rsid w:val="007D6318"/>
    <w:rsid w:val="00996E5B"/>
    <w:rsid w:val="00AA1D8D"/>
    <w:rsid w:val="00B140E9"/>
    <w:rsid w:val="00B47730"/>
    <w:rsid w:val="00CB0664"/>
    <w:rsid w:val="00D37980"/>
    <w:rsid w:val="00D87F73"/>
    <w:rsid w:val="00DA19E3"/>
    <w:rsid w:val="00DD7157"/>
    <w:rsid w:val="00EB7E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DBF96"/>
  <w14:defaultImageDpi w14:val="300"/>
  <w15:docId w15:val="{25653A42-61E5-4C7C-8555-C935B503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5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ochrony małoletnich</dc:title>
  <dc:subject/>
  <dc:creator>M365 Copilot</dc:creator>
  <cp:keywords/>
  <dc:description>generated by python-docx</dc:description>
  <cp:lastModifiedBy>Małgorzata Tobolska</cp:lastModifiedBy>
  <cp:revision>11</cp:revision>
  <cp:lastPrinted>2026-08-26T10:47:00Z</cp:lastPrinted>
  <dcterms:created xsi:type="dcterms:W3CDTF">2026-08-26T08:46:00Z</dcterms:created>
  <dcterms:modified xsi:type="dcterms:W3CDTF">2026-08-26T12:57:00Z</dcterms:modified>
  <cp:category/>
</cp:coreProperties>
</file>