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D4B2" w14:textId="77777777" w:rsidR="008A107A" w:rsidRDefault="00000000" w:rsidP="00290EED">
      <w:pPr>
        <w:jc w:val="right"/>
        <w:rPr>
          <w:rFonts w:ascii="Arial" w:hAnsi="Arial" w:cs="Arial"/>
          <w:b/>
        </w:rPr>
      </w:pPr>
      <w:proofErr w:type="spellStart"/>
      <w:r w:rsidRPr="0064005B">
        <w:rPr>
          <w:rFonts w:ascii="Arial" w:hAnsi="Arial" w:cs="Arial"/>
          <w:b/>
        </w:rPr>
        <w:t>Załącznik</w:t>
      </w:r>
      <w:proofErr w:type="spellEnd"/>
      <w:r w:rsidRPr="0064005B">
        <w:rPr>
          <w:rFonts w:ascii="Arial" w:hAnsi="Arial" w:cs="Arial"/>
          <w:b/>
        </w:rPr>
        <w:t xml:space="preserve"> nr 5</w:t>
      </w:r>
    </w:p>
    <w:p w14:paraId="704E05E2" w14:textId="77777777" w:rsidR="00290EED" w:rsidRPr="0064005B" w:rsidRDefault="00290EED" w:rsidP="00290EED">
      <w:pPr>
        <w:jc w:val="right"/>
        <w:rPr>
          <w:rFonts w:ascii="Arial" w:hAnsi="Arial" w:cs="Arial"/>
        </w:rPr>
      </w:pPr>
    </w:p>
    <w:p w14:paraId="607590F2" w14:textId="77777777" w:rsidR="008A107A" w:rsidRPr="00290EED" w:rsidRDefault="00000000" w:rsidP="00290EED">
      <w:pPr>
        <w:pStyle w:val="Tytu"/>
        <w:jc w:val="center"/>
        <w:rPr>
          <w:rFonts w:ascii="Arial" w:hAnsi="Arial" w:cs="Arial"/>
          <w:color w:val="auto"/>
          <w:sz w:val="22"/>
          <w:szCs w:val="22"/>
        </w:rPr>
      </w:pPr>
      <w:r w:rsidRPr="00290EED">
        <w:rPr>
          <w:rFonts w:ascii="Arial" w:hAnsi="Arial" w:cs="Arial"/>
          <w:color w:val="auto"/>
          <w:sz w:val="22"/>
          <w:szCs w:val="22"/>
        </w:rPr>
        <w:t>OŚWIADCZENIE O ZAPEWNIENIU DOSTĘPNOŚCI</w:t>
      </w:r>
      <w:r w:rsidRPr="00290EED">
        <w:rPr>
          <w:rFonts w:ascii="Arial" w:hAnsi="Arial" w:cs="Arial"/>
          <w:color w:val="auto"/>
          <w:sz w:val="22"/>
          <w:szCs w:val="22"/>
        </w:rPr>
        <w:br/>
        <w:t>OSOBOM ZE SZCZEGÓLNYMI POTRZEBAMI</w:t>
      </w:r>
    </w:p>
    <w:p w14:paraId="19467D6A" w14:textId="37730B9F" w:rsidR="008A107A" w:rsidRPr="0064005B" w:rsidRDefault="00000000" w:rsidP="0064005B">
      <w:pPr>
        <w:jc w:val="both"/>
        <w:rPr>
          <w:rFonts w:ascii="Arial" w:hAnsi="Arial" w:cs="Arial"/>
        </w:rPr>
      </w:pPr>
      <w:r w:rsidRPr="0064005B">
        <w:rPr>
          <w:rFonts w:ascii="Arial" w:hAnsi="Arial" w:cs="Arial"/>
          <w:b/>
        </w:rPr>
        <w:t xml:space="preserve">do </w:t>
      </w:r>
      <w:proofErr w:type="spellStart"/>
      <w:r w:rsidRPr="0064005B">
        <w:rPr>
          <w:rFonts w:ascii="Arial" w:hAnsi="Arial" w:cs="Arial"/>
          <w:b/>
        </w:rPr>
        <w:t>zapytania</w:t>
      </w:r>
      <w:proofErr w:type="spellEnd"/>
      <w:r w:rsidRPr="0064005B">
        <w:rPr>
          <w:rFonts w:ascii="Arial" w:hAnsi="Arial" w:cs="Arial"/>
          <w:b/>
        </w:rPr>
        <w:t xml:space="preserve"> </w:t>
      </w:r>
      <w:proofErr w:type="spellStart"/>
      <w:r w:rsidRPr="0064005B">
        <w:rPr>
          <w:rFonts w:ascii="Arial" w:hAnsi="Arial" w:cs="Arial"/>
          <w:b/>
        </w:rPr>
        <w:t>ofertowego</w:t>
      </w:r>
      <w:proofErr w:type="spellEnd"/>
      <w:r w:rsidRPr="0064005B">
        <w:rPr>
          <w:rFonts w:ascii="Arial" w:hAnsi="Arial" w:cs="Arial"/>
          <w:b/>
        </w:rPr>
        <w:t xml:space="preserve"> nr OSS.271.1.</w:t>
      </w:r>
      <w:r w:rsidR="00977A17">
        <w:rPr>
          <w:rFonts w:ascii="Arial" w:hAnsi="Arial" w:cs="Arial"/>
          <w:b/>
        </w:rPr>
        <w:t>10</w:t>
      </w:r>
      <w:r w:rsidRPr="0064005B">
        <w:rPr>
          <w:rFonts w:ascii="Arial" w:hAnsi="Arial" w:cs="Arial"/>
          <w:b/>
        </w:rPr>
        <w:t>.2026</w:t>
      </w:r>
    </w:p>
    <w:p w14:paraId="40461BC2" w14:textId="77777777" w:rsidR="008A107A" w:rsidRPr="0064005B" w:rsidRDefault="008A107A" w:rsidP="0064005B">
      <w:pPr>
        <w:jc w:val="both"/>
        <w:rPr>
          <w:rFonts w:ascii="Arial" w:hAnsi="Arial" w:cs="Arial"/>
        </w:rPr>
      </w:pPr>
    </w:p>
    <w:p w14:paraId="5CA3A98E" w14:textId="0002E7CB" w:rsidR="008A107A" w:rsidRPr="0064005B" w:rsidRDefault="00000000" w:rsidP="0064005B">
      <w:pPr>
        <w:spacing w:after="80"/>
        <w:jc w:val="both"/>
        <w:rPr>
          <w:rFonts w:ascii="Arial" w:hAnsi="Arial" w:cs="Arial"/>
        </w:rPr>
      </w:pPr>
      <w:r w:rsidRPr="0064005B">
        <w:rPr>
          <w:rFonts w:ascii="Arial" w:hAnsi="Arial" w:cs="Arial"/>
          <w:b/>
        </w:rPr>
        <w:t xml:space="preserve">Ja/My, niżej podpisany/a/i: </w:t>
      </w:r>
      <w:r w:rsidRPr="0064005B">
        <w:rPr>
          <w:rFonts w:ascii="Arial" w:hAnsi="Arial" w:cs="Arial"/>
        </w:rPr>
        <w:t>......................................................................................................</w:t>
      </w:r>
      <w:r w:rsidR="0064005B">
        <w:rPr>
          <w:rFonts w:ascii="Arial" w:hAnsi="Arial" w:cs="Arial"/>
        </w:rPr>
        <w:t>...........</w:t>
      </w:r>
    </w:p>
    <w:p w14:paraId="31D3EC21" w14:textId="3323AF4B" w:rsidR="008A107A" w:rsidRPr="0064005B" w:rsidRDefault="00000000" w:rsidP="0064005B">
      <w:pPr>
        <w:spacing w:after="80"/>
        <w:jc w:val="both"/>
        <w:rPr>
          <w:rFonts w:ascii="Arial" w:hAnsi="Arial" w:cs="Arial"/>
        </w:rPr>
      </w:pPr>
      <w:proofErr w:type="spellStart"/>
      <w:r w:rsidRPr="0064005B">
        <w:rPr>
          <w:rFonts w:ascii="Arial" w:hAnsi="Arial" w:cs="Arial"/>
          <w:b/>
        </w:rPr>
        <w:t>działając</w:t>
      </w:r>
      <w:proofErr w:type="spellEnd"/>
      <w:r w:rsidRPr="0064005B">
        <w:rPr>
          <w:rFonts w:ascii="Arial" w:hAnsi="Arial" w:cs="Arial"/>
          <w:b/>
        </w:rPr>
        <w:t xml:space="preserve"> w imieniu: </w:t>
      </w:r>
      <w:r w:rsidRPr="0064005B">
        <w:rPr>
          <w:rFonts w:ascii="Arial" w:hAnsi="Arial" w:cs="Arial"/>
        </w:rPr>
        <w:t>......................................................................................................</w:t>
      </w:r>
      <w:r w:rsidR="00290EED">
        <w:rPr>
          <w:rFonts w:ascii="Arial" w:hAnsi="Arial" w:cs="Arial"/>
        </w:rPr>
        <w:t>......................</w:t>
      </w:r>
    </w:p>
    <w:p w14:paraId="2A167060" w14:textId="1262B473" w:rsidR="008A107A" w:rsidRPr="00290EED" w:rsidRDefault="00290EED" w:rsidP="006400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Pr="00290EED">
        <w:rPr>
          <w:rFonts w:ascii="Arial" w:hAnsi="Arial" w:cs="Arial"/>
        </w:rPr>
        <w:t>(</w:t>
      </w:r>
      <w:proofErr w:type="spellStart"/>
      <w:r w:rsidRPr="00290EED">
        <w:rPr>
          <w:rFonts w:ascii="Arial" w:hAnsi="Arial" w:cs="Arial"/>
        </w:rPr>
        <w:t>nazwa</w:t>
      </w:r>
      <w:proofErr w:type="spellEnd"/>
      <w:r w:rsidRPr="00290EED">
        <w:rPr>
          <w:rFonts w:ascii="Arial" w:hAnsi="Arial" w:cs="Arial"/>
        </w:rPr>
        <w:t xml:space="preserve"> </w:t>
      </w:r>
      <w:proofErr w:type="spellStart"/>
      <w:r w:rsidRPr="00290EED">
        <w:rPr>
          <w:rFonts w:ascii="Arial" w:hAnsi="Arial" w:cs="Arial"/>
        </w:rPr>
        <w:t>i</w:t>
      </w:r>
      <w:proofErr w:type="spellEnd"/>
      <w:r w:rsidRPr="00290EED">
        <w:rPr>
          <w:rFonts w:ascii="Arial" w:hAnsi="Arial" w:cs="Arial"/>
        </w:rPr>
        <w:t xml:space="preserve"> </w:t>
      </w:r>
      <w:proofErr w:type="spellStart"/>
      <w:r w:rsidRPr="00290EED">
        <w:rPr>
          <w:rFonts w:ascii="Arial" w:hAnsi="Arial" w:cs="Arial"/>
        </w:rPr>
        <w:t>adres</w:t>
      </w:r>
      <w:proofErr w:type="spellEnd"/>
      <w:r w:rsidRPr="00290EED">
        <w:rPr>
          <w:rFonts w:ascii="Arial" w:hAnsi="Arial" w:cs="Arial"/>
        </w:rPr>
        <w:t xml:space="preserve"> </w:t>
      </w:r>
      <w:proofErr w:type="spellStart"/>
      <w:r w:rsidRPr="00290EED">
        <w:rPr>
          <w:rFonts w:ascii="Arial" w:hAnsi="Arial" w:cs="Arial"/>
        </w:rPr>
        <w:t>Oferenta</w:t>
      </w:r>
      <w:proofErr w:type="spellEnd"/>
      <w:r w:rsidRPr="00290EED">
        <w:rPr>
          <w:rFonts w:ascii="Arial" w:hAnsi="Arial" w:cs="Arial"/>
        </w:rPr>
        <w:t>)</w:t>
      </w:r>
    </w:p>
    <w:p w14:paraId="03EFF277" w14:textId="77777777" w:rsidR="00290EED" w:rsidRPr="0064005B" w:rsidRDefault="00290EED" w:rsidP="0064005B">
      <w:pPr>
        <w:jc w:val="both"/>
        <w:rPr>
          <w:rFonts w:ascii="Arial" w:hAnsi="Arial" w:cs="Arial"/>
        </w:rPr>
      </w:pPr>
    </w:p>
    <w:p w14:paraId="39E1EA2B" w14:textId="77777777" w:rsidR="008A107A" w:rsidRPr="0064005B" w:rsidRDefault="00000000" w:rsidP="0064005B">
      <w:pPr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oświadczam/y, że podczas realizacji zamówienia:</w:t>
      </w:r>
    </w:p>
    <w:p w14:paraId="2AE13E8D" w14:textId="77777777" w:rsidR="008A107A" w:rsidRPr="0064005B" w:rsidRDefault="00000000" w:rsidP="0064005B">
      <w:pPr>
        <w:pStyle w:val="Listanumerowana"/>
        <w:spacing w:after="100"/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zapewnimy osobom ze szczególnymi potrzebami możliwość udziału w działaniach na zasadzie równości z innymi osobami, w zakresie odpowiednim do przedmiotu zamówienia i potrzeb uczestników;</w:t>
      </w:r>
    </w:p>
    <w:p w14:paraId="1E297347" w14:textId="77777777" w:rsidR="008A107A" w:rsidRPr="0064005B" w:rsidRDefault="00000000" w:rsidP="0064005B">
      <w:pPr>
        <w:pStyle w:val="Listanumerowana"/>
        <w:spacing w:after="100"/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uwzględnimy, odpowiednio do charakteru realizowanych działań, dostępność architektoniczną, cyfrową oraz informacyjno-komunikacyjną;</w:t>
      </w:r>
    </w:p>
    <w:p w14:paraId="37382C48" w14:textId="77777777" w:rsidR="008A107A" w:rsidRPr="0064005B" w:rsidRDefault="00000000" w:rsidP="0064005B">
      <w:pPr>
        <w:pStyle w:val="Listanumerowana"/>
        <w:spacing w:after="100"/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w przypadku braku możliwości zapewnienia pełnej dostępności zastosujemy odpowiednie rozwiązania zapewniające dostęp alternatywny, dostosowany do potrzeb uczestnika;</w:t>
      </w:r>
    </w:p>
    <w:p w14:paraId="0107968F" w14:textId="77777777" w:rsidR="008A107A" w:rsidRPr="0064005B" w:rsidRDefault="00000000" w:rsidP="0064005B">
      <w:pPr>
        <w:pStyle w:val="Listanumerowana"/>
        <w:spacing w:after="100"/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będziemy współpracować w zakresie zapewnienia dostępności z Zamawiającym oraz dyrektorami placówek oświatowych, w których będą prowadzone działania;</w:t>
      </w:r>
    </w:p>
    <w:p w14:paraId="1B279B9B" w14:textId="77777777" w:rsidR="008A107A" w:rsidRPr="0064005B" w:rsidRDefault="00000000" w:rsidP="0064005B">
      <w:pPr>
        <w:pStyle w:val="Listanumerowana"/>
        <w:spacing w:after="100"/>
        <w:jc w:val="both"/>
        <w:rPr>
          <w:rFonts w:ascii="Arial" w:hAnsi="Arial" w:cs="Arial"/>
        </w:rPr>
      </w:pPr>
      <w:r w:rsidRPr="0064005B">
        <w:rPr>
          <w:rFonts w:ascii="Arial" w:hAnsi="Arial" w:cs="Arial"/>
        </w:rPr>
        <w:t>na żądanie Zamawiającego przedstawimy informacje dotyczące sposobu zapewnienia dostępności oraz zastosowanych lub planowanych rozwiązań alternatywnych.</w:t>
      </w:r>
    </w:p>
    <w:p w14:paraId="598950DD" w14:textId="77777777" w:rsidR="008A107A" w:rsidRDefault="008A107A"/>
    <w:p w14:paraId="72A70DD6" w14:textId="77777777" w:rsidR="00290EED" w:rsidRDefault="00290EED">
      <w:pPr>
        <w:spacing w:after="80"/>
        <w:rPr>
          <w:b/>
        </w:rPr>
      </w:pPr>
    </w:p>
    <w:p w14:paraId="03F0258A" w14:textId="7C44B37F" w:rsidR="008A107A" w:rsidRDefault="00000000">
      <w:pPr>
        <w:spacing w:after="80"/>
      </w:pPr>
      <w:proofErr w:type="spellStart"/>
      <w:r>
        <w:rPr>
          <w:b/>
        </w:rPr>
        <w:t>Miejscowość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data: </w:t>
      </w:r>
      <w:r>
        <w:t>...................................</w:t>
      </w:r>
    </w:p>
    <w:p w14:paraId="6683DD0D" w14:textId="59945BDF" w:rsidR="008A107A" w:rsidRDefault="008A107A">
      <w:pPr>
        <w:spacing w:after="80"/>
        <w:rPr>
          <w:b/>
        </w:rPr>
      </w:pPr>
    </w:p>
    <w:p w14:paraId="19DB8E16" w14:textId="7ECDFFF1" w:rsidR="0064005B" w:rsidRDefault="0064005B" w:rsidP="0064005B">
      <w:pPr>
        <w:spacing w:after="80"/>
        <w:jc w:val="right"/>
        <w:rPr>
          <w:b/>
        </w:rPr>
      </w:pPr>
      <w:proofErr w:type="spellStart"/>
      <w:r>
        <w:rPr>
          <w:b/>
        </w:rPr>
        <w:t>Podpis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pieczęć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Oferenta</w:t>
      </w:r>
      <w:proofErr w:type="spellEnd"/>
    </w:p>
    <w:p w14:paraId="5F83C7A1" w14:textId="77777777" w:rsidR="0064005B" w:rsidRDefault="0064005B" w:rsidP="0064005B">
      <w:pPr>
        <w:spacing w:after="80"/>
        <w:jc w:val="right"/>
        <w:rPr>
          <w:b/>
        </w:rPr>
      </w:pPr>
    </w:p>
    <w:p w14:paraId="38BE6D51" w14:textId="77777777" w:rsidR="00290EED" w:rsidRDefault="00290EED" w:rsidP="0064005B">
      <w:pPr>
        <w:spacing w:after="80"/>
        <w:jc w:val="right"/>
        <w:rPr>
          <w:b/>
        </w:rPr>
      </w:pPr>
    </w:p>
    <w:p w14:paraId="38A43B0E" w14:textId="73AD28DF" w:rsidR="0064005B" w:rsidRPr="0064005B" w:rsidRDefault="0064005B" w:rsidP="0064005B">
      <w:pPr>
        <w:spacing w:after="80"/>
        <w:jc w:val="right"/>
        <w:rPr>
          <w:bCs/>
        </w:rPr>
      </w:pPr>
      <w:r w:rsidRPr="0064005B">
        <w:rPr>
          <w:bCs/>
        </w:rPr>
        <w:t>………………………………………</w:t>
      </w:r>
    </w:p>
    <w:sectPr w:rsidR="0064005B" w:rsidRPr="0064005B" w:rsidSect="00034616">
      <w:footerReference w:type="default" r:id="rId8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1E89" w14:textId="77777777" w:rsidR="007B0669" w:rsidRDefault="007B0669">
      <w:pPr>
        <w:spacing w:after="0" w:line="240" w:lineRule="auto"/>
      </w:pPr>
      <w:r>
        <w:separator/>
      </w:r>
    </w:p>
  </w:endnote>
  <w:endnote w:type="continuationSeparator" w:id="0">
    <w:p w14:paraId="1EDA25C1" w14:textId="77777777" w:rsidR="007B0669" w:rsidRDefault="007B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B69A" w14:textId="2CA6B6AB" w:rsidR="008A107A" w:rsidRDefault="008A10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44FE" w14:textId="77777777" w:rsidR="007B0669" w:rsidRDefault="007B0669">
      <w:pPr>
        <w:spacing w:after="0" w:line="240" w:lineRule="auto"/>
      </w:pPr>
      <w:r>
        <w:separator/>
      </w:r>
    </w:p>
  </w:footnote>
  <w:footnote w:type="continuationSeparator" w:id="0">
    <w:p w14:paraId="30266072" w14:textId="77777777" w:rsidR="007B0669" w:rsidRDefault="007B0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6526272">
    <w:abstractNumId w:val="8"/>
  </w:num>
  <w:num w:numId="2" w16cid:durableId="238248110">
    <w:abstractNumId w:val="6"/>
  </w:num>
  <w:num w:numId="3" w16cid:durableId="866911886">
    <w:abstractNumId w:val="5"/>
  </w:num>
  <w:num w:numId="4" w16cid:durableId="67001783">
    <w:abstractNumId w:val="4"/>
  </w:num>
  <w:num w:numId="5" w16cid:durableId="1970432841">
    <w:abstractNumId w:val="7"/>
  </w:num>
  <w:num w:numId="6" w16cid:durableId="1507015111">
    <w:abstractNumId w:val="3"/>
  </w:num>
  <w:num w:numId="7" w16cid:durableId="606733800">
    <w:abstractNumId w:val="2"/>
  </w:num>
  <w:num w:numId="8" w16cid:durableId="317809074">
    <w:abstractNumId w:val="1"/>
  </w:num>
  <w:num w:numId="9" w16cid:durableId="214546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1E4"/>
    <w:rsid w:val="00290EED"/>
    <w:rsid w:val="0029639D"/>
    <w:rsid w:val="00326F90"/>
    <w:rsid w:val="0064005B"/>
    <w:rsid w:val="006F246C"/>
    <w:rsid w:val="007B0669"/>
    <w:rsid w:val="0080008B"/>
    <w:rsid w:val="008A107A"/>
    <w:rsid w:val="00977A1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73CB2"/>
  <w14:defaultImageDpi w14:val="300"/>
  <w15:docId w15:val="{83680AC5-E01A-4419-9FC2-CB74DBE0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Oświadczenie o zapewnieniu dostępności osobom ze szczególnymi potrzebami</vt:lpstr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zapewnieniu dostępności osobom ze szczególnymi potrzebami</dc:title>
  <dc:subject/>
  <dc:creator>M365 Copilot</dc:creator>
  <cp:keywords/>
  <dc:description>generated by python-docx</dc:description>
  <cp:lastModifiedBy>Małgorzata Tobolska</cp:lastModifiedBy>
  <cp:revision>4</cp:revision>
  <cp:lastPrinted>2026-08-26T10:46:00Z</cp:lastPrinted>
  <dcterms:created xsi:type="dcterms:W3CDTF">2026-08-26T09:11:00Z</dcterms:created>
  <dcterms:modified xsi:type="dcterms:W3CDTF">2026-08-26T10:46:00Z</dcterms:modified>
  <cp:category/>
</cp:coreProperties>
</file>