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F4296" w14:textId="4B4DF651" w:rsidR="00A527F2" w:rsidRDefault="00000000" w:rsidP="00170EF2">
      <w:pPr>
        <w:jc w:val="right"/>
        <w:rPr>
          <w:rFonts w:ascii="Arial" w:hAnsi="Arial" w:cs="Arial"/>
          <w:b/>
          <w:sz w:val="22"/>
        </w:rPr>
      </w:pPr>
      <w:r w:rsidRPr="00FE182F">
        <w:rPr>
          <w:rFonts w:ascii="Arial" w:hAnsi="Arial" w:cs="Arial"/>
          <w:b/>
          <w:sz w:val="22"/>
        </w:rPr>
        <w:t>Załącznik nr 2</w:t>
      </w:r>
    </w:p>
    <w:p w14:paraId="5F53EAFB" w14:textId="77777777" w:rsidR="00170EF2" w:rsidRPr="00FE182F" w:rsidRDefault="00170EF2" w:rsidP="00170EF2">
      <w:pPr>
        <w:jc w:val="right"/>
        <w:rPr>
          <w:rFonts w:ascii="Arial" w:hAnsi="Arial" w:cs="Arial"/>
          <w:sz w:val="22"/>
        </w:rPr>
      </w:pPr>
    </w:p>
    <w:p w14:paraId="6F7A3680" w14:textId="77777777" w:rsidR="00A527F2" w:rsidRPr="0002091C" w:rsidRDefault="00000000">
      <w:pPr>
        <w:pStyle w:val="Tytu"/>
        <w:keepNext/>
        <w:jc w:val="center"/>
        <w:rPr>
          <w:rFonts w:ascii="Arial" w:hAnsi="Arial" w:cs="Arial"/>
          <w:color w:val="auto"/>
          <w:sz w:val="22"/>
          <w:szCs w:val="22"/>
        </w:rPr>
      </w:pPr>
      <w:r w:rsidRPr="0002091C">
        <w:rPr>
          <w:rFonts w:ascii="Arial" w:hAnsi="Arial" w:cs="Arial"/>
          <w:color w:val="auto"/>
          <w:sz w:val="22"/>
          <w:szCs w:val="22"/>
        </w:rPr>
        <w:t>OŚWIADCZENIE O KWALIFIKACJACH I UPRAWNIENIACH REALIZATORÓW</w:t>
      </w:r>
    </w:p>
    <w:p w14:paraId="3E89CDAD" w14:textId="3C4AD54B" w:rsidR="00A527F2" w:rsidRPr="00FE182F" w:rsidRDefault="00934AD6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</w:t>
      </w:r>
      <w:r w:rsidRPr="00FE182F">
        <w:rPr>
          <w:rFonts w:ascii="Arial" w:hAnsi="Arial" w:cs="Arial"/>
          <w:b/>
          <w:sz w:val="22"/>
        </w:rPr>
        <w:t>o</w:t>
      </w:r>
      <w:r>
        <w:rPr>
          <w:rFonts w:ascii="Arial" w:hAnsi="Arial" w:cs="Arial"/>
          <w:b/>
          <w:sz w:val="22"/>
        </w:rPr>
        <w:t xml:space="preserve"> </w:t>
      </w:r>
      <w:r w:rsidRPr="00FE182F">
        <w:rPr>
          <w:rFonts w:ascii="Arial" w:hAnsi="Arial" w:cs="Arial"/>
          <w:b/>
          <w:sz w:val="22"/>
        </w:rPr>
        <w:t>zapytania ofertowego nr OSS.271.1.</w:t>
      </w:r>
      <w:r w:rsidR="002D2E33">
        <w:rPr>
          <w:rFonts w:ascii="Arial" w:hAnsi="Arial" w:cs="Arial"/>
          <w:b/>
          <w:sz w:val="22"/>
        </w:rPr>
        <w:t>1</w:t>
      </w:r>
      <w:r w:rsidR="00190471">
        <w:rPr>
          <w:rFonts w:ascii="Arial" w:hAnsi="Arial" w:cs="Arial"/>
          <w:b/>
          <w:sz w:val="22"/>
        </w:rPr>
        <w:t>1</w:t>
      </w:r>
      <w:r w:rsidRPr="00FE182F">
        <w:rPr>
          <w:rFonts w:ascii="Arial" w:hAnsi="Arial" w:cs="Arial"/>
          <w:b/>
          <w:sz w:val="22"/>
        </w:rPr>
        <w:t>.2026</w:t>
      </w:r>
    </w:p>
    <w:p w14:paraId="47A44562" w14:textId="77777777" w:rsidR="00A527F2" w:rsidRPr="00FE182F" w:rsidRDefault="00000000">
      <w:pPr>
        <w:spacing w:after="40"/>
        <w:rPr>
          <w:rFonts w:ascii="Arial" w:hAnsi="Arial" w:cs="Arial"/>
          <w:sz w:val="22"/>
        </w:rPr>
      </w:pPr>
      <w:r w:rsidRPr="00FE182F">
        <w:rPr>
          <w:rFonts w:ascii="Arial" w:hAnsi="Arial" w:cs="Arial"/>
          <w:b/>
          <w:sz w:val="22"/>
        </w:rPr>
        <w:t xml:space="preserve">Ja/My, niżej podpisany/a/i: </w:t>
      </w: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</w:t>
      </w:r>
    </w:p>
    <w:p w14:paraId="04068AC9" w14:textId="77777777" w:rsidR="00A527F2" w:rsidRPr="00FE182F" w:rsidRDefault="00000000">
      <w:pPr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</w:t>
      </w:r>
    </w:p>
    <w:p w14:paraId="0A06EDC1" w14:textId="77777777" w:rsidR="00A527F2" w:rsidRPr="00FE182F" w:rsidRDefault="00000000">
      <w:pPr>
        <w:spacing w:after="40"/>
        <w:rPr>
          <w:rFonts w:ascii="Arial" w:hAnsi="Arial" w:cs="Arial"/>
          <w:sz w:val="22"/>
        </w:rPr>
      </w:pPr>
      <w:r w:rsidRPr="00FE182F">
        <w:rPr>
          <w:rFonts w:ascii="Arial" w:hAnsi="Arial" w:cs="Arial"/>
          <w:b/>
          <w:sz w:val="22"/>
        </w:rPr>
        <w:t xml:space="preserve">działając w imieniu: </w:t>
      </w: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</w:t>
      </w:r>
    </w:p>
    <w:p w14:paraId="46DBC973" w14:textId="77777777" w:rsidR="00A527F2" w:rsidRPr="00FE182F" w:rsidRDefault="00000000">
      <w:pPr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</w:t>
      </w:r>
    </w:p>
    <w:p w14:paraId="78CC0D6D" w14:textId="77777777" w:rsidR="00A527F2" w:rsidRPr="00FE182F" w:rsidRDefault="00000000">
      <w:pPr>
        <w:jc w:val="center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(nazwa i adres Oferenta)</w:t>
      </w:r>
    </w:p>
    <w:p w14:paraId="472C07D5" w14:textId="77777777" w:rsidR="00A527F2" w:rsidRPr="00FE182F" w:rsidRDefault="00000000">
      <w:pPr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oświadczam/y, że osoby przewidziane do realizacji programów profilaktycznych:</w:t>
      </w:r>
    </w:p>
    <w:p w14:paraId="7F354C51" w14:textId="77777777" w:rsidR="00A527F2" w:rsidRPr="00FE182F" w:rsidRDefault="00000000" w:rsidP="007B64C4">
      <w:pPr>
        <w:pStyle w:val="Listanumerowana"/>
        <w:numPr>
          <w:ilvl w:val="0"/>
          <w:numId w:val="20"/>
        </w:num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posiadają wykształcenie, wiedzę, doświadczenie i kwalifikacje odpowiednie do powierzonych działań;</w:t>
      </w:r>
    </w:p>
    <w:p w14:paraId="3ABDCCBE" w14:textId="77777777" w:rsidR="00A527F2" w:rsidRPr="00FE182F" w:rsidRDefault="00000000" w:rsidP="007B64C4">
      <w:pPr>
        <w:pStyle w:val="Listanumerowana"/>
        <w:numPr>
          <w:ilvl w:val="0"/>
          <w:numId w:val="20"/>
        </w:num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posiadają aktualne dokumenty potwierdzające uprawnienia do prowadzenia oferowanych programów;</w:t>
      </w:r>
    </w:p>
    <w:p w14:paraId="1E645EAE" w14:textId="56308CA5" w:rsidR="00A527F2" w:rsidRPr="00FE182F" w:rsidRDefault="00000000" w:rsidP="007B64C4">
      <w:pPr>
        <w:pStyle w:val="Listanumerowana"/>
        <w:numPr>
          <w:ilvl w:val="0"/>
          <w:numId w:val="20"/>
        </w:num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 xml:space="preserve">zostały przygotowane do realizacji programów zgodnie z ich założeniami, scenariuszami </w:t>
      </w:r>
      <w:r w:rsidR="007B64C4">
        <w:rPr>
          <w:rFonts w:ascii="Arial" w:hAnsi="Arial" w:cs="Arial"/>
          <w:sz w:val="22"/>
        </w:rPr>
        <w:br/>
      </w:r>
      <w:r w:rsidRPr="00FE182F">
        <w:rPr>
          <w:rFonts w:ascii="Arial" w:hAnsi="Arial" w:cs="Arial"/>
          <w:sz w:val="22"/>
        </w:rPr>
        <w:t>i standardami;</w:t>
      </w:r>
    </w:p>
    <w:p w14:paraId="0B9101E5" w14:textId="77777777" w:rsidR="00A527F2" w:rsidRPr="00FE182F" w:rsidRDefault="00000000" w:rsidP="007B64C4">
      <w:pPr>
        <w:pStyle w:val="Listanumerowana"/>
        <w:numPr>
          <w:ilvl w:val="0"/>
          <w:numId w:val="20"/>
        </w:num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posiadają doświadczenie w prowadzeniu działań dla dzieci, młodzieży, rodziców lub nauczycieli;</w:t>
      </w:r>
    </w:p>
    <w:p w14:paraId="55026902" w14:textId="77777777" w:rsidR="00A527F2" w:rsidRPr="00FE182F" w:rsidRDefault="00000000" w:rsidP="007B64C4">
      <w:pPr>
        <w:pStyle w:val="Listanumerowana"/>
        <w:numPr>
          <w:ilvl w:val="0"/>
          <w:numId w:val="20"/>
        </w:num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będą realizować zajęcia wyłącznie w zakresie posiadanych kwalifikacji i uprawnień;</w:t>
      </w:r>
    </w:p>
    <w:p w14:paraId="5883621E" w14:textId="77777777" w:rsidR="00A527F2" w:rsidRDefault="00000000" w:rsidP="007B64C4">
      <w:pPr>
        <w:pStyle w:val="Listanumerowana"/>
        <w:numPr>
          <w:ilvl w:val="0"/>
          <w:numId w:val="20"/>
        </w:num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zostały albo przed rozpoczęciem realizacji zadania zostaną zweryfikowane zgodnie z przepisami dotyczącymi ochrony małoletnich.</w:t>
      </w:r>
    </w:p>
    <w:p w14:paraId="394C491F" w14:textId="77777777" w:rsidR="0002091C" w:rsidRDefault="0002091C" w:rsidP="0002091C">
      <w:pPr>
        <w:pStyle w:val="Listanumerowana"/>
        <w:numPr>
          <w:ilvl w:val="0"/>
          <w:numId w:val="0"/>
        </w:numPr>
        <w:rPr>
          <w:rFonts w:ascii="Arial" w:hAnsi="Arial" w:cs="Arial"/>
          <w:sz w:val="22"/>
        </w:rPr>
      </w:pPr>
    </w:p>
    <w:p w14:paraId="4358046C" w14:textId="4B314D4A" w:rsidR="00A527F2" w:rsidRPr="0002091C" w:rsidRDefault="0002091C" w:rsidP="0002091C">
      <w:pPr>
        <w:pStyle w:val="Listanumerowana"/>
        <w:numPr>
          <w:ilvl w:val="0"/>
          <w:numId w:val="0"/>
        </w:numPr>
        <w:rPr>
          <w:rFonts w:ascii="Arial" w:hAnsi="Arial" w:cs="Arial"/>
          <w:b/>
          <w:bCs/>
          <w:sz w:val="22"/>
        </w:rPr>
      </w:pPr>
      <w:r w:rsidRPr="0002091C">
        <w:rPr>
          <w:rFonts w:ascii="Arial" w:hAnsi="Arial" w:cs="Arial"/>
          <w:b/>
          <w:bCs/>
          <w:sz w:val="22"/>
        </w:rPr>
        <w:t>Wykaz real</w:t>
      </w:r>
      <w:r w:rsidR="009434D9">
        <w:rPr>
          <w:rFonts w:ascii="Arial" w:hAnsi="Arial" w:cs="Arial"/>
          <w:b/>
          <w:bCs/>
          <w:sz w:val="22"/>
        </w:rPr>
        <w:t>izato</w:t>
      </w:r>
      <w:r w:rsidRPr="0002091C">
        <w:rPr>
          <w:rFonts w:ascii="Arial" w:hAnsi="Arial" w:cs="Arial"/>
          <w:b/>
          <w:bCs/>
          <w:sz w:val="22"/>
        </w:rPr>
        <w:t xml:space="preserve">rów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1785"/>
        <w:gridCol w:w="1863"/>
        <w:gridCol w:w="1896"/>
        <w:gridCol w:w="2340"/>
        <w:gridCol w:w="1758"/>
      </w:tblGrid>
      <w:tr w:rsidR="00A527F2" w:rsidRPr="00FE182F" w14:paraId="5A02D3C3" w14:textId="77777777">
        <w:trPr>
          <w:cantSplit/>
          <w:tblHeader/>
          <w:jc w:val="center"/>
        </w:trPr>
        <w:tc>
          <w:tcPr>
            <w:tcW w:w="45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E6FD0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044A78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>Imię i nazwisko</w:t>
            </w:r>
          </w:p>
        </w:tc>
        <w:tc>
          <w:tcPr>
            <w:tcW w:w="187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99125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>Wykształcenie</w:t>
            </w:r>
          </w:p>
        </w:tc>
        <w:tc>
          <w:tcPr>
            <w:tcW w:w="192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21116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>Nazwa programu</w:t>
            </w:r>
          </w:p>
        </w:tc>
        <w:tc>
          <w:tcPr>
            <w:tcW w:w="238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627E7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>Kwalifikacje i uprawnienia</w:t>
            </w:r>
          </w:p>
        </w:tc>
        <w:tc>
          <w:tcPr>
            <w:tcW w:w="170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F57127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>Doświadczenie</w:t>
            </w:r>
          </w:p>
        </w:tc>
      </w:tr>
      <w:tr w:rsidR="00A527F2" w:rsidRPr="00FE182F" w14:paraId="20147224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2BD93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AF9328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D4ECE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B5168A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EA6F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C73A4D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  <w:tr w:rsidR="00A527F2" w:rsidRPr="00FE182F" w14:paraId="29453E71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6BA492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5588A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72AEBB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A5F481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A1D806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92BE1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  <w:tr w:rsidR="00A527F2" w:rsidRPr="00FE182F" w14:paraId="52EECC52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793783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37ADA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CC402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826CB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94F7B6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FE347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  <w:tr w:rsidR="00A527F2" w:rsidRPr="00FE182F" w14:paraId="575D3DF4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1421A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F1B0E4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C05AC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12987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6ECB64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D98D6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</w:tbl>
    <w:p w14:paraId="2F1EAF5B" w14:textId="77777777" w:rsidR="00A527F2" w:rsidRDefault="00A527F2">
      <w:pPr>
        <w:spacing w:after="0"/>
        <w:rPr>
          <w:rFonts w:ascii="Arial" w:hAnsi="Arial" w:cs="Arial"/>
          <w:sz w:val="22"/>
        </w:rPr>
      </w:pPr>
    </w:p>
    <w:p w14:paraId="0F0EA680" w14:textId="40163393" w:rsidR="00C377F0" w:rsidRDefault="0002091C" w:rsidP="00C377F0">
      <w:pPr>
        <w:spacing w:after="0"/>
        <w:rPr>
          <w:rFonts w:ascii="Arial" w:hAnsi="Arial" w:cs="Arial"/>
          <w:b/>
          <w:bCs/>
          <w:sz w:val="22"/>
        </w:rPr>
      </w:pPr>
      <w:r w:rsidRPr="00C377F0">
        <w:rPr>
          <w:rFonts w:ascii="Arial" w:hAnsi="Arial" w:cs="Arial"/>
          <w:b/>
          <w:bCs/>
          <w:sz w:val="22"/>
        </w:rPr>
        <w:t xml:space="preserve">Dokumenty </w:t>
      </w:r>
      <w:r w:rsidR="00C377F0" w:rsidRPr="00C377F0">
        <w:rPr>
          <w:rFonts w:ascii="Arial" w:hAnsi="Arial" w:cs="Arial"/>
          <w:b/>
          <w:bCs/>
          <w:sz w:val="22"/>
        </w:rPr>
        <w:t xml:space="preserve">potwierdzające kwalifikacje </w:t>
      </w:r>
    </w:p>
    <w:p w14:paraId="6365A4EA" w14:textId="77777777" w:rsidR="00C377F0" w:rsidRPr="00C377F0" w:rsidRDefault="00C377F0" w:rsidP="00C377F0">
      <w:pPr>
        <w:spacing w:after="0"/>
        <w:rPr>
          <w:rFonts w:ascii="Arial" w:hAnsi="Arial" w:cs="Arial"/>
          <w:b/>
          <w:bCs/>
          <w:sz w:val="22"/>
        </w:rPr>
      </w:pPr>
    </w:p>
    <w:p w14:paraId="15CF06C7" w14:textId="7BC6A757" w:rsidR="00A527F2" w:rsidRPr="00FE182F" w:rsidRDefault="00000000">
      <w:pPr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Do oferty załączono kopie właściwych dokumentów, w szczególności:</w:t>
      </w:r>
    </w:p>
    <w:p w14:paraId="4243C06F" w14:textId="77777777" w:rsidR="00A527F2" w:rsidRPr="00FE182F" w:rsidRDefault="00000000">
      <w:pPr>
        <w:pStyle w:val="Listapunktowana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dyplomów potwierdzających wykształcenie;</w:t>
      </w:r>
    </w:p>
    <w:p w14:paraId="3C3A2862" w14:textId="77777777" w:rsidR="00A527F2" w:rsidRPr="00FE182F" w:rsidRDefault="00000000">
      <w:pPr>
        <w:pStyle w:val="Listapunktowana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certyfikatów i zaświadczeń uprawniających do realizacji programów;</w:t>
      </w:r>
    </w:p>
    <w:p w14:paraId="1E2C0B13" w14:textId="77777777" w:rsidR="00A527F2" w:rsidRPr="00FE182F" w:rsidRDefault="00000000">
      <w:pPr>
        <w:pStyle w:val="Listapunktowana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dokumentów potwierdzających ukończenie wymaganych szkoleń;</w:t>
      </w:r>
    </w:p>
    <w:p w14:paraId="1AB198B8" w14:textId="77777777" w:rsidR="00A527F2" w:rsidRPr="00FE182F" w:rsidRDefault="00000000">
      <w:pPr>
        <w:pStyle w:val="Listapunktowana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innych dokumentów potwierdzających doświadczenie i przygotowanie realizatorów.</w:t>
      </w:r>
    </w:p>
    <w:p w14:paraId="2A3C82E4" w14:textId="77777777" w:rsidR="00A527F2" w:rsidRPr="00FE182F" w:rsidRDefault="00000000" w:rsidP="008E24F1">
      <w:p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lastRenderedPageBreak/>
        <w:t>Kopie dokumentów zostały potwierdzone za zgodność z oryginałem przez osobę uprawnioną do reprezentowania Oferenta.</w:t>
      </w:r>
    </w:p>
    <w:p w14:paraId="6E763992" w14:textId="77777777" w:rsidR="00A527F2" w:rsidRPr="00FE182F" w:rsidRDefault="00000000" w:rsidP="008E24F1">
      <w:pPr>
        <w:jc w:val="both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Oświadczam/y, że informacje podane w niniejszym oświadczeniu są zgodne ze stanem faktycznym oraz że jesteśmy świadomi odpowiedzialności za złożenie nieprawdziwego oświadczenia.</w:t>
      </w:r>
    </w:p>
    <w:p w14:paraId="239FF3B1" w14:textId="77777777" w:rsidR="007B64C4" w:rsidRDefault="007B64C4" w:rsidP="007B64C4">
      <w:pPr>
        <w:spacing w:after="40"/>
        <w:rPr>
          <w:rFonts w:ascii="Arial" w:hAnsi="Arial" w:cs="Arial"/>
          <w:b/>
          <w:sz w:val="22"/>
        </w:rPr>
      </w:pPr>
    </w:p>
    <w:p w14:paraId="6F8A718D" w14:textId="77777777" w:rsidR="008E24F1" w:rsidRDefault="008E24F1" w:rsidP="007B64C4">
      <w:pPr>
        <w:spacing w:after="40"/>
        <w:rPr>
          <w:rFonts w:ascii="Arial" w:hAnsi="Arial" w:cs="Arial"/>
          <w:b/>
          <w:sz w:val="22"/>
        </w:rPr>
      </w:pPr>
    </w:p>
    <w:p w14:paraId="281955BE" w14:textId="77777777" w:rsidR="007B64C4" w:rsidRDefault="007B64C4" w:rsidP="007B64C4">
      <w:pPr>
        <w:spacing w:after="40"/>
        <w:rPr>
          <w:rFonts w:ascii="Arial" w:hAnsi="Arial" w:cs="Arial"/>
          <w:b/>
          <w:sz w:val="22"/>
        </w:rPr>
      </w:pPr>
    </w:p>
    <w:p w14:paraId="2818C7B5" w14:textId="4A548905" w:rsidR="007B64C4" w:rsidRPr="008E24F1" w:rsidRDefault="007B64C4" w:rsidP="007B64C4">
      <w:pPr>
        <w:spacing w:after="40"/>
        <w:rPr>
          <w:rFonts w:ascii="Arial" w:hAnsi="Arial" w:cs="Arial"/>
          <w:b/>
          <w:sz w:val="22"/>
        </w:rPr>
      </w:pPr>
      <w:r w:rsidRPr="008E24F1">
        <w:rPr>
          <w:rFonts w:ascii="Arial" w:hAnsi="Arial" w:cs="Arial"/>
          <w:b/>
          <w:sz w:val="22"/>
        </w:rPr>
        <w:t>Miejscowość i data: .................................</w:t>
      </w:r>
    </w:p>
    <w:p w14:paraId="4157F6D2" w14:textId="77777777" w:rsidR="00C377F0" w:rsidRDefault="00C377F0">
      <w:pPr>
        <w:spacing w:after="40"/>
        <w:rPr>
          <w:rFonts w:ascii="Arial" w:hAnsi="Arial" w:cs="Arial"/>
          <w:b/>
          <w:sz w:val="22"/>
        </w:rPr>
      </w:pPr>
    </w:p>
    <w:p w14:paraId="56EBD4D3" w14:textId="77777777" w:rsidR="00C377F0" w:rsidRDefault="00C377F0">
      <w:pPr>
        <w:spacing w:after="40"/>
        <w:rPr>
          <w:rFonts w:ascii="Arial" w:hAnsi="Arial" w:cs="Arial"/>
          <w:b/>
          <w:sz w:val="22"/>
        </w:rPr>
      </w:pPr>
    </w:p>
    <w:p w14:paraId="414F569E" w14:textId="26A0C3E0" w:rsidR="00C377F0" w:rsidRDefault="00000000" w:rsidP="00C377F0">
      <w:pPr>
        <w:spacing w:after="40"/>
        <w:jc w:val="right"/>
        <w:rPr>
          <w:rFonts w:ascii="Arial" w:hAnsi="Arial" w:cs="Arial"/>
          <w:b/>
          <w:sz w:val="22"/>
        </w:rPr>
      </w:pPr>
      <w:r w:rsidRPr="00FE182F">
        <w:rPr>
          <w:rFonts w:ascii="Arial" w:hAnsi="Arial" w:cs="Arial"/>
          <w:b/>
          <w:sz w:val="22"/>
        </w:rPr>
        <w:t xml:space="preserve">Podpis </w:t>
      </w:r>
      <w:r w:rsidR="008E24F1">
        <w:rPr>
          <w:rFonts w:ascii="Arial" w:hAnsi="Arial" w:cs="Arial"/>
          <w:b/>
          <w:sz w:val="22"/>
        </w:rPr>
        <w:t xml:space="preserve">i pieczęć </w:t>
      </w:r>
      <w:r w:rsidRPr="00FE182F">
        <w:rPr>
          <w:rFonts w:ascii="Arial" w:hAnsi="Arial" w:cs="Arial"/>
          <w:b/>
          <w:sz w:val="22"/>
        </w:rPr>
        <w:t>Oferenta</w:t>
      </w:r>
    </w:p>
    <w:p w14:paraId="383CEB49" w14:textId="77777777" w:rsidR="008E24F1" w:rsidRDefault="008E24F1" w:rsidP="00C377F0">
      <w:pPr>
        <w:spacing w:after="40"/>
        <w:jc w:val="right"/>
        <w:rPr>
          <w:rFonts w:ascii="Arial" w:hAnsi="Arial" w:cs="Arial"/>
          <w:b/>
          <w:sz w:val="22"/>
        </w:rPr>
      </w:pPr>
    </w:p>
    <w:p w14:paraId="684FD9C5" w14:textId="77777777" w:rsidR="00C377F0" w:rsidRDefault="00C377F0" w:rsidP="00C377F0">
      <w:pPr>
        <w:spacing w:after="40"/>
        <w:jc w:val="right"/>
        <w:rPr>
          <w:rFonts w:ascii="Arial" w:hAnsi="Arial" w:cs="Arial"/>
          <w:b/>
          <w:sz w:val="22"/>
        </w:rPr>
      </w:pPr>
    </w:p>
    <w:p w14:paraId="2A237EE5" w14:textId="57CE78DD" w:rsidR="00A527F2" w:rsidRPr="00FE182F" w:rsidRDefault="00000000" w:rsidP="00C377F0">
      <w:pPr>
        <w:spacing w:after="40"/>
        <w:jc w:val="right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............................................</w:t>
      </w:r>
    </w:p>
    <w:p w14:paraId="2EC7E3FF" w14:textId="316A82EA" w:rsidR="00A527F2" w:rsidRPr="00FE182F" w:rsidRDefault="00A527F2" w:rsidP="00170EF2">
      <w:pPr>
        <w:rPr>
          <w:rFonts w:ascii="Arial" w:hAnsi="Arial" w:cs="Arial"/>
          <w:sz w:val="22"/>
        </w:rPr>
      </w:pPr>
    </w:p>
    <w:sectPr w:rsidR="00A527F2" w:rsidRPr="00FE182F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042FE" w14:textId="77777777" w:rsidR="00AB5C5F" w:rsidRDefault="00AB5C5F">
      <w:pPr>
        <w:spacing w:after="0" w:line="240" w:lineRule="auto"/>
      </w:pPr>
      <w:r>
        <w:separator/>
      </w:r>
    </w:p>
  </w:endnote>
  <w:endnote w:type="continuationSeparator" w:id="0">
    <w:p w14:paraId="32B3CC7E" w14:textId="77777777" w:rsidR="00AB5C5F" w:rsidRDefault="00AB5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0397" w14:textId="21A299EF" w:rsidR="00A527F2" w:rsidRDefault="00A527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936A" w14:textId="77777777" w:rsidR="00AB5C5F" w:rsidRDefault="00AB5C5F">
      <w:pPr>
        <w:spacing w:after="0" w:line="240" w:lineRule="auto"/>
      </w:pPr>
      <w:r>
        <w:separator/>
      </w:r>
    </w:p>
  </w:footnote>
  <w:footnote w:type="continuationSeparator" w:id="0">
    <w:p w14:paraId="5116170B" w14:textId="77777777" w:rsidR="00AB5C5F" w:rsidRDefault="00AB5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57EE3" w14:textId="30B2694D" w:rsidR="00A527F2" w:rsidRDefault="00A527F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0809E1"/>
    <w:multiLevelType w:val="hybridMultilevel"/>
    <w:tmpl w:val="644E8F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F76D7A"/>
    <w:multiLevelType w:val="hybridMultilevel"/>
    <w:tmpl w:val="648825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44290A"/>
    <w:multiLevelType w:val="hybridMultilevel"/>
    <w:tmpl w:val="3EA6B8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667DE2"/>
    <w:multiLevelType w:val="hybridMultilevel"/>
    <w:tmpl w:val="4820548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403CC3"/>
    <w:multiLevelType w:val="hybridMultilevel"/>
    <w:tmpl w:val="A3A439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E558C4"/>
    <w:multiLevelType w:val="hybridMultilevel"/>
    <w:tmpl w:val="5414FB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BB1226"/>
    <w:multiLevelType w:val="hybridMultilevel"/>
    <w:tmpl w:val="03D436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ED6FE2"/>
    <w:multiLevelType w:val="hybridMultilevel"/>
    <w:tmpl w:val="12E88D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D33C5F"/>
    <w:multiLevelType w:val="hybridMultilevel"/>
    <w:tmpl w:val="A13AC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ED5B92"/>
    <w:multiLevelType w:val="hybridMultilevel"/>
    <w:tmpl w:val="5F6298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87172C"/>
    <w:multiLevelType w:val="hybridMultilevel"/>
    <w:tmpl w:val="703655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C0D4E"/>
    <w:multiLevelType w:val="hybridMultilevel"/>
    <w:tmpl w:val="D9D437C4"/>
    <w:lvl w:ilvl="0" w:tplc="C750D23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6858922">
    <w:abstractNumId w:val="8"/>
  </w:num>
  <w:num w:numId="2" w16cid:durableId="343358127">
    <w:abstractNumId w:val="6"/>
  </w:num>
  <w:num w:numId="3" w16cid:durableId="1481193470">
    <w:abstractNumId w:val="5"/>
  </w:num>
  <w:num w:numId="4" w16cid:durableId="13314107">
    <w:abstractNumId w:val="4"/>
  </w:num>
  <w:num w:numId="5" w16cid:durableId="528688800">
    <w:abstractNumId w:val="7"/>
  </w:num>
  <w:num w:numId="6" w16cid:durableId="857818734">
    <w:abstractNumId w:val="3"/>
  </w:num>
  <w:num w:numId="7" w16cid:durableId="508298021">
    <w:abstractNumId w:val="2"/>
  </w:num>
  <w:num w:numId="8" w16cid:durableId="897982077">
    <w:abstractNumId w:val="1"/>
  </w:num>
  <w:num w:numId="9" w16cid:durableId="1465001013">
    <w:abstractNumId w:val="0"/>
  </w:num>
  <w:num w:numId="10" w16cid:durableId="2036416407">
    <w:abstractNumId w:val="11"/>
  </w:num>
  <w:num w:numId="11" w16cid:durableId="1087113023">
    <w:abstractNumId w:val="12"/>
  </w:num>
  <w:num w:numId="12" w16cid:durableId="169418826">
    <w:abstractNumId w:val="19"/>
  </w:num>
  <w:num w:numId="13" w16cid:durableId="1943994617">
    <w:abstractNumId w:val="15"/>
  </w:num>
  <w:num w:numId="14" w16cid:durableId="337848702">
    <w:abstractNumId w:val="20"/>
  </w:num>
  <w:num w:numId="15" w16cid:durableId="1363744817">
    <w:abstractNumId w:val="14"/>
  </w:num>
  <w:num w:numId="16" w16cid:durableId="1185482149">
    <w:abstractNumId w:val="13"/>
  </w:num>
  <w:num w:numId="17" w16cid:durableId="1571379338">
    <w:abstractNumId w:val="16"/>
  </w:num>
  <w:num w:numId="18" w16cid:durableId="912397530">
    <w:abstractNumId w:val="10"/>
  </w:num>
  <w:num w:numId="19" w16cid:durableId="1534687412">
    <w:abstractNumId w:val="17"/>
  </w:num>
  <w:num w:numId="20" w16cid:durableId="1138647442">
    <w:abstractNumId w:val="18"/>
  </w:num>
  <w:num w:numId="21" w16cid:durableId="2897491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91C"/>
    <w:rsid w:val="00027AE4"/>
    <w:rsid w:val="00034616"/>
    <w:rsid w:val="0006063C"/>
    <w:rsid w:val="00095A20"/>
    <w:rsid w:val="000D72B7"/>
    <w:rsid w:val="0015074B"/>
    <w:rsid w:val="00170EF2"/>
    <w:rsid w:val="00182315"/>
    <w:rsid w:val="00190471"/>
    <w:rsid w:val="001B0673"/>
    <w:rsid w:val="0022411E"/>
    <w:rsid w:val="0029639D"/>
    <w:rsid w:val="002D2E33"/>
    <w:rsid w:val="00326F90"/>
    <w:rsid w:val="00403F00"/>
    <w:rsid w:val="00587179"/>
    <w:rsid w:val="0059027C"/>
    <w:rsid w:val="00597696"/>
    <w:rsid w:val="005E0693"/>
    <w:rsid w:val="00602F26"/>
    <w:rsid w:val="006663E8"/>
    <w:rsid w:val="006916D6"/>
    <w:rsid w:val="00742170"/>
    <w:rsid w:val="00746FC3"/>
    <w:rsid w:val="00794111"/>
    <w:rsid w:val="007B64C4"/>
    <w:rsid w:val="007E3A5F"/>
    <w:rsid w:val="0080761E"/>
    <w:rsid w:val="008E24F1"/>
    <w:rsid w:val="00934AD6"/>
    <w:rsid w:val="009434D9"/>
    <w:rsid w:val="009C5F84"/>
    <w:rsid w:val="00A527F2"/>
    <w:rsid w:val="00A77219"/>
    <w:rsid w:val="00AA1D8D"/>
    <w:rsid w:val="00AB5C5F"/>
    <w:rsid w:val="00B02FA0"/>
    <w:rsid w:val="00B31B37"/>
    <w:rsid w:val="00B47730"/>
    <w:rsid w:val="00B56B84"/>
    <w:rsid w:val="00C16954"/>
    <w:rsid w:val="00C377F0"/>
    <w:rsid w:val="00CA4584"/>
    <w:rsid w:val="00CB0664"/>
    <w:rsid w:val="00CE0589"/>
    <w:rsid w:val="00D25CD3"/>
    <w:rsid w:val="00DA13ED"/>
    <w:rsid w:val="00DC606A"/>
    <w:rsid w:val="00E73A49"/>
    <w:rsid w:val="00F46255"/>
    <w:rsid w:val="00F87A6D"/>
    <w:rsid w:val="00F9426C"/>
    <w:rsid w:val="00FC693F"/>
    <w:rsid w:val="00F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24851"/>
  <w14:defaultImageDpi w14:val="300"/>
  <w15:docId w15:val="{3F66D4BF-351A-4386-8B36-7499F6AF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A458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4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Zapytanie ofertowe – programy profilaktyczne – Gmina Gołdap</vt:lpstr>
      <vt:lpstr/>
    </vt:vector>
  </TitlesOfParts>
  <Manager/>
  <Company/>
  <LinksUpToDate>false</LinksUpToDate>
  <CharactersWithSpaces>2306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– programy profilaktyczne – Gmina Gołdap</dc:title>
  <dc:subject>Wersja edytowalna zapytania ofertowego wraz z trzema załącznikami</dc:subject>
  <dc:creator>M365 Copilot</dc:creator>
  <cp:keywords/>
  <dc:description>generated by python-docx</dc:description>
  <cp:lastModifiedBy>Małgorzata Tobolska</cp:lastModifiedBy>
  <cp:revision>25</cp:revision>
  <cp:lastPrinted>2026-08-31T11:34:00Z</cp:lastPrinted>
  <dcterms:created xsi:type="dcterms:W3CDTF">2026-08-25T10:54:00Z</dcterms:created>
  <dcterms:modified xsi:type="dcterms:W3CDTF">2026-09-04T06:50:00Z</dcterms:modified>
  <cp:category/>
</cp:coreProperties>
</file>