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26815" w14:textId="12A018A1" w:rsidR="00A527F2" w:rsidRDefault="00000000" w:rsidP="000D592C">
      <w:pPr>
        <w:jc w:val="right"/>
        <w:rPr>
          <w:rFonts w:ascii="Arial" w:hAnsi="Arial" w:cs="Arial"/>
          <w:b/>
          <w:sz w:val="22"/>
        </w:rPr>
      </w:pPr>
      <w:proofErr w:type="spellStart"/>
      <w:r w:rsidRPr="00FE182F">
        <w:rPr>
          <w:rFonts w:ascii="Arial" w:hAnsi="Arial" w:cs="Arial"/>
          <w:b/>
          <w:sz w:val="22"/>
        </w:rPr>
        <w:t>Załącznik</w:t>
      </w:r>
      <w:proofErr w:type="spellEnd"/>
      <w:r w:rsidRPr="00FE182F">
        <w:rPr>
          <w:rFonts w:ascii="Arial" w:hAnsi="Arial" w:cs="Arial"/>
          <w:b/>
          <w:sz w:val="22"/>
        </w:rPr>
        <w:t xml:space="preserve"> nr 3</w:t>
      </w:r>
    </w:p>
    <w:p w14:paraId="2BCD4C2F" w14:textId="77777777" w:rsidR="000D592C" w:rsidRPr="00FE182F" w:rsidRDefault="000D592C" w:rsidP="000D592C">
      <w:pPr>
        <w:jc w:val="right"/>
        <w:rPr>
          <w:rFonts w:ascii="Arial" w:hAnsi="Arial" w:cs="Arial"/>
          <w:sz w:val="22"/>
        </w:rPr>
      </w:pPr>
    </w:p>
    <w:p w14:paraId="36DFBB2E" w14:textId="77777777" w:rsidR="00A527F2" w:rsidRPr="00C377F0" w:rsidRDefault="00000000">
      <w:pPr>
        <w:pStyle w:val="Tytu"/>
        <w:keepNext/>
        <w:jc w:val="center"/>
        <w:rPr>
          <w:rFonts w:ascii="Arial" w:hAnsi="Arial" w:cs="Arial"/>
          <w:color w:val="auto"/>
          <w:sz w:val="22"/>
          <w:szCs w:val="22"/>
        </w:rPr>
      </w:pPr>
      <w:r w:rsidRPr="00C377F0">
        <w:rPr>
          <w:rFonts w:ascii="Arial" w:hAnsi="Arial" w:cs="Arial"/>
          <w:color w:val="auto"/>
          <w:sz w:val="22"/>
          <w:szCs w:val="22"/>
        </w:rPr>
        <w:t>OŚWIADCZENIE O DOŚWIADCZENIU OFERENTA</w:t>
      </w:r>
    </w:p>
    <w:p w14:paraId="401CAD7A" w14:textId="4B2F81F2" w:rsidR="00A527F2" w:rsidRPr="00FE182F" w:rsidRDefault="00000000">
      <w:pPr>
        <w:jc w:val="center"/>
        <w:rPr>
          <w:rFonts w:ascii="Arial" w:hAnsi="Arial" w:cs="Arial"/>
          <w:sz w:val="22"/>
        </w:rPr>
      </w:pPr>
      <w:proofErr w:type="spellStart"/>
      <w:r w:rsidRPr="00FE182F">
        <w:rPr>
          <w:rFonts w:ascii="Arial" w:hAnsi="Arial" w:cs="Arial"/>
          <w:b/>
          <w:sz w:val="22"/>
        </w:rPr>
        <w:t>do</w:t>
      </w:r>
      <w:proofErr w:type="spellEnd"/>
      <w:r w:rsidRPr="00FE182F">
        <w:rPr>
          <w:rFonts w:ascii="Arial" w:hAnsi="Arial" w:cs="Arial"/>
          <w:b/>
          <w:sz w:val="22"/>
        </w:rPr>
        <w:t xml:space="preserve"> </w:t>
      </w:r>
      <w:proofErr w:type="spellStart"/>
      <w:r w:rsidRPr="00FE182F">
        <w:rPr>
          <w:rFonts w:ascii="Arial" w:hAnsi="Arial" w:cs="Arial"/>
          <w:b/>
          <w:sz w:val="22"/>
        </w:rPr>
        <w:t>zapytania</w:t>
      </w:r>
      <w:proofErr w:type="spellEnd"/>
      <w:r w:rsidRPr="00FE182F">
        <w:rPr>
          <w:rFonts w:ascii="Arial" w:hAnsi="Arial" w:cs="Arial"/>
          <w:b/>
          <w:sz w:val="22"/>
        </w:rPr>
        <w:t xml:space="preserve"> </w:t>
      </w:r>
      <w:proofErr w:type="spellStart"/>
      <w:r w:rsidRPr="00FE182F">
        <w:rPr>
          <w:rFonts w:ascii="Arial" w:hAnsi="Arial" w:cs="Arial"/>
          <w:b/>
          <w:sz w:val="22"/>
        </w:rPr>
        <w:t>ofertowego</w:t>
      </w:r>
      <w:proofErr w:type="spellEnd"/>
      <w:r w:rsidRPr="00FE182F">
        <w:rPr>
          <w:rFonts w:ascii="Arial" w:hAnsi="Arial" w:cs="Arial"/>
          <w:b/>
          <w:sz w:val="22"/>
        </w:rPr>
        <w:t xml:space="preserve"> nr OSS.271.1.</w:t>
      </w:r>
      <w:r w:rsidR="00E72C33">
        <w:rPr>
          <w:rFonts w:ascii="Arial" w:hAnsi="Arial" w:cs="Arial"/>
          <w:b/>
          <w:sz w:val="22"/>
        </w:rPr>
        <w:t>1</w:t>
      </w:r>
      <w:r w:rsidR="00041863">
        <w:rPr>
          <w:rFonts w:ascii="Arial" w:hAnsi="Arial" w:cs="Arial"/>
          <w:b/>
          <w:sz w:val="22"/>
        </w:rPr>
        <w:t>1</w:t>
      </w:r>
      <w:r w:rsidRPr="00FE182F">
        <w:rPr>
          <w:rFonts w:ascii="Arial" w:hAnsi="Arial" w:cs="Arial"/>
          <w:b/>
          <w:sz w:val="22"/>
        </w:rPr>
        <w:t>.2026</w:t>
      </w:r>
    </w:p>
    <w:p w14:paraId="2737EC07" w14:textId="77777777" w:rsidR="00A527F2" w:rsidRPr="00FE182F" w:rsidRDefault="00000000">
      <w:pPr>
        <w:spacing w:after="40"/>
        <w:rPr>
          <w:rFonts w:ascii="Arial" w:hAnsi="Arial" w:cs="Arial"/>
          <w:sz w:val="22"/>
        </w:rPr>
      </w:pPr>
      <w:r w:rsidRPr="00FE182F">
        <w:rPr>
          <w:rFonts w:ascii="Arial" w:hAnsi="Arial" w:cs="Arial"/>
          <w:b/>
          <w:sz w:val="22"/>
        </w:rPr>
        <w:t xml:space="preserve">Ja/My, </w:t>
      </w:r>
      <w:proofErr w:type="spellStart"/>
      <w:r w:rsidRPr="00FE182F">
        <w:rPr>
          <w:rFonts w:ascii="Arial" w:hAnsi="Arial" w:cs="Arial"/>
          <w:b/>
          <w:sz w:val="22"/>
        </w:rPr>
        <w:t>niżej</w:t>
      </w:r>
      <w:proofErr w:type="spellEnd"/>
      <w:r w:rsidRPr="00FE182F">
        <w:rPr>
          <w:rFonts w:ascii="Arial" w:hAnsi="Arial" w:cs="Arial"/>
          <w:b/>
          <w:sz w:val="22"/>
        </w:rPr>
        <w:t xml:space="preserve"> podpisany/a/i: </w:t>
      </w:r>
      <w:r w:rsidRPr="00FE182F">
        <w:rPr>
          <w:rFonts w:ascii="Arial" w:hAnsi="Arial" w:cs="Arial"/>
          <w:sz w:val="22"/>
        </w:rPr>
        <w:t>........................................................................................................................</w:t>
      </w:r>
    </w:p>
    <w:p w14:paraId="27667FB1" w14:textId="77777777" w:rsidR="00A527F2" w:rsidRPr="00FE182F" w:rsidRDefault="00000000">
      <w:pPr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</w:t>
      </w:r>
    </w:p>
    <w:p w14:paraId="223D7727" w14:textId="77777777" w:rsidR="00A527F2" w:rsidRPr="00FE182F" w:rsidRDefault="00000000">
      <w:pPr>
        <w:spacing w:after="40"/>
        <w:rPr>
          <w:rFonts w:ascii="Arial" w:hAnsi="Arial" w:cs="Arial"/>
          <w:sz w:val="22"/>
        </w:rPr>
      </w:pPr>
      <w:proofErr w:type="spellStart"/>
      <w:r w:rsidRPr="00FE182F">
        <w:rPr>
          <w:rFonts w:ascii="Arial" w:hAnsi="Arial" w:cs="Arial"/>
          <w:b/>
          <w:sz w:val="22"/>
        </w:rPr>
        <w:t>działając</w:t>
      </w:r>
      <w:proofErr w:type="spellEnd"/>
      <w:r w:rsidRPr="00FE182F">
        <w:rPr>
          <w:rFonts w:ascii="Arial" w:hAnsi="Arial" w:cs="Arial"/>
          <w:b/>
          <w:sz w:val="22"/>
        </w:rPr>
        <w:t xml:space="preserve"> w imieniu: </w:t>
      </w:r>
      <w:r w:rsidRPr="00FE182F">
        <w:rPr>
          <w:rFonts w:ascii="Arial" w:hAnsi="Arial" w:cs="Arial"/>
          <w:sz w:val="22"/>
        </w:rPr>
        <w:t>........................................................................................................................</w:t>
      </w:r>
    </w:p>
    <w:p w14:paraId="2B10E272" w14:textId="77777777" w:rsidR="00A527F2" w:rsidRPr="00FE182F" w:rsidRDefault="00000000">
      <w:pPr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</w:t>
      </w:r>
    </w:p>
    <w:p w14:paraId="41CBE9A2" w14:textId="77777777" w:rsidR="00A527F2" w:rsidRPr="00FE182F" w:rsidRDefault="00000000">
      <w:pPr>
        <w:jc w:val="center"/>
        <w:rPr>
          <w:rFonts w:ascii="Arial" w:hAnsi="Arial" w:cs="Arial"/>
          <w:sz w:val="22"/>
        </w:rPr>
      </w:pPr>
      <w:r w:rsidRPr="00FE182F">
        <w:rPr>
          <w:rFonts w:ascii="Arial" w:hAnsi="Arial" w:cs="Arial"/>
          <w:sz w:val="22"/>
        </w:rPr>
        <w:t>(</w:t>
      </w:r>
      <w:proofErr w:type="spellStart"/>
      <w:r w:rsidRPr="00FE182F">
        <w:rPr>
          <w:rFonts w:ascii="Arial" w:hAnsi="Arial" w:cs="Arial"/>
          <w:sz w:val="22"/>
        </w:rPr>
        <w:t>nazwa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i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adres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Oferenta</w:t>
      </w:r>
      <w:proofErr w:type="spellEnd"/>
      <w:r w:rsidRPr="00FE182F">
        <w:rPr>
          <w:rFonts w:ascii="Arial" w:hAnsi="Arial" w:cs="Arial"/>
          <w:sz w:val="22"/>
        </w:rPr>
        <w:t>)</w:t>
      </w:r>
    </w:p>
    <w:p w14:paraId="46CECADC" w14:textId="14DAA2BC" w:rsidR="00A527F2" w:rsidRDefault="00000000" w:rsidP="0082530D">
      <w:pPr>
        <w:jc w:val="both"/>
        <w:rPr>
          <w:rFonts w:ascii="Arial" w:hAnsi="Arial" w:cs="Arial"/>
          <w:sz w:val="22"/>
        </w:rPr>
      </w:pPr>
      <w:proofErr w:type="spellStart"/>
      <w:r w:rsidRPr="00FE182F">
        <w:rPr>
          <w:rFonts w:ascii="Arial" w:hAnsi="Arial" w:cs="Arial"/>
          <w:sz w:val="22"/>
        </w:rPr>
        <w:t>oświadczam</w:t>
      </w:r>
      <w:proofErr w:type="spellEnd"/>
      <w:r w:rsidRPr="00FE182F">
        <w:rPr>
          <w:rFonts w:ascii="Arial" w:hAnsi="Arial" w:cs="Arial"/>
          <w:sz w:val="22"/>
        </w:rPr>
        <w:t xml:space="preserve">/y, </w:t>
      </w:r>
      <w:proofErr w:type="spellStart"/>
      <w:r w:rsidRPr="00FE182F">
        <w:rPr>
          <w:rFonts w:ascii="Arial" w:hAnsi="Arial" w:cs="Arial"/>
          <w:sz w:val="22"/>
        </w:rPr>
        <w:t>że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Oferent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posiada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wiedzę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i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doświadczenie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niezbędne</w:t>
      </w:r>
      <w:proofErr w:type="spellEnd"/>
      <w:r w:rsidRPr="00FE182F">
        <w:rPr>
          <w:rFonts w:ascii="Arial" w:hAnsi="Arial" w:cs="Arial"/>
          <w:sz w:val="22"/>
        </w:rPr>
        <w:t xml:space="preserve"> do </w:t>
      </w:r>
      <w:proofErr w:type="spellStart"/>
      <w:r w:rsidRPr="00FE182F">
        <w:rPr>
          <w:rFonts w:ascii="Arial" w:hAnsi="Arial" w:cs="Arial"/>
          <w:sz w:val="22"/>
        </w:rPr>
        <w:t>należytej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realizacji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zamówienia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obejmującego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prowadzenie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="00386FBA">
        <w:rPr>
          <w:rFonts w:ascii="Arial" w:hAnsi="Arial" w:cs="Arial"/>
          <w:sz w:val="22"/>
        </w:rPr>
        <w:t>rekomendowanych</w:t>
      </w:r>
      <w:proofErr w:type="spellEnd"/>
      <w:r w:rsidR="00386FBA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programów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profilaktycznych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="00386FBA">
        <w:rPr>
          <w:rFonts w:ascii="Arial" w:hAnsi="Arial" w:cs="Arial"/>
          <w:sz w:val="22"/>
        </w:rPr>
        <w:t>skierowanych</w:t>
      </w:r>
      <w:proofErr w:type="spellEnd"/>
      <w:r w:rsidR="00386FBA">
        <w:rPr>
          <w:rFonts w:ascii="Arial" w:hAnsi="Arial" w:cs="Arial"/>
          <w:sz w:val="22"/>
        </w:rPr>
        <w:t xml:space="preserve"> </w:t>
      </w:r>
      <w:r w:rsidRPr="00FE182F">
        <w:rPr>
          <w:rFonts w:ascii="Arial" w:hAnsi="Arial" w:cs="Arial"/>
          <w:sz w:val="22"/>
        </w:rPr>
        <w:t xml:space="preserve">do </w:t>
      </w:r>
      <w:proofErr w:type="spellStart"/>
      <w:r w:rsidRPr="00FE182F">
        <w:rPr>
          <w:rFonts w:ascii="Arial" w:hAnsi="Arial" w:cs="Arial"/>
          <w:sz w:val="22"/>
        </w:rPr>
        <w:t>dzieci</w:t>
      </w:r>
      <w:proofErr w:type="spellEnd"/>
      <w:r w:rsidRPr="00FE182F">
        <w:rPr>
          <w:rFonts w:ascii="Arial" w:hAnsi="Arial" w:cs="Arial"/>
          <w:sz w:val="22"/>
        </w:rPr>
        <w:t xml:space="preserve">, </w:t>
      </w:r>
      <w:proofErr w:type="spellStart"/>
      <w:r w:rsidRPr="00FE182F">
        <w:rPr>
          <w:rFonts w:ascii="Arial" w:hAnsi="Arial" w:cs="Arial"/>
          <w:sz w:val="22"/>
        </w:rPr>
        <w:t>młodzieży</w:t>
      </w:r>
      <w:proofErr w:type="spellEnd"/>
      <w:r w:rsidRPr="00FE182F">
        <w:rPr>
          <w:rFonts w:ascii="Arial" w:hAnsi="Arial" w:cs="Arial"/>
          <w:sz w:val="22"/>
        </w:rPr>
        <w:t xml:space="preserve">, </w:t>
      </w:r>
      <w:proofErr w:type="spellStart"/>
      <w:r w:rsidRPr="00FE182F">
        <w:rPr>
          <w:rFonts w:ascii="Arial" w:hAnsi="Arial" w:cs="Arial"/>
          <w:sz w:val="22"/>
        </w:rPr>
        <w:t>rodziców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i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nauczycieli</w:t>
      </w:r>
      <w:proofErr w:type="spellEnd"/>
      <w:r w:rsidR="00386FBA">
        <w:rPr>
          <w:rFonts w:ascii="Arial" w:hAnsi="Arial" w:cs="Arial"/>
          <w:sz w:val="22"/>
        </w:rPr>
        <w:t xml:space="preserve"> w </w:t>
      </w:r>
      <w:proofErr w:type="spellStart"/>
      <w:r w:rsidR="00386FBA">
        <w:rPr>
          <w:rFonts w:ascii="Arial" w:hAnsi="Arial" w:cs="Arial"/>
          <w:sz w:val="22"/>
        </w:rPr>
        <w:t>zakresie</w:t>
      </w:r>
      <w:proofErr w:type="spellEnd"/>
      <w:r w:rsidR="00386FBA">
        <w:rPr>
          <w:rFonts w:ascii="Arial" w:hAnsi="Arial" w:cs="Arial"/>
          <w:sz w:val="22"/>
        </w:rPr>
        <w:t xml:space="preserve"> </w:t>
      </w:r>
      <w:proofErr w:type="spellStart"/>
      <w:r w:rsidR="00386FBA">
        <w:rPr>
          <w:rFonts w:ascii="Arial" w:hAnsi="Arial" w:cs="Arial"/>
          <w:sz w:val="22"/>
        </w:rPr>
        <w:t>profilaktyki</w:t>
      </w:r>
      <w:proofErr w:type="spellEnd"/>
      <w:r w:rsidR="00386FBA">
        <w:rPr>
          <w:rFonts w:ascii="Arial" w:hAnsi="Arial" w:cs="Arial"/>
          <w:sz w:val="22"/>
        </w:rPr>
        <w:t xml:space="preserve"> </w:t>
      </w:r>
      <w:proofErr w:type="spellStart"/>
      <w:r w:rsidR="00386FBA">
        <w:rPr>
          <w:rFonts w:ascii="Arial" w:hAnsi="Arial" w:cs="Arial"/>
          <w:sz w:val="22"/>
        </w:rPr>
        <w:t>alkoholizmu</w:t>
      </w:r>
      <w:proofErr w:type="spellEnd"/>
      <w:r w:rsidR="00386FBA">
        <w:rPr>
          <w:rFonts w:ascii="Arial" w:hAnsi="Arial" w:cs="Arial"/>
          <w:sz w:val="22"/>
        </w:rPr>
        <w:t xml:space="preserve"> </w:t>
      </w:r>
      <w:proofErr w:type="spellStart"/>
      <w:r w:rsidR="00386FBA">
        <w:rPr>
          <w:rFonts w:ascii="Arial" w:hAnsi="Arial" w:cs="Arial"/>
          <w:sz w:val="22"/>
        </w:rPr>
        <w:t>i</w:t>
      </w:r>
      <w:proofErr w:type="spellEnd"/>
      <w:r w:rsidR="00386FBA">
        <w:rPr>
          <w:rFonts w:ascii="Arial" w:hAnsi="Arial" w:cs="Arial"/>
          <w:sz w:val="22"/>
        </w:rPr>
        <w:t xml:space="preserve"> </w:t>
      </w:r>
      <w:proofErr w:type="spellStart"/>
      <w:r w:rsidR="00386FBA">
        <w:rPr>
          <w:rFonts w:ascii="Arial" w:hAnsi="Arial" w:cs="Arial"/>
          <w:sz w:val="22"/>
        </w:rPr>
        <w:t>przeciwdziałania</w:t>
      </w:r>
      <w:proofErr w:type="spellEnd"/>
      <w:r w:rsidR="00386FBA">
        <w:rPr>
          <w:rFonts w:ascii="Arial" w:hAnsi="Arial" w:cs="Arial"/>
          <w:sz w:val="22"/>
        </w:rPr>
        <w:t xml:space="preserve"> </w:t>
      </w:r>
      <w:proofErr w:type="spellStart"/>
      <w:r w:rsidR="00386FBA">
        <w:rPr>
          <w:rFonts w:ascii="Arial" w:hAnsi="Arial" w:cs="Arial"/>
          <w:sz w:val="22"/>
        </w:rPr>
        <w:t>narkomanii</w:t>
      </w:r>
      <w:proofErr w:type="spellEnd"/>
      <w:r w:rsidR="00386FBA">
        <w:rPr>
          <w:rFonts w:ascii="Arial" w:hAnsi="Arial" w:cs="Arial"/>
          <w:sz w:val="22"/>
        </w:rPr>
        <w:t xml:space="preserve">. </w:t>
      </w:r>
    </w:p>
    <w:p w14:paraId="0649400E" w14:textId="61EDEE1C" w:rsidR="00A527F2" w:rsidRPr="00C377F0" w:rsidRDefault="00C377F0" w:rsidP="00C377F0">
      <w:pPr>
        <w:rPr>
          <w:rFonts w:ascii="Arial" w:hAnsi="Arial" w:cs="Arial"/>
          <w:b/>
          <w:bCs/>
          <w:sz w:val="22"/>
        </w:rPr>
      </w:pPr>
      <w:proofErr w:type="spellStart"/>
      <w:r w:rsidRPr="00C377F0">
        <w:rPr>
          <w:rFonts w:ascii="Arial" w:hAnsi="Arial" w:cs="Arial"/>
          <w:b/>
          <w:bCs/>
          <w:sz w:val="22"/>
        </w:rPr>
        <w:t>Wykaz</w:t>
      </w:r>
      <w:proofErr w:type="spellEnd"/>
      <w:r w:rsidRPr="00C377F0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C377F0">
        <w:rPr>
          <w:rFonts w:ascii="Arial" w:hAnsi="Arial" w:cs="Arial"/>
          <w:b/>
          <w:bCs/>
          <w:sz w:val="22"/>
        </w:rPr>
        <w:t>zrealizowanych</w:t>
      </w:r>
      <w:proofErr w:type="spellEnd"/>
      <w:r w:rsidRPr="00C377F0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C377F0">
        <w:rPr>
          <w:rFonts w:ascii="Arial" w:hAnsi="Arial" w:cs="Arial"/>
          <w:b/>
          <w:bCs/>
          <w:sz w:val="22"/>
        </w:rPr>
        <w:t>usług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0"/>
        <w:gridCol w:w="1757"/>
        <w:gridCol w:w="1871"/>
        <w:gridCol w:w="1984"/>
        <w:gridCol w:w="1247"/>
        <w:gridCol w:w="1489"/>
        <w:gridCol w:w="1134"/>
      </w:tblGrid>
      <w:tr w:rsidR="00A527F2" w:rsidRPr="00FE182F" w14:paraId="5D0F10E7" w14:textId="77777777">
        <w:trPr>
          <w:cantSplit/>
          <w:tblHeader/>
          <w:jc w:val="center"/>
        </w:trPr>
        <w:tc>
          <w:tcPr>
            <w:tcW w:w="397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2AFC4D" w14:textId="77777777" w:rsidR="00A527F2" w:rsidRPr="00FE182F" w:rsidRDefault="00000000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Lp</w:t>
            </w:r>
            <w:proofErr w:type="spellEnd"/>
            <w:r w:rsidRPr="00FE182F">
              <w:rPr>
                <w:rFonts w:ascii="Arial" w:hAnsi="Arial" w:cs="Arial"/>
                <w:b/>
                <w:sz w:val="22"/>
              </w:rPr>
              <w:t>.</w:t>
            </w:r>
          </w:p>
        </w:tc>
        <w:tc>
          <w:tcPr>
            <w:tcW w:w="1757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1DFE0C" w14:textId="77777777" w:rsidR="00A527F2" w:rsidRPr="00FE182F" w:rsidRDefault="00000000">
            <w:pPr>
              <w:jc w:val="center"/>
              <w:rPr>
                <w:rFonts w:ascii="Arial" w:hAnsi="Arial" w:cs="Arial"/>
                <w:sz w:val="22"/>
              </w:rPr>
            </w:pPr>
            <w:r w:rsidRPr="00FE182F">
              <w:rPr>
                <w:rFonts w:ascii="Arial" w:hAnsi="Arial" w:cs="Arial"/>
                <w:b/>
                <w:sz w:val="22"/>
              </w:rPr>
              <w:t xml:space="preserve">Nazwa </w:t>
            </w: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programu</w:t>
            </w:r>
            <w:proofErr w:type="spellEnd"/>
            <w:r w:rsidRPr="00FE182F">
              <w:rPr>
                <w:rFonts w:ascii="Arial" w:hAnsi="Arial" w:cs="Arial"/>
                <w:b/>
                <w:sz w:val="22"/>
              </w:rPr>
              <w:t xml:space="preserve"> </w:t>
            </w: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lub</w:t>
            </w:r>
            <w:proofErr w:type="spellEnd"/>
            <w:r w:rsidRPr="00FE182F">
              <w:rPr>
                <w:rFonts w:ascii="Arial" w:hAnsi="Arial" w:cs="Arial"/>
                <w:b/>
                <w:sz w:val="22"/>
              </w:rPr>
              <w:t xml:space="preserve"> </w:t>
            </w: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zadania</w:t>
            </w:r>
            <w:proofErr w:type="spellEnd"/>
          </w:p>
        </w:tc>
        <w:tc>
          <w:tcPr>
            <w:tcW w:w="187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A7F7AA" w14:textId="77777777" w:rsidR="00A527F2" w:rsidRPr="00FE182F" w:rsidRDefault="00000000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Zakres</w:t>
            </w:r>
            <w:proofErr w:type="spellEnd"/>
            <w:r w:rsidRPr="00FE182F">
              <w:rPr>
                <w:rFonts w:ascii="Arial" w:hAnsi="Arial" w:cs="Arial"/>
                <w:b/>
                <w:sz w:val="22"/>
              </w:rPr>
              <w:t xml:space="preserve"> </w:t>
            </w: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i</w:t>
            </w:r>
            <w:proofErr w:type="spellEnd"/>
            <w:r w:rsidRPr="00FE182F">
              <w:rPr>
                <w:rFonts w:ascii="Arial" w:hAnsi="Arial" w:cs="Arial"/>
                <w:b/>
                <w:sz w:val="22"/>
              </w:rPr>
              <w:t xml:space="preserve"> </w:t>
            </w: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grupa</w:t>
            </w:r>
            <w:proofErr w:type="spellEnd"/>
            <w:r w:rsidRPr="00FE182F">
              <w:rPr>
                <w:rFonts w:ascii="Arial" w:hAnsi="Arial" w:cs="Arial"/>
                <w:b/>
                <w:sz w:val="22"/>
              </w:rPr>
              <w:t xml:space="preserve"> </w:t>
            </w: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odbiorców</w:t>
            </w:r>
            <w:proofErr w:type="spellEnd"/>
          </w:p>
        </w:tc>
        <w:tc>
          <w:tcPr>
            <w:tcW w:w="198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D4FE6A" w14:textId="77777777" w:rsidR="00A527F2" w:rsidRPr="00FE182F" w:rsidRDefault="00000000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Podmiot</w:t>
            </w:r>
            <w:proofErr w:type="spellEnd"/>
            <w:r w:rsidRPr="00FE182F">
              <w:rPr>
                <w:rFonts w:ascii="Arial" w:hAnsi="Arial" w:cs="Arial"/>
                <w:b/>
                <w:sz w:val="22"/>
              </w:rPr>
              <w:t xml:space="preserve">, </w:t>
            </w: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na</w:t>
            </w:r>
            <w:proofErr w:type="spellEnd"/>
            <w:r w:rsidRPr="00FE182F">
              <w:rPr>
                <w:rFonts w:ascii="Arial" w:hAnsi="Arial" w:cs="Arial"/>
                <w:b/>
                <w:sz w:val="22"/>
              </w:rPr>
              <w:t xml:space="preserve"> </w:t>
            </w: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rzecz</w:t>
            </w:r>
            <w:proofErr w:type="spellEnd"/>
            <w:r w:rsidRPr="00FE182F">
              <w:rPr>
                <w:rFonts w:ascii="Arial" w:hAnsi="Arial" w:cs="Arial"/>
                <w:b/>
                <w:sz w:val="22"/>
              </w:rPr>
              <w:t xml:space="preserve"> </w:t>
            </w: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którego</w:t>
            </w:r>
            <w:proofErr w:type="spellEnd"/>
            <w:r w:rsidRPr="00FE182F">
              <w:rPr>
                <w:rFonts w:ascii="Arial" w:hAnsi="Arial" w:cs="Arial"/>
                <w:b/>
                <w:sz w:val="22"/>
              </w:rPr>
              <w:t xml:space="preserve"> </w:t>
            </w: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wykonano</w:t>
            </w:r>
            <w:proofErr w:type="spellEnd"/>
            <w:r w:rsidRPr="00FE182F">
              <w:rPr>
                <w:rFonts w:ascii="Arial" w:hAnsi="Arial" w:cs="Arial"/>
                <w:b/>
                <w:sz w:val="22"/>
              </w:rPr>
              <w:t xml:space="preserve"> </w:t>
            </w: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usługę</w:t>
            </w:r>
            <w:proofErr w:type="spellEnd"/>
          </w:p>
        </w:tc>
        <w:tc>
          <w:tcPr>
            <w:tcW w:w="1247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30F131" w14:textId="77777777" w:rsidR="00A527F2" w:rsidRPr="00FE182F" w:rsidRDefault="00000000">
            <w:pPr>
              <w:jc w:val="center"/>
              <w:rPr>
                <w:rFonts w:ascii="Arial" w:hAnsi="Arial" w:cs="Arial"/>
                <w:sz w:val="22"/>
              </w:rPr>
            </w:pPr>
            <w:r w:rsidRPr="00FE182F">
              <w:rPr>
                <w:rFonts w:ascii="Arial" w:hAnsi="Arial" w:cs="Arial"/>
                <w:b/>
                <w:sz w:val="22"/>
              </w:rPr>
              <w:t xml:space="preserve">Termin </w:t>
            </w: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realizacji</w:t>
            </w:r>
            <w:proofErr w:type="spellEnd"/>
          </w:p>
        </w:tc>
        <w:tc>
          <w:tcPr>
            <w:tcW w:w="1247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A19F9E" w14:textId="77777777" w:rsidR="00A527F2" w:rsidRPr="00FE182F" w:rsidRDefault="00000000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Liczba</w:t>
            </w:r>
            <w:proofErr w:type="spellEnd"/>
            <w:r w:rsidRPr="00FE182F">
              <w:rPr>
                <w:rFonts w:ascii="Arial" w:hAnsi="Arial" w:cs="Arial"/>
                <w:b/>
                <w:sz w:val="22"/>
              </w:rPr>
              <w:t xml:space="preserve"> </w:t>
            </w: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uczestników</w:t>
            </w:r>
            <w:proofErr w:type="spellEnd"/>
            <w:r w:rsidRPr="00FE182F">
              <w:rPr>
                <w:rFonts w:ascii="Arial" w:hAnsi="Arial" w:cs="Arial"/>
                <w:b/>
                <w:sz w:val="22"/>
              </w:rPr>
              <w:t xml:space="preserve"> / </w:t>
            </w: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godzin</w:t>
            </w:r>
            <w:proofErr w:type="spellEnd"/>
          </w:p>
        </w:tc>
        <w:tc>
          <w:tcPr>
            <w:tcW w:w="113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7560CB" w14:textId="77777777" w:rsidR="00A527F2" w:rsidRPr="00FE182F" w:rsidRDefault="00000000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Wartość</w:t>
            </w:r>
            <w:proofErr w:type="spellEnd"/>
            <w:r w:rsidRPr="00FE182F">
              <w:rPr>
                <w:rFonts w:ascii="Arial" w:hAnsi="Arial" w:cs="Arial"/>
                <w:b/>
                <w:sz w:val="22"/>
              </w:rPr>
              <w:t xml:space="preserve"> </w:t>
            </w:r>
            <w:proofErr w:type="spellStart"/>
            <w:r w:rsidRPr="00FE182F">
              <w:rPr>
                <w:rFonts w:ascii="Arial" w:hAnsi="Arial" w:cs="Arial"/>
                <w:b/>
                <w:sz w:val="22"/>
              </w:rPr>
              <w:t>brutto</w:t>
            </w:r>
            <w:proofErr w:type="spellEnd"/>
          </w:p>
        </w:tc>
      </w:tr>
      <w:tr w:rsidR="00A527F2" w:rsidRPr="00FE182F" w14:paraId="369287D7" w14:textId="77777777">
        <w:trPr>
          <w:cantSplit/>
          <w:jc w:val="center"/>
        </w:trPr>
        <w:tc>
          <w:tcPr>
            <w:tcW w:w="39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0860DC" w14:textId="77777777" w:rsidR="00A527F2" w:rsidRPr="00FE182F" w:rsidRDefault="00000000">
            <w:pPr>
              <w:rPr>
                <w:rFonts w:ascii="Arial" w:hAnsi="Arial" w:cs="Arial"/>
                <w:sz w:val="22"/>
              </w:rPr>
            </w:pPr>
            <w:r w:rsidRPr="00FE182F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78A3D3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31AF90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292652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AFC6C5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694922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2787D2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</w:tr>
      <w:tr w:rsidR="00A527F2" w:rsidRPr="00FE182F" w14:paraId="280B83F1" w14:textId="77777777">
        <w:trPr>
          <w:cantSplit/>
          <w:jc w:val="center"/>
        </w:trPr>
        <w:tc>
          <w:tcPr>
            <w:tcW w:w="39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720305" w14:textId="77777777" w:rsidR="00A527F2" w:rsidRPr="00FE182F" w:rsidRDefault="00000000">
            <w:pPr>
              <w:rPr>
                <w:rFonts w:ascii="Arial" w:hAnsi="Arial" w:cs="Arial"/>
                <w:sz w:val="22"/>
              </w:rPr>
            </w:pPr>
            <w:r w:rsidRPr="00FE182F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EAAE55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2ED2B6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56762C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003898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880B6A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2AC66F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</w:tr>
      <w:tr w:rsidR="00A527F2" w:rsidRPr="00FE182F" w14:paraId="45502FF5" w14:textId="77777777">
        <w:trPr>
          <w:cantSplit/>
          <w:jc w:val="center"/>
        </w:trPr>
        <w:tc>
          <w:tcPr>
            <w:tcW w:w="39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D17284" w14:textId="77777777" w:rsidR="00A527F2" w:rsidRPr="00FE182F" w:rsidRDefault="00000000">
            <w:pPr>
              <w:rPr>
                <w:rFonts w:ascii="Arial" w:hAnsi="Arial" w:cs="Arial"/>
                <w:sz w:val="22"/>
              </w:rPr>
            </w:pPr>
            <w:r w:rsidRPr="00FE182F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23141B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C74E10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0A9820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7AD512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4CFE63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C7F6B4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</w:tr>
      <w:tr w:rsidR="00A527F2" w:rsidRPr="00FE182F" w14:paraId="59F3E05F" w14:textId="77777777">
        <w:trPr>
          <w:cantSplit/>
          <w:jc w:val="center"/>
        </w:trPr>
        <w:tc>
          <w:tcPr>
            <w:tcW w:w="39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4C984E" w14:textId="77777777" w:rsidR="00A527F2" w:rsidRPr="00FE182F" w:rsidRDefault="00000000">
            <w:pPr>
              <w:rPr>
                <w:rFonts w:ascii="Arial" w:hAnsi="Arial" w:cs="Arial"/>
                <w:sz w:val="22"/>
              </w:rPr>
            </w:pPr>
            <w:r w:rsidRPr="00FE182F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7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7BBB10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C3F64D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CCEF98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106B5F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F3C420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B7C456" w14:textId="77777777" w:rsidR="00A527F2" w:rsidRPr="00FE182F" w:rsidRDefault="00A527F2">
            <w:pPr>
              <w:rPr>
                <w:rFonts w:ascii="Arial" w:hAnsi="Arial" w:cs="Arial"/>
                <w:sz w:val="22"/>
              </w:rPr>
            </w:pPr>
          </w:p>
        </w:tc>
      </w:tr>
    </w:tbl>
    <w:p w14:paraId="7BF38123" w14:textId="77777777" w:rsidR="00A527F2" w:rsidRDefault="00A527F2">
      <w:pPr>
        <w:spacing w:after="0"/>
        <w:rPr>
          <w:rFonts w:ascii="Arial" w:hAnsi="Arial" w:cs="Arial"/>
          <w:sz w:val="22"/>
        </w:rPr>
      </w:pPr>
    </w:p>
    <w:p w14:paraId="69B90061" w14:textId="79508398" w:rsidR="00597696" w:rsidRPr="00597696" w:rsidRDefault="00C377F0" w:rsidP="00597696">
      <w:pPr>
        <w:spacing w:after="0"/>
        <w:rPr>
          <w:rFonts w:ascii="Arial" w:hAnsi="Arial" w:cs="Arial"/>
          <w:b/>
          <w:bCs/>
          <w:sz w:val="22"/>
        </w:rPr>
      </w:pPr>
      <w:proofErr w:type="spellStart"/>
      <w:r w:rsidRPr="00C377F0">
        <w:rPr>
          <w:rFonts w:ascii="Arial" w:hAnsi="Arial" w:cs="Arial"/>
          <w:b/>
          <w:bCs/>
          <w:sz w:val="22"/>
        </w:rPr>
        <w:t>Oświadczenia</w:t>
      </w:r>
      <w:proofErr w:type="spellEnd"/>
      <w:r w:rsidRPr="00C377F0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C377F0">
        <w:rPr>
          <w:rFonts w:ascii="Arial" w:hAnsi="Arial" w:cs="Arial"/>
          <w:b/>
          <w:bCs/>
          <w:sz w:val="22"/>
        </w:rPr>
        <w:t>Oferenta</w:t>
      </w:r>
      <w:proofErr w:type="spellEnd"/>
    </w:p>
    <w:p w14:paraId="7D1E7BF1" w14:textId="781C1E08" w:rsidR="00A527F2" w:rsidRPr="00FE182F" w:rsidRDefault="00000000">
      <w:pPr>
        <w:rPr>
          <w:rFonts w:ascii="Arial" w:hAnsi="Arial" w:cs="Arial"/>
          <w:sz w:val="22"/>
        </w:rPr>
      </w:pPr>
      <w:proofErr w:type="spellStart"/>
      <w:r w:rsidRPr="00FE182F">
        <w:rPr>
          <w:rFonts w:ascii="Arial" w:hAnsi="Arial" w:cs="Arial"/>
          <w:sz w:val="22"/>
        </w:rPr>
        <w:t>Oświadczam</w:t>
      </w:r>
      <w:proofErr w:type="spellEnd"/>
      <w:r w:rsidRPr="00FE182F">
        <w:rPr>
          <w:rFonts w:ascii="Arial" w:hAnsi="Arial" w:cs="Arial"/>
          <w:sz w:val="22"/>
        </w:rPr>
        <w:t xml:space="preserve">/y, </w:t>
      </w:r>
      <w:proofErr w:type="spellStart"/>
      <w:r w:rsidRPr="00FE182F">
        <w:rPr>
          <w:rFonts w:ascii="Arial" w:hAnsi="Arial" w:cs="Arial"/>
          <w:sz w:val="22"/>
        </w:rPr>
        <w:t>że</w:t>
      </w:r>
      <w:proofErr w:type="spellEnd"/>
      <w:r w:rsidRPr="00FE182F">
        <w:rPr>
          <w:rFonts w:ascii="Arial" w:hAnsi="Arial" w:cs="Arial"/>
          <w:sz w:val="22"/>
        </w:rPr>
        <w:t>:</w:t>
      </w:r>
    </w:p>
    <w:p w14:paraId="1585B84D" w14:textId="77777777" w:rsidR="00A527F2" w:rsidRPr="00FE182F" w:rsidRDefault="00000000" w:rsidP="00597696">
      <w:pPr>
        <w:pStyle w:val="Listanumerowana"/>
        <w:numPr>
          <w:ilvl w:val="0"/>
          <w:numId w:val="21"/>
        </w:numPr>
        <w:jc w:val="both"/>
        <w:rPr>
          <w:rFonts w:ascii="Arial" w:hAnsi="Arial" w:cs="Arial"/>
          <w:sz w:val="22"/>
        </w:rPr>
      </w:pPr>
      <w:proofErr w:type="spellStart"/>
      <w:r w:rsidRPr="00FE182F">
        <w:rPr>
          <w:rFonts w:ascii="Arial" w:hAnsi="Arial" w:cs="Arial"/>
          <w:sz w:val="22"/>
        </w:rPr>
        <w:t>wskazane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usługi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zostały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wykonane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należycie</w:t>
      </w:r>
      <w:proofErr w:type="spellEnd"/>
      <w:r w:rsidRPr="00FE182F">
        <w:rPr>
          <w:rFonts w:ascii="Arial" w:hAnsi="Arial" w:cs="Arial"/>
          <w:sz w:val="22"/>
        </w:rPr>
        <w:t>;</w:t>
      </w:r>
    </w:p>
    <w:p w14:paraId="45FC1D3E" w14:textId="77777777" w:rsidR="00A527F2" w:rsidRPr="00FE182F" w:rsidRDefault="00000000" w:rsidP="00597696">
      <w:pPr>
        <w:pStyle w:val="Listanumerowana"/>
        <w:numPr>
          <w:ilvl w:val="0"/>
          <w:numId w:val="21"/>
        </w:numPr>
        <w:jc w:val="both"/>
        <w:rPr>
          <w:rFonts w:ascii="Arial" w:hAnsi="Arial" w:cs="Arial"/>
          <w:sz w:val="22"/>
        </w:rPr>
      </w:pPr>
      <w:proofErr w:type="spellStart"/>
      <w:r w:rsidRPr="00FE182F">
        <w:rPr>
          <w:rFonts w:ascii="Arial" w:hAnsi="Arial" w:cs="Arial"/>
          <w:sz w:val="22"/>
        </w:rPr>
        <w:t>informacje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zawarte</w:t>
      </w:r>
      <w:proofErr w:type="spellEnd"/>
      <w:r w:rsidRPr="00FE182F">
        <w:rPr>
          <w:rFonts w:ascii="Arial" w:hAnsi="Arial" w:cs="Arial"/>
          <w:sz w:val="22"/>
        </w:rPr>
        <w:t xml:space="preserve"> w </w:t>
      </w:r>
      <w:proofErr w:type="spellStart"/>
      <w:r w:rsidRPr="00FE182F">
        <w:rPr>
          <w:rFonts w:ascii="Arial" w:hAnsi="Arial" w:cs="Arial"/>
          <w:sz w:val="22"/>
        </w:rPr>
        <w:t>wykazie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są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zgodne</w:t>
      </w:r>
      <w:proofErr w:type="spellEnd"/>
      <w:r w:rsidRPr="00FE182F">
        <w:rPr>
          <w:rFonts w:ascii="Arial" w:hAnsi="Arial" w:cs="Arial"/>
          <w:sz w:val="22"/>
        </w:rPr>
        <w:t xml:space="preserve"> ze </w:t>
      </w:r>
      <w:proofErr w:type="spellStart"/>
      <w:r w:rsidRPr="00FE182F">
        <w:rPr>
          <w:rFonts w:ascii="Arial" w:hAnsi="Arial" w:cs="Arial"/>
          <w:sz w:val="22"/>
        </w:rPr>
        <w:t>stanem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faktycznym</w:t>
      </w:r>
      <w:proofErr w:type="spellEnd"/>
      <w:r w:rsidRPr="00FE182F">
        <w:rPr>
          <w:rFonts w:ascii="Arial" w:hAnsi="Arial" w:cs="Arial"/>
          <w:sz w:val="22"/>
        </w:rPr>
        <w:t>;</w:t>
      </w:r>
    </w:p>
    <w:p w14:paraId="73FAA0FF" w14:textId="10A9019B" w:rsidR="00A527F2" w:rsidRPr="00FE182F" w:rsidRDefault="00000000" w:rsidP="00597696">
      <w:pPr>
        <w:pStyle w:val="Listanumerowana"/>
        <w:numPr>
          <w:ilvl w:val="0"/>
          <w:numId w:val="21"/>
        </w:numPr>
        <w:jc w:val="both"/>
        <w:rPr>
          <w:rFonts w:ascii="Arial" w:hAnsi="Arial" w:cs="Arial"/>
          <w:sz w:val="22"/>
        </w:rPr>
      </w:pPr>
      <w:proofErr w:type="spellStart"/>
      <w:r w:rsidRPr="00FE182F">
        <w:rPr>
          <w:rFonts w:ascii="Arial" w:hAnsi="Arial" w:cs="Arial"/>
          <w:sz w:val="22"/>
        </w:rPr>
        <w:t>na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żądanie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Zamawiającego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przedłożymy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dokumenty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potwierdzające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należyte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wykonanie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usług</w:t>
      </w:r>
      <w:proofErr w:type="spellEnd"/>
      <w:r w:rsidRPr="00FE182F">
        <w:rPr>
          <w:rFonts w:ascii="Arial" w:hAnsi="Arial" w:cs="Arial"/>
          <w:sz w:val="22"/>
        </w:rPr>
        <w:t xml:space="preserve">, </w:t>
      </w:r>
      <w:r w:rsidR="00597696">
        <w:rPr>
          <w:rFonts w:ascii="Arial" w:hAnsi="Arial" w:cs="Arial"/>
          <w:sz w:val="22"/>
        </w:rPr>
        <w:br/>
      </w:r>
      <w:r w:rsidRPr="00FE182F">
        <w:rPr>
          <w:rFonts w:ascii="Arial" w:hAnsi="Arial" w:cs="Arial"/>
          <w:sz w:val="22"/>
        </w:rPr>
        <w:t xml:space="preserve">w </w:t>
      </w:r>
      <w:proofErr w:type="spellStart"/>
      <w:r w:rsidRPr="00FE182F">
        <w:rPr>
          <w:rFonts w:ascii="Arial" w:hAnsi="Arial" w:cs="Arial"/>
          <w:sz w:val="22"/>
        </w:rPr>
        <w:t>szczególności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referencje</w:t>
      </w:r>
      <w:proofErr w:type="spellEnd"/>
      <w:r w:rsidRPr="00FE182F">
        <w:rPr>
          <w:rFonts w:ascii="Arial" w:hAnsi="Arial" w:cs="Arial"/>
          <w:sz w:val="22"/>
        </w:rPr>
        <w:t xml:space="preserve">, </w:t>
      </w:r>
      <w:proofErr w:type="spellStart"/>
      <w:r w:rsidRPr="00FE182F">
        <w:rPr>
          <w:rFonts w:ascii="Arial" w:hAnsi="Arial" w:cs="Arial"/>
          <w:sz w:val="22"/>
        </w:rPr>
        <w:t>protokoły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odbioru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lub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inne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równoważne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dokumenty</w:t>
      </w:r>
      <w:proofErr w:type="spellEnd"/>
      <w:r w:rsidRPr="00FE182F">
        <w:rPr>
          <w:rFonts w:ascii="Arial" w:hAnsi="Arial" w:cs="Arial"/>
          <w:sz w:val="22"/>
        </w:rPr>
        <w:t>;</w:t>
      </w:r>
    </w:p>
    <w:p w14:paraId="70FF4FCB" w14:textId="77777777" w:rsidR="00A527F2" w:rsidRPr="00FE182F" w:rsidRDefault="00000000" w:rsidP="00597696">
      <w:pPr>
        <w:pStyle w:val="Listanumerowana"/>
        <w:numPr>
          <w:ilvl w:val="0"/>
          <w:numId w:val="21"/>
        </w:numPr>
        <w:jc w:val="both"/>
        <w:rPr>
          <w:rFonts w:ascii="Arial" w:hAnsi="Arial" w:cs="Arial"/>
          <w:sz w:val="22"/>
        </w:rPr>
      </w:pPr>
      <w:proofErr w:type="spellStart"/>
      <w:r w:rsidRPr="00FE182F">
        <w:rPr>
          <w:rFonts w:ascii="Arial" w:hAnsi="Arial" w:cs="Arial"/>
          <w:sz w:val="22"/>
        </w:rPr>
        <w:t>posiadane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doświadczenie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obejmuje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realizację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działań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profilaktycznych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zgodnych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lub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zbliżonych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zakresem</w:t>
      </w:r>
      <w:proofErr w:type="spellEnd"/>
      <w:r w:rsidRPr="00FE182F">
        <w:rPr>
          <w:rFonts w:ascii="Arial" w:hAnsi="Arial" w:cs="Arial"/>
          <w:sz w:val="22"/>
        </w:rPr>
        <w:t xml:space="preserve"> do </w:t>
      </w:r>
      <w:proofErr w:type="spellStart"/>
      <w:r w:rsidRPr="00FE182F">
        <w:rPr>
          <w:rFonts w:ascii="Arial" w:hAnsi="Arial" w:cs="Arial"/>
          <w:sz w:val="22"/>
        </w:rPr>
        <w:t>przedmiotu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zamówienia</w:t>
      </w:r>
      <w:proofErr w:type="spellEnd"/>
      <w:r w:rsidRPr="00FE182F">
        <w:rPr>
          <w:rFonts w:ascii="Arial" w:hAnsi="Arial" w:cs="Arial"/>
          <w:sz w:val="22"/>
        </w:rPr>
        <w:t>;</w:t>
      </w:r>
    </w:p>
    <w:p w14:paraId="0DA51403" w14:textId="77777777" w:rsidR="00A527F2" w:rsidRDefault="00000000" w:rsidP="00597696">
      <w:pPr>
        <w:pStyle w:val="Listanumerowana"/>
        <w:numPr>
          <w:ilvl w:val="0"/>
          <w:numId w:val="21"/>
        </w:numPr>
        <w:jc w:val="both"/>
        <w:rPr>
          <w:rFonts w:ascii="Arial" w:hAnsi="Arial" w:cs="Arial"/>
          <w:sz w:val="22"/>
        </w:rPr>
      </w:pPr>
      <w:proofErr w:type="spellStart"/>
      <w:r w:rsidRPr="00FE182F">
        <w:rPr>
          <w:rFonts w:ascii="Arial" w:hAnsi="Arial" w:cs="Arial"/>
          <w:sz w:val="22"/>
        </w:rPr>
        <w:t>jesteśmy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świadomi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odpowiedzialności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wynikającej</w:t>
      </w:r>
      <w:proofErr w:type="spellEnd"/>
      <w:r w:rsidRPr="00FE182F">
        <w:rPr>
          <w:rFonts w:ascii="Arial" w:hAnsi="Arial" w:cs="Arial"/>
          <w:sz w:val="22"/>
        </w:rPr>
        <w:t xml:space="preserve"> ze </w:t>
      </w:r>
      <w:proofErr w:type="spellStart"/>
      <w:r w:rsidRPr="00FE182F">
        <w:rPr>
          <w:rFonts w:ascii="Arial" w:hAnsi="Arial" w:cs="Arial"/>
          <w:sz w:val="22"/>
        </w:rPr>
        <w:t>złożenia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nieprawdziwego</w:t>
      </w:r>
      <w:proofErr w:type="spellEnd"/>
      <w:r w:rsidRPr="00FE182F">
        <w:rPr>
          <w:rFonts w:ascii="Arial" w:hAnsi="Arial" w:cs="Arial"/>
          <w:sz w:val="22"/>
        </w:rPr>
        <w:t xml:space="preserve"> </w:t>
      </w:r>
      <w:proofErr w:type="spellStart"/>
      <w:r w:rsidRPr="00FE182F">
        <w:rPr>
          <w:rFonts w:ascii="Arial" w:hAnsi="Arial" w:cs="Arial"/>
          <w:sz w:val="22"/>
        </w:rPr>
        <w:t>oświadczenia</w:t>
      </w:r>
      <w:proofErr w:type="spellEnd"/>
      <w:r w:rsidRPr="00FE182F">
        <w:rPr>
          <w:rFonts w:ascii="Arial" w:hAnsi="Arial" w:cs="Arial"/>
          <w:sz w:val="22"/>
        </w:rPr>
        <w:t>.</w:t>
      </w:r>
    </w:p>
    <w:p w14:paraId="35DF996F" w14:textId="77777777" w:rsidR="00597696" w:rsidRDefault="00597696" w:rsidP="00597696">
      <w:pPr>
        <w:pStyle w:val="Listanumerowana"/>
        <w:numPr>
          <w:ilvl w:val="0"/>
          <w:numId w:val="0"/>
        </w:numPr>
        <w:rPr>
          <w:rFonts w:ascii="Arial" w:hAnsi="Arial" w:cs="Arial"/>
          <w:sz w:val="22"/>
        </w:rPr>
      </w:pPr>
    </w:p>
    <w:p w14:paraId="71EB6CEA" w14:textId="7B808FA8" w:rsidR="00597696" w:rsidRPr="00597696" w:rsidRDefault="00597696" w:rsidP="00597696">
      <w:pPr>
        <w:pStyle w:val="Listanumerowana"/>
        <w:numPr>
          <w:ilvl w:val="0"/>
          <w:numId w:val="0"/>
        </w:numPr>
        <w:rPr>
          <w:rFonts w:ascii="Arial" w:hAnsi="Arial" w:cs="Arial"/>
          <w:b/>
          <w:bCs/>
          <w:sz w:val="22"/>
        </w:rPr>
      </w:pPr>
      <w:proofErr w:type="spellStart"/>
      <w:r w:rsidRPr="00597696">
        <w:rPr>
          <w:rFonts w:ascii="Arial" w:hAnsi="Arial" w:cs="Arial"/>
          <w:b/>
          <w:bCs/>
          <w:sz w:val="22"/>
        </w:rPr>
        <w:t>Dokumenty</w:t>
      </w:r>
      <w:proofErr w:type="spellEnd"/>
      <w:r w:rsidRPr="00597696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597696">
        <w:rPr>
          <w:rFonts w:ascii="Arial" w:hAnsi="Arial" w:cs="Arial"/>
          <w:b/>
          <w:bCs/>
          <w:sz w:val="22"/>
        </w:rPr>
        <w:t>załączone</w:t>
      </w:r>
      <w:proofErr w:type="spellEnd"/>
      <w:r w:rsidR="009965FF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597696">
        <w:rPr>
          <w:rFonts w:ascii="Arial" w:hAnsi="Arial" w:cs="Arial"/>
          <w:b/>
          <w:bCs/>
          <w:sz w:val="22"/>
        </w:rPr>
        <w:t>na</w:t>
      </w:r>
      <w:proofErr w:type="spellEnd"/>
      <w:r w:rsidRPr="00597696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597696">
        <w:rPr>
          <w:rFonts w:ascii="Arial" w:hAnsi="Arial" w:cs="Arial"/>
          <w:b/>
          <w:bCs/>
          <w:sz w:val="22"/>
        </w:rPr>
        <w:t>potwierdzenie</w:t>
      </w:r>
      <w:proofErr w:type="spellEnd"/>
      <w:r w:rsidRPr="00597696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597696">
        <w:rPr>
          <w:rFonts w:ascii="Arial" w:hAnsi="Arial" w:cs="Arial"/>
          <w:b/>
          <w:bCs/>
          <w:sz w:val="22"/>
        </w:rPr>
        <w:t>doświadczenia</w:t>
      </w:r>
      <w:proofErr w:type="spellEnd"/>
    </w:p>
    <w:p w14:paraId="667ABC80" w14:textId="77777777" w:rsidR="00A527F2" w:rsidRPr="00041863" w:rsidRDefault="00000000">
      <w:pPr>
        <w:spacing w:after="40"/>
        <w:rPr>
          <w:rFonts w:ascii="Arial" w:hAnsi="Arial" w:cs="Arial"/>
          <w:bCs/>
          <w:sz w:val="22"/>
        </w:rPr>
      </w:pPr>
      <w:r w:rsidRPr="00041863">
        <w:rPr>
          <w:rFonts w:ascii="Arial" w:hAnsi="Arial" w:cs="Arial"/>
          <w:bCs/>
          <w:sz w:val="22"/>
        </w:rPr>
        <w:t>1. ........................................................................................................................</w:t>
      </w:r>
    </w:p>
    <w:p w14:paraId="0D9E5AA3" w14:textId="77777777" w:rsidR="00A527F2" w:rsidRPr="00041863" w:rsidRDefault="00000000">
      <w:pPr>
        <w:spacing w:after="40"/>
        <w:rPr>
          <w:rFonts w:ascii="Arial" w:hAnsi="Arial" w:cs="Arial"/>
          <w:bCs/>
          <w:sz w:val="22"/>
        </w:rPr>
      </w:pPr>
      <w:r w:rsidRPr="00041863">
        <w:rPr>
          <w:rFonts w:ascii="Arial" w:hAnsi="Arial" w:cs="Arial"/>
          <w:bCs/>
          <w:sz w:val="22"/>
        </w:rPr>
        <w:lastRenderedPageBreak/>
        <w:t>2. ........................................................................................................................</w:t>
      </w:r>
    </w:p>
    <w:p w14:paraId="0F07D46B" w14:textId="77777777" w:rsidR="00A527F2" w:rsidRPr="00041863" w:rsidRDefault="00000000">
      <w:pPr>
        <w:spacing w:after="40"/>
        <w:rPr>
          <w:rFonts w:ascii="Arial" w:hAnsi="Arial" w:cs="Arial"/>
          <w:bCs/>
          <w:sz w:val="22"/>
        </w:rPr>
      </w:pPr>
      <w:r w:rsidRPr="00041863">
        <w:rPr>
          <w:rFonts w:ascii="Arial" w:hAnsi="Arial" w:cs="Arial"/>
          <w:bCs/>
          <w:sz w:val="22"/>
        </w:rPr>
        <w:t>3. ........................................................................................................................</w:t>
      </w:r>
    </w:p>
    <w:p w14:paraId="3A6CBF00" w14:textId="77777777" w:rsidR="00A527F2" w:rsidRPr="00041863" w:rsidRDefault="00000000">
      <w:pPr>
        <w:spacing w:after="40"/>
        <w:rPr>
          <w:rFonts w:ascii="Arial" w:hAnsi="Arial" w:cs="Arial"/>
          <w:bCs/>
          <w:sz w:val="22"/>
        </w:rPr>
      </w:pPr>
      <w:r w:rsidRPr="00041863">
        <w:rPr>
          <w:rFonts w:ascii="Arial" w:hAnsi="Arial" w:cs="Arial"/>
          <w:bCs/>
          <w:sz w:val="22"/>
        </w:rPr>
        <w:t>4. ........................................................................................................................</w:t>
      </w:r>
    </w:p>
    <w:p w14:paraId="7A8BEB4C" w14:textId="77777777" w:rsidR="0082530D" w:rsidRDefault="0082530D">
      <w:pPr>
        <w:spacing w:after="40"/>
        <w:rPr>
          <w:rFonts w:ascii="Arial" w:hAnsi="Arial" w:cs="Arial"/>
          <w:b/>
          <w:sz w:val="22"/>
        </w:rPr>
      </w:pPr>
    </w:p>
    <w:p w14:paraId="680F3A2C" w14:textId="77777777" w:rsidR="0082530D" w:rsidRDefault="0082530D">
      <w:pPr>
        <w:spacing w:after="40"/>
        <w:rPr>
          <w:rFonts w:ascii="Arial" w:hAnsi="Arial" w:cs="Arial"/>
          <w:b/>
          <w:sz w:val="22"/>
        </w:rPr>
      </w:pPr>
    </w:p>
    <w:p w14:paraId="78E82A54" w14:textId="64CEAEA7" w:rsidR="00A527F2" w:rsidRDefault="00000000">
      <w:pPr>
        <w:spacing w:after="40"/>
        <w:rPr>
          <w:rFonts w:ascii="Arial" w:hAnsi="Arial" w:cs="Arial"/>
          <w:sz w:val="22"/>
        </w:rPr>
      </w:pPr>
      <w:proofErr w:type="spellStart"/>
      <w:r w:rsidRPr="00FE182F">
        <w:rPr>
          <w:rFonts w:ascii="Arial" w:hAnsi="Arial" w:cs="Arial"/>
          <w:b/>
          <w:sz w:val="22"/>
        </w:rPr>
        <w:t>Miejscowość</w:t>
      </w:r>
      <w:proofErr w:type="spellEnd"/>
      <w:r w:rsidRPr="00FE182F">
        <w:rPr>
          <w:rFonts w:ascii="Arial" w:hAnsi="Arial" w:cs="Arial"/>
          <w:b/>
          <w:sz w:val="22"/>
        </w:rPr>
        <w:t xml:space="preserve"> </w:t>
      </w:r>
      <w:proofErr w:type="spellStart"/>
      <w:r w:rsidRPr="00FE182F">
        <w:rPr>
          <w:rFonts w:ascii="Arial" w:hAnsi="Arial" w:cs="Arial"/>
          <w:b/>
          <w:sz w:val="22"/>
        </w:rPr>
        <w:t>i</w:t>
      </w:r>
      <w:proofErr w:type="spellEnd"/>
      <w:r w:rsidRPr="00FE182F">
        <w:rPr>
          <w:rFonts w:ascii="Arial" w:hAnsi="Arial" w:cs="Arial"/>
          <w:b/>
          <w:sz w:val="22"/>
        </w:rPr>
        <w:t xml:space="preserve"> data: </w:t>
      </w:r>
      <w:r w:rsidRPr="00FE182F">
        <w:rPr>
          <w:rFonts w:ascii="Arial" w:hAnsi="Arial" w:cs="Arial"/>
          <w:sz w:val="22"/>
        </w:rPr>
        <w:t>.............................</w:t>
      </w:r>
    </w:p>
    <w:p w14:paraId="5083804F" w14:textId="77777777" w:rsidR="007B64C4" w:rsidRDefault="007B64C4">
      <w:pPr>
        <w:spacing w:after="40"/>
        <w:rPr>
          <w:rFonts w:ascii="Arial" w:hAnsi="Arial" w:cs="Arial"/>
          <w:sz w:val="22"/>
        </w:rPr>
      </w:pPr>
    </w:p>
    <w:p w14:paraId="68720164" w14:textId="77777777" w:rsidR="007B64C4" w:rsidRPr="00FE182F" w:rsidRDefault="007B64C4">
      <w:pPr>
        <w:spacing w:after="40"/>
        <w:rPr>
          <w:rFonts w:ascii="Arial" w:hAnsi="Arial" w:cs="Arial"/>
          <w:sz w:val="22"/>
        </w:rPr>
      </w:pPr>
    </w:p>
    <w:p w14:paraId="3453AB32" w14:textId="37A78906" w:rsidR="007B64C4" w:rsidRDefault="00000000" w:rsidP="007B64C4">
      <w:pPr>
        <w:spacing w:after="40"/>
        <w:jc w:val="right"/>
        <w:rPr>
          <w:rFonts w:ascii="Arial" w:hAnsi="Arial" w:cs="Arial"/>
          <w:b/>
          <w:sz w:val="22"/>
        </w:rPr>
      </w:pPr>
      <w:proofErr w:type="spellStart"/>
      <w:r w:rsidRPr="00FE182F">
        <w:rPr>
          <w:rFonts w:ascii="Arial" w:hAnsi="Arial" w:cs="Arial"/>
          <w:b/>
          <w:sz w:val="22"/>
        </w:rPr>
        <w:t>Podpis</w:t>
      </w:r>
      <w:proofErr w:type="spellEnd"/>
      <w:r w:rsidRPr="00FE182F">
        <w:rPr>
          <w:rFonts w:ascii="Arial" w:hAnsi="Arial" w:cs="Arial"/>
          <w:b/>
          <w:sz w:val="22"/>
        </w:rPr>
        <w:t xml:space="preserve"> </w:t>
      </w:r>
      <w:proofErr w:type="spellStart"/>
      <w:r w:rsidR="0082530D">
        <w:rPr>
          <w:rFonts w:ascii="Arial" w:hAnsi="Arial" w:cs="Arial"/>
          <w:b/>
          <w:sz w:val="22"/>
        </w:rPr>
        <w:t>i</w:t>
      </w:r>
      <w:proofErr w:type="spellEnd"/>
      <w:r w:rsidR="0082530D">
        <w:rPr>
          <w:rFonts w:ascii="Arial" w:hAnsi="Arial" w:cs="Arial"/>
          <w:b/>
          <w:sz w:val="22"/>
        </w:rPr>
        <w:t xml:space="preserve"> </w:t>
      </w:r>
      <w:proofErr w:type="spellStart"/>
      <w:r w:rsidR="0082530D">
        <w:rPr>
          <w:rFonts w:ascii="Arial" w:hAnsi="Arial" w:cs="Arial"/>
          <w:b/>
          <w:sz w:val="22"/>
        </w:rPr>
        <w:t>pieczęć</w:t>
      </w:r>
      <w:proofErr w:type="spellEnd"/>
      <w:r w:rsidR="0082530D">
        <w:rPr>
          <w:rFonts w:ascii="Arial" w:hAnsi="Arial" w:cs="Arial"/>
          <w:b/>
          <w:sz w:val="22"/>
        </w:rPr>
        <w:t xml:space="preserve"> </w:t>
      </w:r>
      <w:proofErr w:type="spellStart"/>
      <w:r w:rsidRPr="00FE182F">
        <w:rPr>
          <w:rFonts w:ascii="Arial" w:hAnsi="Arial" w:cs="Arial"/>
          <w:b/>
          <w:sz w:val="22"/>
        </w:rPr>
        <w:t>Oferenta</w:t>
      </w:r>
      <w:proofErr w:type="spellEnd"/>
    </w:p>
    <w:p w14:paraId="5E1ACD38" w14:textId="77777777" w:rsidR="0082530D" w:rsidRDefault="0082530D" w:rsidP="007B64C4">
      <w:pPr>
        <w:spacing w:after="40"/>
        <w:jc w:val="right"/>
        <w:rPr>
          <w:rFonts w:ascii="Arial" w:hAnsi="Arial" w:cs="Arial"/>
          <w:b/>
          <w:sz w:val="22"/>
        </w:rPr>
      </w:pPr>
    </w:p>
    <w:p w14:paraId="65C4BACB" w14:textId="77777777" w:rsidR="007B64C4" w:rsidRDefault="007B64C4" w:rsidP="007B64C4">
      <w:pPr>
        <w:spacing w:after="40"/>
        <w:jc w:val="right"/>
        <w:rPr>
          <w:rFonts w:ascii="Arial" w:hAnsi="Arial" w:cs="Arial"/>
          <w:b/>
          <w:sz w:val="22"/>
        </w:rPr>
      </w:pPr>
    </w:p>
    <w:p w14:paraId="6A8FE1C3" w14:textId="7667370E" w:rsidR="00A527F2" w:rsidRPr="007B64C4" w:rsidRDefault="00000000" w:rsidP="007B64C4">
      <w:pPr>
        <w:spacing w:after="40"/>
        <w:jc w:val="right"/>
        <w:rPr>
          <w:rFonts w:ascii="Arial" w:hAnsi="Arial" w:cs="Arial"/>
          <w:sz w:val="22"/>
        </w:rPr>
      </w:pPr>
      <w:r w:rsidRPr="00FE182F">
        <w:rPr>
          <w:rFonts w:ascii="Arial" w:hAnsi="Arial" w:cs="Arial"/>
          <w:b/>
          <w:sz w:val="22"/>
        </w:rPr>
        <w:t xml:space="preserve"> </w:t>
      </w:r>
      <w:r w:rsidRPr="00FE182F">
        <w:rPr>
          <w:rFonts w:ascii="Arial" w:hAnsi="Arial" w:cs="Arial"/>
          <w:sz w:val="22"/>
        </w:rPr>
        <w:t>...........................................</w:t>
      </w:r>
    </w:p>
    <w:sectPr w:rsidR="00A527F2" w:rsidRPr="007B64C4" w:rsidSect="00034616">
      <w:headerReference w:type="default" r:id="rId8"/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70A47" w14:textId="77777777" w:rsidR="005A746F" w:rsidRDefault="005A746F">
      <w:pPr>
        <w:spacing w:after="0" w:line="240" w:lineRule="auto"/>
      </w:pPr>
      <w:r>
        <w:separator/>
      </w:r>
    </w:p>
  </w:endnote>
  <w:endnote w:type="continuationSeparator" w:id="0">
    <w:p w14:paraId="20C80465" w14:textId="77777777" w:rsidR="005A746F" w:rsidRDefault="005A7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D0397" w14:textId="21A299EF" w:rsidR="00A527F2" w:rsidRDefault="00A527F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9620F" w14:textId="77777777" w:rsidR="005A746F" w:rsidRDefault="005A746F">
      <w:pPr>
        <w:spacing w:after="0" w:line="240" w:lineRule="auto"/>
      </w:pPr>
      <w:r>
        <w:separator/>
      </w:r>
    </w:p>
  </w:footnote>
  <w:footnote w:type="continuationSeparator" w:id="0">
    <w:p w14:paraId="04824254" w14:textId="77777777" w:rsidR="005A746F" w:rsidRDefault="005A7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57EE3" w14:textId="30B2694D" w:rsidR="00A527F2" w:rsidRDefault="00A527F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0809E1"/>
    <w:multiLevelType w:val="hybridMultilevel"/>
    <w:tmpl w:val="644E8F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1F76D7A"/>
    <w:multiLevelType w:val="hybridMultilevel"/>
    <w:tmpl w:val="648825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44290A"/>
    <w:multiLevelType w:val="hybridMultilevel"/>
    <w:tmpl w:val="3EA6B8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667DE2"/>
    <w:multiLevelType w:val="hybridMultilevel"/>
    <w:tmpl w:val="4820548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403CC3"/>
    <w:multiLevelType w:val="hybridMultilevel"/>
    <w:tmpl w:val="A3A439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E558C4"/>
    <w:multiLevelType w:val="hybridMultilevel"/>
    <w:tmpl w:val="5414FB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BB1226"/>
    <w:multiLevelType w:val="hybridMultilevel"/>
    <w:tmpl w:val="03D436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5ED6FE2"/>
    <w:multiLevelType w:val="hybridMultilevel"/>
    <w:tmpl w:val="12E88D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FD33C5F"/>
    <w:multiLevelType w:val="hybridMultilevel"/>
    <w:tmpl w:val="A13AC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9ED5B92"/>
    <w:multiLevelType w:val="hybridMultilevel"/>
    <w:tmpl w:val="5F6298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87172C"/>
    <w:multiLevelType w:val="hybridMultilevel"/>
    <w:tmpl w:val="703655A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4C0D4E"/>
    <w:multiLevelType w:val="hybridMultilevel"/>
    <w:tmpl w:val="D9D437C4"/>
    <w:lvl w:ilvl="0" w:tplc="C750D23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6858922">
    <w:abstractNumId w:val="8"/>
  </w:num>
  <w:num w:numId="2" w16cid:durableId="343358127">
    <w:abstractNumId w:val="6"/>
  </w:num>
  <w:num w:numId="3" w16cid:durableId="1481193470">
    <w:abstractNumId w:val="5"/>
  </w:num>
  <w:num w:numId="4" w16cid:durableId="13314107">
    <w:abstractNumId w:val="4"/>
  </w:num>
  <w:num w:numId="5" w16cid:durableId="528688800">
    <w:abstractNumId w:val="7"/>
  </w:num>
  <w:num w:numId="6" w16cid:durableId="857818734">
    <w:abstractNumId w:val="3"/>
  </w:num>
  <w:num w:numId="7" w16cid:durableId="508298021">
    <w:abstractNumId w:val="2"/>
  </w:num>
  <w:num w:numId="8" w16cid:durableId="897982077">
    <w:abstractNumId w:val="1"/>
  </w:num>
  <w:num w:numId="9" w16cid:durableId="1465001013">
    <w:abstractNumId w:val="0"/>
  </w:num>
  <w:num w:numId="10" w16cid:durableId="2036416407">
    <w:abstractNumId w:val="11"/>
  </w:num>
  <w:num w:numId="11" w16cid:durableId="1087113023">
    <w:abstractNumId w:val="12"/>
  </w:num>
  <w:num w:numId="12" w16cid:durableId="169418826">
    <w:abstractNumId w:val="19"/>
  </w:num>
  <w:num w:numId="13" w16cid:durableId="1943994617">
    <w:abstractNumId w:val="15"/>
  </w:num>
  <w:num w:numId="14" w16cid:durableId="337848702">
    <w:abstractNumId w:val="20"/>
  </w:num>
  <w:num w:numId="15" w16cid:durableId="1363744817">
    <w:abstractNumId w:val="14"/>
  </w:num>
  <w:num w:numId="16" w16cid:durableId="1185482149">
    <w:abstractNumId w:val="13"/>
  </w:num>
  <w:num w:numId="17" w16cid:durableId="1571379338">
    <w:abstractNumId w:val="16"/>
  </w:num>
  <w:num w:numId="18" w16cid:durableId="912397530">
    <w:abstractNumId w:val="10"/>
  </w:num>
  <w:num w:numId="19" w16cid:durableId="1534687412">
    <w:abstractNumId w:val="17"/>
  </w:num>
  <w:num w:numId="20" w16cid:durableId="1138647442">
    <w:abstractNumId w:val="18"/>
  </w:num>
  <w:num w:numId="21" w16cid:durableId="2897491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91C"/>
    <w:rsid w:val="00027AE4"/>
    <w:rsid w:val="00034616"/>
    <w:rsid w:val="00041863"/>
    <w:rsid w:val="0006063C"/>
    <w:rsid w:val="000D592C"/>
    <w:rsid w:val="000D72B7"/>
    <w:rsid w:val="0015074B"/>
    <w:rsid w:val="001B0673"/>
    <w:rsid w:val="0022411E"/>
    <w:rsid w:val="0027192F"/>
    <w:rsid w:val="0029639D"/>
    <w:rsid w:val="00326F90"/>
    <w:rsid w:val="00386FBA"/>
    <w:rsid w:val="00403F00"/>
    <w:rsid w:val="00523D51"/>
    <w:rsid w:val="00581910"/>
    <w:rsid w:val="0059027C"/>
    <w:rsid w:val="00597696"/>
    <w:rsid w:val="005A746F"/>
    <w:rsid w:val="00602F26"/>
    <w:rsid w:val="006663E8"/>
    <w:rsid w:val="006916D6"/>
    <w:rsid w:val="007020EA"/>
    <w:rsid w:val="00742170"/>
    <w:rsid w:val="00746FC3"/>
    <w:rsid w:val="007A2A1A"/>
    <w:rsid w:val="007B3165"/>
    <w:rsid w:val="007B64C4"/>
    <w:rsid w:val="007E3A5F"/>
    <w:rsid w:val="0080761E"/>
    <w:rsid w:val="0082530D"/>
    <w:rsid w:val="009965FF"/>
    <w:rsid w:val="009C5F84"/>
    <w:rsid w:val="00A527F2"/>
    <w:rsid w:val="00AA1D8D"/>
    <w:rsid w:val="00AA5535"/>
    <w:rsid w:val="00B31B37"/>
    <w:rsid w:val="00B47730"/>
    <w:rsid w:val="00B56B84"/>
    <w:rsid w:val="00C377F0"/>
    <w:rsid w:val="00C50344"/>
    <w:rsid w:val="00CA4584"/>
    <w:rsid w:val="00CB0664"/>
    <w:rsid w:val="00CE0589"/>
    <w:rsid w:val="00D22A34"/>
    <w:rsid w:val="00D25CD3"/>
    <w:rsid w:val="00E341AC"/>
    <w:rsid w:val="00E72C33"/>
    <w:rsid w:val="00E73A49"/>
    <w:rsid w:val="00F11875"/>
    <w:rsid w:val="00F46255"/>
    <w:rsid w:val="00F9426C"/>
    <w:rsid w:val="00FC693F"/>
    <w:rsid w:val="00FE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A24851"/>
  <w14:defaultImageDpi w14:val="300"/>
  <w15:docId w15:val="{3F66D4BF-351A-4386-8B36-7499F6AFD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2F5597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CA458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4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344</Words>
  <Characters>2067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Zapytanie ofertowe – programy profilaktyczne – Gmina Gołdap</vt:lpstr>
      <vt:lpstr/>
    </vt:vector>
  </TitlesOfParts>
  <Manager/>
  <Company/>
  <LinksUpToDate>false</LinksUpToDate>
  <CharactersWithSpaces>2407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– programy profilaktyczne – Gmina Gołdap</dc:title>
  <dc:subject>Wersja edytowalna zapytania ofertowego wraz z trzema załącznikami</dc:subject>
  <dc:creator>M365 Copilot</dc:creator>
  <cp:keywords/>
  <dc:description>generated by python-docx</dc:description>
  <cp:lastModifiedBy>Małgorzata Tobolska</cp:lastModifiedBy>
  <cp:revision>26</cp:revision>
  <cp:lastPrinted>2026-08-26T06:51:00Z</cp:lastPrinted>
  <dcterms:created xsi:type="dcterms:W3CDTF">2026-08-25T10:54:00Z</dcterms:created>
  <dcterms:modified xsi:type="dcterms:W3CDTF">2026-09-07T06:57:00Z</dcterms:modified>
  <cp:category/>
</cp:coreProperties>
</file>