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A455" w14:textId="77777777" w:rsidR="00EB7EC2" w:rsidRPr="003E346B" w:rsidRDefault="00000000">
      <w:pPr>
        <w:jc w:val="right"/>
        <w:rPr>
          <w:rFonts w:ascii="Arial" w:hAnsi="Arial" w:cs="Arial"/>
          <w:sz w:val="22"/>
        </w:rPr>
      </w:pPr>
      <w:r w:rsidRPr="003E346B">
        <w:rPr>
          <w:rFonts w:ascii="Arial" w:hAnsi="Arial" w:cs="Arial"/>
          <w:b/>
          <w:sz w:val="22"/>
        </w:rPr>
        <w:t>Załącznik nr 4</w:t>
      </w:r>
    </w:p>
    <w:p w14:paraId="411B2728" w14:textId="77777777" w:rsidR="00EB7EC2" w:rsidRPr="003E346B" w:rsidRDefault="00000000">
      <w:pPr>
        <w:pStyle w:val="Tytu"/>
        <w:jc w:val="center"/>
        <w:rPr>
          <w:rFonts w:ascii="Arial" w:hAnsi="Arial" w:cs="Arial"/>
          <w:color w:val="auto"/>
          <w:sz w:val="22"/>
          <w:szCs w:val="22"/>
        </w:rPr>
      </w:pPr>
      <w:r w:rsidRPr="003E346B">
        <w:rPr>
          <w:rFonts w:ascii="Arial" w:hAnsi="Arial" w:cs="Arial"/>
          <w:color w:val="auto"/>
          <w:sz w:val="22"/>
          <w:szCs w:val="22"/>
        </w:rPr>
        <w:t>OŚWIADCZENIE DOTYCZĄCE OCHRONY MAŁOLETNICH</w:t>
      </w:r>
    </w:p>
    <w:p w14:paraId="49B9EEB1" w14:textId="0754FBC9" w:rsidR="00EB7EC2" w:rsidRPr="003E346B" w:rsidRDefault="00000000">
      <w:pPr>
        <w:jc w:val="center"/>
        <w:rPr>
          <w:rFonts w:ascii="Arial" w:hAnsi="Arial" w:cs="Arial"/>
          <w:sz w:val="22"/>
        </w:rPr>
      </w:pPr>
      <w:r w:rsidRPr="003E346B">
        <w:rPr>
          <w:rFonts w:ascii="Arial" w:hAnsi="Arial" w:cs="Arial"/>
          <w:b/>
          <w:sz w:val="22"/>
        </w:rPr>
        <w:t>do zapytania ofertowego nr OSS.271.1.</w:t>
      </w:r>
      <w:r w:rsidR="00996E5B">
        <w:rPr>
          <w:rFonts w:ascii="Arial" w:hAnsi="Arial" w:cs="Arial"/>
          <w:b/>
          <w:sz w:val="22"/>
        </w:rPr>
        <w:t>1</w:t>
      </w:r>
      <w:r w:rsidR="006E0397">
        <w:rPr>
          <w:rFonts w:ascii="Arial" w:hAnsi="Arial" w:cs="Arial"/>
          <w:b/>
          <w:sz w:val="22"/>
        </w:rPr>
        <w:t>1</w:t>
      </w:r>
      <w:r w:rsidRPr="003E346B">
        <w:rPr>
          <w:rFonts w:ascii="Arial" w:hAnsi="Arial" w:cs="Arial"/>
          <w:b/>
          <w:sz w:val="22"/>
        </w:rPr>
        <w:t>.2026</w:t>
      </w:r>
    </w:p>
    <w:p w14:paraId="5AC9FA1E" w14:textId="77777777" w:rsidR="00D37980" w:rsidRDefault="00D37980">
      <w:pPr>
        <w:spacing w:after="60"/>
        <w:rPr>
          <w:rFonts w:ascii="Arial" w:hAnsi="Arial" w:cs="Arial"/>
          <w:b/>
          <w:sz w:val="22"/>
        </w:rPr>
      </w:pPr>
    </w:p>
    <w:p w14:paraId="7D06C8E0" w14:textId="6066975F" w:rsidR="00EB7EC2" w:rsidRPr="003E346B" w:rsidRDefault="00000000">
      <w:pPr>
        <w:spacing w:after="60"/>
        <w:rPr>
          <w:rFonts w:ascii="Arial" w:hAnsi="Arial" w:cs="Arial"/>
          <w:sz w:val="22"/>
        </w:rPr>
      </w:pPr>
      <w:r w:rsidRPr="003E346B">
        <w:rPr>
          <w:rFonts w:ascii="Arial" w:hAnsi="Arial" w:cs="Arial"/>
          <w:b/>
          <w:sz w:val="22"/>
        </w:rPr>
        <w:t xml:space="preserve">Ja/My, niżej podpisany/a/i: </w:t>
      </w:r>
      <w:r w:rsidRPr="003E346B">
        <w:rPr>
          <w:rFonts w:ascii="Arial" w:hAnsi="Arial" w:cs="Arial"/>
          <w:sz w:val="22"/>
        </w:rPr>
        <w:t>............................................................................................................</w:t>
      </w:r>
      <w:r w:rsidR="00D37980">
        <w:rPr>
          <w:rFonts w:ascii="Arial" w:hAnsi="Arial" w:cs="Arial"/>
          <w:sz w:val="22"/>
        </w:rPr>
        <w:t>.....</w:t>
      </w:r>
    </w:p>
    <w:p w14:paraId="08552BA5" w14:textId="483034A4" w:rsidR="00EB7EC2" w:rsidRPr="003E346B" w:rsidRDefault="00000000">
      <w:pPr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...............................................................................................................................</w:t>
      </w:r>
      <w:r w:rsidR="00D37980">
        <w:rPr>
          <w:rFonts w:ascii="Arial" w:hAnsi="Arial" w:cs="Arial"/>
          <w:sz w:val="22"/>
        </w:rPr>
        <w:t>...............................</w:t>
      </w:r>
      <w:r w:rsidRPr="003E346B">
        <w:rPr>
          <w:rFonts w:ascii="Arial" w:hAnsi="Arial" w:cs="Arial"/>
          <w:sz w:val="22"/>
        </w:rPr>
        <w:t>.</w:t>
      </w:r>
    </w:p>
    <w:p w14:paraId="46780C91" w14:textId="2C400D9B" w:rsidR="00EB7EC2" w:rsidRPr="003E346B" w:rsidRDefault="00000000">
      <w:pPr>
        <w:spacing w:after="60"/>
        <w:rPr>
          <w:rFonts w:ascii="Arial" w:hAnsi="Arial" w:cs="Arial"/>
          <w:sz w:val="22"/>
        </w:rPr>
      </w:pPr>
      <w:r w:rsidRPr="003E346B">
        <w:rPr>
          <w:rFonts w:ascii="Arial" w:hAnsi="Arial" w:cs="Arial"/>
          <w:b/>
          <w:sz w:val="22"/>
        </w:rPr>
        <w:t xml:space="preserve">działając w imieniu: </w:t>
      </w:r>
      <w:r w:rsidRPr="003E346B">
        <w:rPr>
          <w:rFonts w:ascii="Arial" w:hAnsi="Arial" w:cs="Arial"/>
          <w:sz w:val="22"/>
        </w:rPr>
        <w:t>............................................................................................................</w:t>
      </w:r>
      <w:r w:rsidR="00D37980">
        <w:rPr>
          <w:rFonts w:ascii="Arial" w:hAnsi="Arial" w:cs="Arial"/>
          <w:sz w:val="22"/>
        </w:rPr>
        <w:t>................</w:t>
      </w:r>
    </w:p>
    <w:p w14:paraId="0686F64A" w14:textId="64334FAB" w:rsidR="00EB7EC2" w:rsidRPr="003E346B" w:rsidRDefault="00000000">
      <w:pPr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................................................................................................................................</w:t>
      </w:r>
      <w:r w:rsidR="00D37980">
        <w:rPr>
          <w:rFonts w:ascii="Arial" w:hAnsi="Arial" w:cs="Arial"/>
          <w:sz w:val="22"/>
        </w:rPr>
        <w:t>...............................</w:t>
      </w:r>
    </w:p>
    <w:p w14:paraId="02A31FAC" w14:textId="77777777" w:rsidR="00EB7EC2" w:rsidRPr="003E346B" w:rsidRDefault="00000000">
      <w:pPr>
        <w:jc w:val="center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(nazwa i adres Oferenta)</w:t>
      </w:r>
    </w:p>
    <w:p w14:paraId="4702B218" w14:textId="4522A9EB" w:rsidR="00EB7EC2" w:rsidRPr="003E346B" w:rsidRDefault="00000000" w:rsidP="00D37980">
      <w:pPr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w związku ze złożeniem oferty na realizację</w:t>
      </w:r>
      <w:r w:rsidR="00D41275">
        <w:rPr>
          <w:rFonts w:ascii="Arial" w:hAnsi="Arial" w:cs="Arial"/>
          <w:sz w:val="22"/>
        </w:rPr>
        <w:t xml:space="preserve"> rekomendowanych </w:t>
      </w:r>
      <w:r w:rsidRPr="003E346B">
        <w:rPr>
          <w:rFonts w:ascii="Arial" w:hAnsi="Arial" w:cs="Arial"/>
          <w:sz w:val="22"/>
        </w:rPr>
        <w:t xml:space="preserve">programów profilaktycznych </w:t>
      </w:r>
      <w:r w:rsidR="001F519E">
        <w:rPr>
          <w:rFonts w:ascii="Arial" w:hAnsi="Arial" w:cs="Arial"/>
          <w:sz w:val="22"/>
        </w:rPr>
        <w:t>adresowanych</w:t>
      </w:r>
      <w:r w:rsidR="00D41275">
        <w:rPr>
          <w:rFonts w:ascii="Arial" w:hAnsi="Arial" w:cs="Arial"/>
          <w:sz w:val="22"/>
        </w:rPr>
        <w:t xml:space="preserve"> </w:t>
      </w:r>
      <w:r w:rsidRPr="003E346B">
        <w:rPr>
          <w:rFonts w:ascii="Arial" w:hAnsi="Arial" w:cs="Arial"/>
          <w:sz w:val="22"/>
        </w:rPr>
        <w:t>do dzieci, młodzieży, rodziców i nauczycieli w placówkach oświatowych na terenie Gminy Gołdap</w:t>
      </w:r>
      <w:r w:rsidR="00D41275">
        <w:rPr>
          <w:rFonts w:ascii="Arial" w:hAnsi="Arial" w:cs="Arial"/>
          <w:sz w:val="22"/>
        </w:rPr>
        <w:t xml:space="preserve"> w 2026 r., w zakresie profilaktyki alkoholizmu I przeciwdziałania narkomanii</w:t>
      </w:r>
      <w:r w:rsidRPr="003E346B">
        <w:rPr>
          <w:rFonts w:ascii="Arial" w:hAnsi="Arial" w:cs="Arial"/>
          <w:sz w:val="22"/>
        </w:rPr>
        <w:t xml:space="preserve"> oświadczam/y, że:</w:t>
      </w:r>
    </w:p>
    <w:p w14:paraId="4D772DCB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znana jest nam treść ustawy z dnia 13 maja 2016 r. o przeciwdziałaniu zagrożeniom przestępczością na tle seksualnym i ochronie małoletnich oraz obowiązki wynikające z tej ustawy;</w:t>
      </w:r>
    </w:p>
    <w:p w14:paraId="7024A4E0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przy wykonywaniu zamówienia będziemy realizować obowiązki wynikające z powyższej ustawy oraz innych przepisów dotyczących ochrony małoletnich;</w:t>
      </w:r>
    </w:p>
    <w:p w14:paraId="48D6274D" w14:textId="3601C4C1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 xml:space="preserve">przed dopuszczeniem osób do działalności związanej z wychowaniem, edukacją lub opieką nad małoletnimi dokonamy wymaganej prawem weryfikacji tych osób, w tym uzyskamy informacje </w:t>
      </w:r>
      <w:r w:rsidR="00D37980">
        <w:rPr>
          <w:rFonts w:ascii="Arial" w:hAnsi="Arial" w:cs="Arial"/>
          <w:sz w:val="22"/>
        </w:rPr>
        <w:br/>
      </w:r>
      <w:r w:rsidRPr="003E346B">
        <w:rPr>
          <w:rFonts w:ascii="Arial" w:hAnsi="Arial" w:cs="Arial"/>
          <w:sz w:val="22"/>
        </w:rPr>
        <w:t>z właściwych rejestrów;</w:t>
      </w:r>
    </w:p>
    <w:p w14:paraId="5AAE8D9D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od osób realizujących działania z małoletnimi uzyskamy wymagane prawem informacje lub zaświadczenia z Krajowego Rejestru Karnego, a w przypadkach przewidzianych ustawą także dokumenty lub oświadczenia dotyczące innych państw;</w:t>
      </w:r>
    </w:p>
    <w:p w14:paraId="757B954D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do realizacji zamówienia nie dopuścimy osoby, która nie spełnia wymagań prawnych dotyczących pracy lub działalności z małoletnimi;</w:t>
      </w:r>
    </w:p>
    <w:p w14:paraId="211B9FF0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posiadamy i stosujemy standardy ochrony małoletnich dostosowane do charakteru prowadzonej działalności, obejmujące w szczególności zasady bezpiecznych relacji, reagowania na podejrzenie krzywdzenia, przyjmowania zgłoszeń, dokumentowania zdarzeń oraz przygotowania personelu;</w:t>
      </w:r>
    </w:p>
    <w:p w14:paraId="3BD3827E" w14:textId="1F844264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 xml:space="preserve">wszystkie osoby skierowane do realizacji zadania zostaną zapoznane ze standardami ochrony małoletnich obowiązującymi u Oferenta oraz w placówce, w której będą prowadzone działania, </w:t>
      </w:r>
      <w:r w:rsidR="00D37980">
        <w:rPr>
          <w:rFonts w:ascii="Arial" w:hAnsi="Arial" w:cs="Arial"/>
          <w:sz w:val="22"/>
        </w:rPr>
        <w:br/>
      </w:r>
      <w:r w:rsidRPr="003E346B">
        <w:rPr>
          <w:rFonts w:ascii="Arial" w:hAnsi="Arial" w:cs="Arial"/>
          <w:sz w:val="22"/>
        </w:rPr>
        <w:t>i zobowiązane do ich przestrzegania;</w:t>
      </w:r>
    </w:p>
    <w:p w14:paraId="3C42007A" w14:textId="77777777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zapewnimy poufność informacji dotyczących małoletnich oraz będziemy przetwarzać dane osobowe wyłącznie w zakresie niezbędnym do realizacji zadania i zgodnie z obowiązującymi przepisami;</w:t>
      </w:r>
    </w:p>
    <w:p w14:paraId="4B1926F4" w14:textId="2FF3C60E" w:rsidR="00EB7EC2" w:rsidRPr="003E346B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 xml:space="preserve">na żądanie Zamawiającego przedstawimy dokumenty potwierdzające wykonanie obowiązków, </w:t>
      </w:r>
      <w:r w:rsidR="00D37980">
        <w:rPr>
          <w:rFonts w:ascii="Arial" w:hAnsi="Arial" w:cs="Arial"/>
          <w:sz w:val="22"/>
        </w:rPr>
        <w:br/>
      </w:r>
      <w:r w:rsidRPr="003E346B">
        <w:rPr>
          <w:rFonts w:ascii="Arial" w:hAnsi="Arial" w:cs="Arial"/>
          <w:sz w:val="22"/>
        </w:rPr>
        <w:t>z zachowaniem przepisów o ochronie danych osobowych;</w:t>
      </w:r>
    </w:p>
    <w:p w14:paraId="1EF8484B" w14:textId="77777777" w:rsidR="00EB7EC2" w:rsidRDefault="00000000" w:rsidP="00D37980">
      <w:pPr>
        <w:pStyle w:val="Listanumerowana"/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>ponosimy odpowiedzialność za prawidłową weryfikację osób skierowanych do realizacji zadania oraz za stosowanie standardów ochrony małoletnich podczas wykonywania zamówienia.</w:t>
      </w:r>
    </w:p>
    <w:p w14:paraId="51708B48" w14:textId="77777777" w:rsidR="00D37980" w:rsidRDefault="00D37980" w:rsidP="00D37980">
      <w:pPr>
        <w:pStyle w:val="Listanumerowana"/>
        <w:numPr>
          <w:ilvl w:val="0"/>
          <w:numId w:val="0"/>
        </w:numPr>
        <w:jc w:val="both"/>
        <w:rPr>
          <w:rFonts w:ascii="Arial" w:hAnsi="Arial" w:cs="Arial"/>
          <w:sz w:val="22"/>
        </w:rPr>
      </w:pPr>
    </w:p>
    <w:p w14:paraId="0F0F7E22" w14:textId="77777777" w:rsidR="00D37980" w:rsidRDefault="00D37980" w:rsidP="00D37980">
      <w:pPr>
        <w:pStyle w:val="Listanumerowana"/>
        <w:numPr>
          <w:ilvl w:val="0"/>
          <w:numId w:val="0"/>
        </w:numPr>
        <w:jc w:val="both"/>
        <w:rPr>
          <w:rFonts w:ascii="Arial" w:hAnsi="Arial" w:cs="Arial"/>
          <w:sz w:val="22"/>
        </w:rPr>
      </w:pPr>
    </w:p>
    <w:p w14:paraId="33E00C53" w14:textId="546057A7" w:rsidR="00D37980" w:rsidRPr="00481E5F" w:rsidRDefault="00D37980" w:rsidP="00D37980">
      <w:pPr>
        <w:pStyle w:val="Listanumerowana"/>
        <w:numPr>
          <w:ilvl w:val="0"/>
          <w:numId w:val="0"/>
        </w:numPr>
        <w:jc w:val="both"/>
        <w:rPr>
          <w:rFonts w:ascii="Arial" w:hAnsi="Arial" w:cs="Arial"/>
          <w:b/>
          <w:bCs/>
          <w:sz w:val="22"/>
        </w:rPr>
      </w:pPr>
      <w:r w:rsidRPr="00481E5F">
        <w:rPr>
          <w:rFonts w:ascii="Arial" w:hAnsi="Arial" w:cs="Arial"/>
          <w:b/>
          <w:bCs/>
          <w:sz w:val="22"/>
        </w:rPr>
        <w:t>Oświadczenie końcowe</w:t>
      </w:r>
    </w:p>
    <w:p w14:paraId="5739FB60" w14:textId="713CCF2A" w:rsidR="00EB7EC2" w:rsidRPr="003E346B" w:rsidRDefault="00000000" w:rsidP="00D37980">
      <w:pPr>
        <w:jc w:val="both"/>
        <w:rPr>
          <w:rFonts w:ascii="Arial" w:hAnsi="Arial" w:cs="Arial"/>
          <w:sz w:val="22"/>
        </w:rPr>
      </w:pPr>
      <w:r w:rsidRPr="003E346B">
        <w:rPr>
          <w:rFonts w:ascii="Arial" w:hAnsi="Arial" w:cs="Arial"/>
          <w:sz w:val="22"/>
        </w:rPr>
        <w:t xml:space="preserve">Oświadczam/y, że informacje zawarte w niniejszym dokumencie są zgodne ze stanem faktycznym </w:t>
      </w:r>
      <w:r w:rsidR="00D41275">
        <w:rPr>
          <w:rFonts w:ascii="Arial" w:hAnsi="Arial" w:cs="Arial"/>
          <w:sz w:val="22"/>
        </w:rPr>
        <w:br/>
      </w:r>
      <w:r w:rsidRPr="003E346B">
        <w:rPr>
          <w:rFonts w:ascii="Arial" w:hAnsi="Arial" w:cs="Arial"/>
          <w:sz w:val="22"/>
        </w:rPr>
        <w:t>i prawnym. Zobowiązujemy się niezwłocznie poinformować Zamawiającego o każdej zmianie mającej wpływ na możliwość bezpiecznej i zgodnej z prawem realizacji działań z udziałem małoletnich.</w:t>
      </w:r>
    </w:p>
    <w:p w14:paraId="07BBEA16" w14:textId="77777777" w:rsidR="00D37980" w:rsidRDefault="00D37980">
      <w:pPr>
        <w:spacing w:after="60"/>
        <w:rPr>
          <w:rFonts w:ascii="Arial" w:hAnsi="Arial" w:cs="Arial"/>
          <w:b/>
          <w:sz w:val="22"/>
        </w:rPr>
      </w:pPr>
    </w:p>
    <w:p w14:paraId="3379F140" w14:textId="77777777" w:rsidR="00D37980" w:rsidRDefault="00D37980">
      <w:pPr>
        <w:spacing w:after="60"/>
        <w:rPr>
          <w:rFonts w:ascii="Arial" w:hAnsi="Arial" w:cs="Arial"/>
          <w:b/>
          <w:sz w:val="22"/>
        </w:rPr>
      </w:pPr>
    </w:p>
    <w:p w14:paraId="666D88C9" w14:textId="0D8F98AE" w:rsidR="00EB7EC2" w:rsidRDefault="00000000">
      <w:pPr>
        <w:spacing w:after="60"/>
        <w:rPr>
          <w:rFonts w:ascii="Arial" w:hAnsi="Arial" w:cs="Arial"/>
          <w:sz w:val="22"/>
        </w:rPr>
      </w:pPr>
      <w:r w:rsidRPr="003E346B">
        <w:rPr>
          <w:rFonts w:ascii="Arial" w:hAnsi="Arial" w:cs="Arial"/>
          <w:b/>
          <w:sz w:val="22"/>
        </w:rPr>
        <w:t xml:space="preserve">Miejscowość i data: </w:t>
      </w:r>
      <w:r w:rsidRPr="003E346B">
        <w:rPr>
          <w:rFonts w:ascii="Arial" w:hAnsi="Arial" w:cs="Arial"/>
          <w:sz w:val="22"/>
        </w:rPr>
        <w:t>....................................</w:t>
      </w:r>
    </w:p>
    <w:p w14:paraId="4A01FE56" w14:textId="77777777" w:rsidR="00D37980" w:rsidRDefault="00D37980">
      <w:pPr>
        <w:spacing w:after="60"/>
        <w:rPr>
          <w:rFonts w:ascii="Arial" w:hAnsi="Arial" w:cs="Arial"/>
          <w:sz w:val="22"/>
        </w:rPr>
      </w:pPr>
    </w:p>
    <w:p w14:paraId="591B6A7E" w14:textId="11634901" w:rsidR="00D37980" w:rsidRPr="007D6318" w:rsidRDefault="00D37980" w:rsidP="00D37980">
      <w:pPr>
        <w:spacing w:after="60"/>
        <w:jc w:val="right"/>
        <w:rPr>
          <w:rFonts w:ascii="Arial" w:hAnsi="Arial" w:cs="Arial"/>
          <w:b/>
          <w:bCs/>
          <w:sz w:val="22"/>
        </w:rPr>
      </w:pPr>
      <w:r w:rsidRPr="007D6318">
        <w:rPr>
          <w:rFonts w:ascii="Arial" w:hAnsi="Arial" w:cs="Arial"/>
          <w:b/>
          <w:bCs/>
          <w:sz w:val="22"/>
        </w:rPr>
        <w:t>Podpis i pieczęć Oferenta</w:t>
      </w:r>
    </w:p>
    <w:p w14:paraId="41D030D0" w14:textId="77777777" w:rsidR="00D37980" w:rsidRDefault="00D37980" w:rsidP="00D37980">
      <w:pPr>
        <w:spacing w:after="60"/>
        <w:jc w:val="right"/>
        <w:rPr>
          <w:rFonts w:ascii="Arial" w:hAnsi="Arial" w:cs="Arial"/>
          <w:sz w:val="22"/>
        </w:rPr>
      </w:pPr>
    </w:p>
    <w:p w14:paraId="31DD8C2E" w14:textId="77777777" w:rsidR="00D37980" w:rsidRDefault="00D37980" w:rsidP="00D37980">
      <w:pPr>
        <w:spacing w:after="60"/>
        <w:jc w:val="right"/>
        <w:rPr>
          <w:rFonts w:ascii="Arial" w:hAnsi="Arial" w:cs="Arial"/>
          <w:sz w:val="22"/>
        </w:rPr>
      </w:pPr>
    </w:p>
    <w:p w14:paraId="072D8ECD" w14:textId="30799D9B" w:rsidR="00D37980" w:rsidRPr="003E346B" w:rsidRDefault="00D37980" w:rsidP="00D37980">
      <w:pPr>
        <w:spacing w:after="60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………………………………..</w:t>
      </w:r>
    </w:p>
    <w:p w14:paraId="698D790B" w14:textId="118D2C3D" w:rsidR="00EB7EC2" w:rsidRPr="003E346B" w:rsidRDefault="00EB7EC2" w:rsidP="00D37980">
      <w:pPr>
        <w:jc w:val="right"/>
        <w:rPr>
          <w:rFonts w:ascii="Arial" w:hAnsi="Arial" w:cs="Arial"/>
          <w:sz w:val="22"/>
        </w:rPr>
      </w:pPr>
    </w:p>
    <w:sectPr w:rsidR="00EB7EC2" w:rsidRPr="003E346B" w:rsidSect="00034616">
      <w:headerReference w:type="default" r:id="rId8"/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3EFFC" w14:textId="77777777" w:rsidR="003905E0" w:rsidRDefault="003905E0">
      <w:pPr>
        <w:spacing w:after="0" w:line="240" w:lineRule="auto"/>
      </w:pPr>
      <w:r>
        <w:separator/>
      </w:r>
    </w:p>
  </w:endnote>
  <w:endnote w:type="continuationSeparator" w:id="0">
    <w:p w14:paraId="2E521770" w14:textId="77777777" w:rsidR="003905E0" w:rsidRDefault="003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E4B5" w14:textId="16858A51" w:rsidR="00EB7EC2" w:rsidRDefault="00EB7EC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12883" w14:textId="77777777" w:rsidR="003905E0" w:rsidRDefault="003905E0">
      <w:pPr>
        <w:spacing w:after="0" w:line="240" w:lineRule="auto"/>
      </w:pPr>
      <w:r>
        <w:separator/>
      </w:r>
    </w:p>
  </w:footnote>
  <w:footnote w:type="continuationSeparator" w:id="0">
    <w:p w14:paraId="77BCF5E4" w14:textId="77777777" w:rsidR="003905E0" w:rsidRDefault="003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2DC0" w14:textId="60B834EE" w:rsidR="00EB7EC2" w:rsidRDefault="00EB7E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0737155">
    <w:abstractNumId w:val="8"/>
  </w:num>
  <w:num w:numId="2" w16cid:durableId="103573835">
    <w:abstractNumId w:val="6"/>
  </w:num>
  <w:num w:numId="3" w16cid:durableId="675621308">
    <w:abstractNumId w:val="5"/>
  </w:num>
  <w:num w:numId="4" w16cid:durableId="1810977472">
    <w:abstractNumId w:val="4"/>
  </w:num>
  <w:num w:numId="5" w16cid:durableId="1410931425">
    <w:abstractNumId w:val="7"/>
  </w:num>
  <w:num w:numId="6" w16cid:durableId="2129543714">
    <w:abstractNumId w:val="3"/>
  </w:num>
  <w:num w:numId="7" w16cid:durableId="1208881942">
    <w:abstractNumId w:val="2"/>
  </w:num>
  <w:num w:numId="8" w16cid:durableId="1763839672">
    <w:abstractNumId w:val="1"/>
  </w:num>
  <w:num w:numId="9" w16cid:durableId="146842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519E"/>
    <w:rsid w:val="0029639D"/>
    <w:rsid w:val="00312266"/>
    <w:rsid w:val="00326F90"/>
    <w:rsid w:val="00381392"/>
    <w:rsid w:val="003905E0"/>
    <w:rsid w:val="003D5FD5"/>
    <w:rsid w:val="003E346B"/>
    <w:rsid w:val="00481E5F"/>
    <w:rsid w:val="00514FA5"/>
    <w:rsid w:val="00685E96"/>
    <w:rsid w:val="006E0397"/>
    <w:rsid w:val="00786BEB"/>
    <w:rsid w:val="007D6318"/>
    <w:rsid w:val="00831B46"/>
    <w:rsid w:val="00996E5B"/>
    <w:rsid w:val="00AA1D8D"/>
    <w:rsid w:val="00B140E9"/>
    <w:rsid w:val="00B47730"/>
    <w:rsid w:val="00C955DD"/>
    <w:rsid w:val="00CB0664"/>
    <w:rsid w:val="00D37980"/>
    <w:rsid w:val="00D41275"/>
    <w:rsid w:val="00D87F73"/>
    <w:rsid w:val="00DA19E3"/>
    <w:rsid w:val="00DD7157"/>
    <w:rsid w:val="00E44B5F"/>
    <w:rsid w:val="00E80629"/>
    <w:rsid w:val="00EB7EC2"/>
    <w:rsid w:val="00EE06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DDBF96"/>
  <w14:defaultImageDpi w14:val="300"/>
  <w15:docId w15:val="{25653A42-61E5-4C7C-8555-C935B503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ochrony małoletnich</dc:title>
  <dc:subject/>
  <dc:creator>M365 Copilot</dc:creator>
  <cp:keywords/>
  <dc:description>generated by python-docx</dc:description>
  <cp:lastModifiedBy>Małgorzata Tobolska</cp:lastModifiedBy>
  <cp:revision>17</cp:revision>
  <cp:lastPrinted>2026-08-26T10:47:00Z</cp:lastPrinted>
  <dcterms:created xsi:type="dcterms:W3CDTF">2026-08-26T08:46:00Z</dcterms:created>
  <dcterms:modified xsi:type="dcterms:W3CDTF">2026-09-08T07:47:00Z</dcterms:modified>
  <cp:category/>
</cp:coreProperties>
</file>