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D4B2" w14:textId="77777777" w:rsidR="008A107A" w:rsidRDefault="00000000" w:rsidP="00290EED">
      <w:pPr>
        <w:jc w:val="right"/>
        <w:rPr>
          <w:rFonts w:ascii="Arial" w:hAnsi="Arial" w:cs="Arial"/>
          <w:b/>
        </w:rPr>
      </w:pPr>
      <w:r w:rsidRPr="0064005B">
        <w:rPr>
          <w:rFonts w:ascii="Arial" w:hAnsi="Arial" w:cs="Arial"/>
          <w:b/>
        </w:rPr>
        <w:t>Załącznik nr 5</w:t>
      </w:r>
    </w:p>
    <w:p w14:paraId="704E05E2" w14:textId="77777777" w:rsidR="00290EED" w:rsidRPr="0064005B" w:rsidRDefault="00290EED" w:rsidP="00290EED">
      <w:pPr>
        <w:jc w:val="right"/>
        <w:rPr>
          <w:rFonts w:ascii="Arial" w:hAnsi="Arial" w:cs="Arial"/>
        </w:rPr>
      </w:pPr>
    </w:p>
    <w:p w14:paraId="607590F2" w14:textId="77777777" w:rsidR="008A107A" w:rsidRPr="00290EED" w:rsidRDefault="00000000" w:rsidP="00290EED">
      <w:pPr>
        <w:pStyle w:val="Tytu"/>
        <w:jc w:val="center"/>
        <w:rPr>
          <w:rFonts w:ascii="Arial" w:hAnsi="Arial" w:cs="Arial"/>
          <w:color w:val="auto"/>
          <w:sz w:val="22"/>
          <w:szCs w:val="22"/>
        </w:rPr>
      </w:pPr>
      <w:r w:rsidRPr="00290EED">
        <w:rPr>
          <w:rFonts w:ascii="Arial" w:hAnsi="Arial" w:cs="Arial"/>
          <w:color w:val="auto"/>
          <w:sz w:val="22"/>
          <w:szCs w:val="22"/>
        </w:rPr>
        <w:t>OŚWIADCZENIE O ZAPEWNIENIU DOSTĘPNOŚCI</w:t>
      </w:r>
      <w:r w:rsidRPr="00290EED">
        <w:rPr>
          <w:rFonts w:ascii="Arial" w:hAnsi="Arial" w:cs="Arial"/>
          <w:color w:val="auto"/>
          <w:sz w:val="22"/>
          <w:szCs w:val="22"/>
        </w:rPr>
        <w:br/>
        <w:t>OSOBOM ZE SZCZEGÓLNYMI POTRZEBAMI</w:t>
      </w:r>
    </w:p>
    <w:p w14:paraId="19467D6A" w14:textId="6C8CC166" w:rsidR="008A107A" w:rsidRPr="0064005B" w:rsidRDefault="00000000" w:rsidP="0064005B">
      <w:pPr>
        <w:jc w:val="both"/>
        <w:rPr>
          <w:rFonts w:ascii="Arial" w:hAnsi="Arial" w:cs="Arial"/>
        </w:rPr>
      </w:pPr>
      <w:r w:rsidRPr="0064005B">
        <w:rPr>
          <w:rFonts w:ascii="Arial" w:hAnsi="Arial" w:cs="Arial"/>
          <w:b/>
        </w:rPr>
        <w:t>do zapytania ofertowego nr OSS.271.1.</w:t>
      </w:r>
      <w:r w:rsidR="00977A17">
        <w:rPr>
          <w:rFonts w:ascii="Arial" w:hAnsi="Arial" w:cs="Arial"/>
          <w:b/>
        </w:rPr>
        <w:t>1</w:t>
      </w:r>
      <w:r w:rsidR="00195E80">
        <w:rPr>
          <w:rFonts w:ascii="Arial" w:hAnsi="Arial" w:cs="Arial"/>
          <w:b/>
        </w:rPr>
        <w:t>1</w:t>
      </w:r>
      <w:r w:rsidRPr="0064005B">
        <w:rPr>
          <w:rFonts w:ascii="Arial" w:hAnsi="Arial" w:cs="Arial"/>
          <w:b/>
        </w:rPr>
        <w:t>.2026</w:t>
      </w:r>
    </w:p>
    <w:p w14:paraId="40461BC2" w14:textId="77777777" w:rsidR="008A107A" w:rsidRPr="0064005B" w:rsidRDefault="008A107A" w:rsidP="0064005B">
      <w:pPr>
        <w:jc w:val="both"/>
        <w:rPr>
          <w:rFonts w:ascii="Arial" w:hAnsi="Arial" w:cs="Arial"/>
        </w:rPr>
      </w:pPr>
    </w:p>
    <w:p w14:paraId="5CA3A98E" w14:textId="0002E7CB" w:rsidR="008A107A" w:rsidRPr="0064005B" w:rsidRDefault="00000000" w:rsidP="0064005B">
      <w:pPr>
        <w:spacing w:after="80"/>
        <w:jc w:val="both"/>
        <w:rPr>
          <w:rFonts w:ascii="Arial" w:hAnsi="Arial" w:cs="Arial"/>
        </w:rPr>
      </w:pPr>
      <w:r w:rsidRPr="0064005B">
        <w:rPr>
          <w:rFonts w:ascii="Arial" w:hAnsi="Arial" w:cs="Arial"/>
          <w:b/>
        </w:rPr>
        <w:t xml:space="preserve">Ja/My, niżej podpisany/a/i: </w:t>
      </w:r>
      <w:r w:rsidRPr="0064005B">
        <w:rPr>
          <w:rFonts w:ascii="Arial" w:hAnsi="Arial" w:cs="Arial"/>
        </w:rPr>
        <w:t>......................................................................................................</w:t>
      </w:r>
      <w:r w:rsidR="0064005B">
        <w:rPr>
          <w:rFonts w:ascii="Arial" w:hAnsi="Arial" w:cs="Arial"/>
        </w:rPr>
        <w:t>...........</w:t>
      </w:r>
    </w:p>
    <w:p w14:paraId="31D3EC21" w14:textId="3323AF4B" w:rsidR="008A107A" w:rsidRPr="0064005B" w:rsidRDefault="00000000" w:rsidP="0064005B">
      <w:pPr>
        <w:spacing w:after="80"/>
        <w:jc w:val="both"/>
        <w:rPr>
          <w:rFonts w:ascii="Arial" w:hAnsi="Arial" w:cs="Arial"/>
        </w:rPr>
      </w:pPr>
      <w:r w:rsidRPr="0064005B">
        <w:rPr>
          <w:rFonts w:ascii="Arial" w:hAnsi="Arial" w:cs="Arial"/>
          <w:b/>
        </w:rPr>
        <w:t xml:space="preserve">działając w imieniu: </w:t>
      </w:r>
      <w:r w:rsidRPr="0064005B">
        <w:rPr>
          <w:rFonts w:ascii="Arial" w:hAnsi="Arial" w:cs="Arial"/>
        </w:rPr>
        <w:t>......................................................................................................</w:t>
      </w:r>
      <w:r w:rsidR="00290EED">
        <w:rPr>
          <w:rFonts w:ascii="Arial" w:hAnsi="Arial" w:cs="Arial"/>
        </w:rPr>
        <w:t>......................</w:t>
      </w:r>
    </w:p>
    <w:p w14:paraId="2A167060" w14:textId="1262B473" w:rsidR="008A107A" w:rsidRPr="00290EED" w:rsidRDefault="00290EED" w:rsidP="0064005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</w:t>
      </w:r>
      <w:r w:rsidRPr="00290EED">
        <w:rPr>
          <w:rFonts w:ascii="Arial" w:hAnsi="Arial" w:cs="Arial"/>
        </w:rPr>
        <w:t>(nazwa i adres Oferenta)</w:t>
      </w:r>
    </w:p>
    <w:p w14:paraId="03EFF277" w14:textId="77777777" w:rsidR="00290EED" w:rsidRPr="0064005B" w:rsidRDefault="00290EED" w:rsidP="0064005B">
      <w:pPr>
        <w:jc w:val="both"/>
        <w:rPr>
          <w:rFonts w:ascii="Arial" w:hAnsi="Arial" w:cs="Arial"/>
        </w:rPr>
      </w:pPr>
    </w:p>
    <w:p w14:paraId="39E1EA2B" w14:textId="77777777" w:rsidR="008A107A" w:rsidRPr="0064005B" w:rsidRDefault="00000000" w:rsidP="0064005B">
      <w:pPr>
        <w:jc w:val="both"/>
        <w:rPr>
          <w:rFonts w:ascii="Arial" w:hAnsi="Arial" w:cs="Arial"/>
        </w:rPr>
      </w:pPr>
      <w:r w:rsidRPr="0064005B">
        <w:rPr>
          <w:rFonts w:ascii="Arial" w:hAnsi="Arial" w:cs="Arial"/>
        </w:rPr>
        <w:t>oświadczam/y, że podczas realizacji zamówienia:</w:t>
      </w:r>
    </w:p>
    <w:p w14:paraId="2AE13E8D" w14:textId="77777777" w:rsidR="008A107A" w:rsidRPr="0064005B" w:rsidRDefault="00000000" w:rsidP="0064005B">
      <w:pPr>
        <w:pStyle w:val="Listanumerowana"/>
        <w:spacing w:after="100"/>
        <w:jc w:val="both"/>
        <w:rPr>
          <w:rFonts w:ascii="Arial" w:hAnsi="Arial" w:cs="Arial"/>
        </w:rPr>
      </w:pPr>
      <w:r w:rsidRPr="0064005B">
        <w:rPr>
          <w:rFonts w:ascii="Arial" w:hAnsi="Arial" w:cs="Arial"/>
        </w:rPr>
        <w:t>zapewnimy osobom ze szczególnymi potrzebami możliwość udziału w działaniach na zasadzie równości z innymi osobami, w zakresie odpowiednim do przedmiotu zamówienia i potrzeb uczestników;</w:t>
      </w:r>
    </w:p>
    <w:p w14:paraId="1E297347" w14:textId="77777777" w:rsidR="008A107A" w:rsidRPr="0064005B" w:rsidRDefault="00000000" w:rsidP="0064005B">
      <w:pPr>
        <w:pStyle w:val="Listanumerowana"/>
        <w:spacing w:after="100"/>
        <w:jc w:val="both"/>
        <w:rPr>
          <w:rFonts w:ascii="Arial" w:hAnsi="Arial" w:cs="Arial"/>
        </w:rPr>
      </w:pPr>
      <w:r w:rsidRPr="0064005B">
        <w:rPr>
          <w:rFonts w:ascii="Arial" w:hAnsi="Arial" w:cs="Arial"/>
        </w:rPr>
        <w:t>uwzględnimy, odpowiednio do charakteru realizowanych działań, dostępność architektoniczną, cyfrową oraz informacyjno-komunikacyjną;</w:t>
      </w:r>
    </w:p>
    <w:p w14:paraId="37382C48" w14:textId="77777777" w:rsidR="008A107A" w:rsidRPr="0064005B" w:rsidRDefault="00000000" w:rsidP="0064005B">
      <w:pPr>
        <w:pStyle w:val="Listanumerowana"/>
        <w:spacing w:after="100"/>
        <w:jc w:val="both"/>
        <w:rPr>
          <w:rFonts w:ascii="Arial" w:hAnsi="Arial" w:cs="Arial"/>
        </w:rPr>
      </w:pPr>
      <w:r w:rsidRPr="0064005B">
        <w:rPr>
          <w:rFonts w:ascii="Arial" w:hAnsi="Arial" w:cs="Arial"/>
        </w:rPr>
        <w:t>w przypadku braku możliwości zapewnienia pełnej dostępności zastosujemy odpowiednie rozwiązania zapewniające dostęp alternatywny, dostosowany do potrzeb uczestnika;</w:t>
      </w:r>
    </w:p>
    <w:p w14:paraId="0107968F" w14:textId="77777777" w:rsidR="008A107A" w:rsidRPr="0064005B" w:rsidRDefault="00000000" w:rsidP="0064005B">
      <w:pPr>
        <w:pStyle w:val="Listanumerowana"/>
        <w:spacing w:after="100"/>
        <w:jc w:val="both"/>
        <w:rPr>
          <w:rFonts w:ascii="Arial" w:hAnsi="Arial" w:cs="Arial"/>
        </w:rPr>
      </w:pPr>
      <w:r w:rsidRPr="0064005B">
        <w:rPr>
          <w:rFonts w:ascii="Arial" w:hAnsi="Arial" w:cs="Arial"/>
        </w:rPr>
        <w:t>będziemy współpracować w zakresie zapewnienia dostępności z Zamawiającym oraz dyrektorami placówek oświatowych, w których będą prowadzone działania;</w:t>
      </w:r>
    </w:p>
    <w:p w14:paraId="1B279B9B" w14:textId="77777777" w:rsidR="008A107A" w:rsidRPr="0064005B" w:rsidRDefault="00000000" w:rsidP="0064005B">
      <w:pPr>
        <w:pStyle w:val="Listanumerowana"/>
        <w:spacing w:after="100"/>
        <w:jc w:val="both"/>
        <w:rPr>
          <w:rFonts w:ascii="Arial" w:hAnsi="Arial" w:cs="Arial"/>
        </w:rPr>
      </w:pPr>
      <w:r w:rsidRPr="0064005B">
        <w:rPr>
          <w:rFonts w:ascii="Arial" w:hAnsi="Arial" w:cs="Arial"/>
        </w:rPr>
        <w:t>na żądanie Zamawiającego przedstawimy informacje dotyczące sposobu zapewnienia dostępności oraz zastosowanych lub planowanych rozwiązań alternatywnych.</w:t>
      </w:r>
    </w:p>
    <w:p w14:paraId="598950DD" w14:textId="77777777" w:rsidR="008A107A" w:rsidRDefault="008A107A"/>
    <w:p w14:paraId="72A70DD6" w14:textId="77777777" w:rsidR="00290EED" w:rsidRDefault="00290EED">
      <w:pPr>
        <w:spacing w:after="80"/>
        <w:rPr>
          <w:b/>
        </w:rPr>
      </w:pPr>
    </w:p>
    <w:p w14:paraId="03F0258A" w14:textId="7C44B37F" w:rsidR="008A107A" w:rsidRDefault="00000000">
      <w:pPr>
        <w:spacing w:after="80"/>
      </w:pPr>
      <w:r>
        <w:rPr>
          <w:b/>
        </w:rPr>
        <w:t xml:space="preserve">Miejscowość i data: </w:t>
      </w:r>
      <w:r>
        <w:t>...................................</w:t>
      </w:r>
    </w:p>
    <w:p w14:paraId="6683DD0D" w14:textId="59945BDF" w:rsidR="008A107A" w:rsidRDefault="008A107A">
      <w:pPr>
        <w:spacing w:after="80"/>
        <w:rPr>
          <w:b/>
        </w:rPr>
      </w:pPr>
    </w:p>
    <w:p w14:paraId="19DB8E16" w14:textId="7ECDFFF1" w:rsidR="0064005B" w:rsidRDefault="0064005B" w:rsidP="0064005B">
      <w:pPr>
        <w:spacing w:after="80"/>
        <w:jc w:val="right"/>
        <w:rPr>
          <w:b/>
        </w:rPr>
      </w:pPr>
      <w:r>
        <w:rPr>
          <w:b/>
        </w:rPr>
        <w:t>Podpis i pieczęć Oferenta</w:t>
      </w:r>
    </w:p>
    <w:p w14:paraId="5F83C7A1" w14:textId="77777777" w:rsidR="0064005B" w:rsidRDefault="0064005B" w:rsidP="0064005B">
      <w:pPr>
        <w:spacing w:after="80"/>
        <w:jc w:val="right"/>
        <w:rPr>
          <w:b/>
        </w:rPr>
      </w:pPr>
    </w:p>
    <w:p w14:paraId="38BE6D51" w14:textId="77777777" w:rsidR="00290EED" w:rsidRDefault="00290EED" w:rsidP="0064005B">
      <w:pPr>
        <w:spacing w:after="80"/>
        <w:jc w:val="right"/>
        <w:rPr>
          <w:b/>
        </w:rPr>
      </w:pPr>
    </w:p>
    <w:p w14:paraId="38A43B0E" w14:textId="73AD28DF" w:rsidR="0064005B" w:rsidRPr="0064005B" w:rsidRDefault="0064005B" w:rsidP="0064005B">
      <w:pPr>
        <w:spacing w:after="80"/>
        <w:jc w:val="right"/>
        <w:rPr>
          <w:bCs/>
        </w:rPr>
      </w:pPr>
      <w:r w:rsidRPr="0064005B">
        <w:rPr>
          <w:bCs/>
        </w:rPr>
        <w:t>………………………………………</w:t>
      </w:r>
    </w:p>
    <w:sectPr w:rsidR="0064005B" w:rsidRPr="0064005B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4E9ED" w14:textId="77777777" w:rsidR="00B91587" w:rsidRDefault="00B91587">
      <w:pPr>
        <w:spacing w:after="0" w:line="240" w:lineRule="auto"/>
      </w:pPr>
      <w:r>
        <w:separator/>
      </w:r>
    </w:p>
  </w:endnote>
  <w:endnote w:type="continuationSeparator" w:id="0">
    <w:p w14:paraId="05759050" w14:textId="77777777" w:rsidR="00B91587" w:rsidRDefault="00B91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2B69A" w14:textId="2CA6B6AB" w:rsidR="008A107A" w:rsidRDefault="008A107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194CA" w14:textId="77777777" w:rsidR="00B91587" w:rsidRDefault="00B91587">
      <w:pPr>
        <w:spacing w:after="0" w:line="240" w:lineRule="auto"/>
      </w:pPr>
      <w:r>
        <w:separator/>
      </w:r>
    </w:p>
  </w:footnote>
  <w:footnote w:type="continuationSeparator" w:id="0">
    <w:p w14:paraId="5397983C" w14:textId="77777777" w:rsidR="00B91587" w:rsidRDefault="00B915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6526272">
    <w:abstractNumId w:val="8"/>
  </w:num>
  <w:num w:numId="2" w16cid:durableId="238248110">
    <w:abstractNumId w:val="6"/>
  </w:num>
  <w:num w:numId="3" w16cid:durableId="866911886">
    <w:abstractNumId w:val="5"/>
  </w:num>
  <w:num w:numId="4" w16cid:durableId="67001783">
    <w:abstractNumId w:val="4"/>
  </w:num>
  <w:num w:numId="5" w16cid:durableId="1970432841">
    <w:abstractNumId w:val="7"/>
  </w:num>
  <w:num w:numId="6" w16cid:durableId="1507015111">
    <w:abstractNumId w:val="3"/>
  </w:num>
  <w:num w:numId="7" w16cid:durableId="606733800">
    <w:abstractNumId w:val="2"/>
  </w:num>
  <w:num w:numId="8" w16cid:durableId="317809074">
    <w:abstractNumId w:val="1"/>
  </w:num>
  <w:num w:numId="9" w16cid:durableId="2145461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1E4"/>
    <w:rsid w:val="00195E80"/>
    <w:rsid w:val="00290EED"/>
    <w:rsid w:val="0029639D"/>
    <w:rsid w:val="00326F90"/>
    <w:rsid w:val="0064005B"/>
    <w:rsid w:val="006F246C"/>
    <w:rsid w:val="007B0669"/>
    <w:rsid w:val="0080008B"/>
    <w:rsid w:val="008A107A"/>
    <w:rsid w:val="00977A17"/>
    <w:rsid w:val="00AA1D8D"/>
    <w:rsid w:val="00AC5BD7"/>
    <w:rsid w:val="00B47730"/>
    <w:rsid w:val="00B9158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773CB2"/>
  <w14:defaultImageDpi w14:val="300"/>
  <w15:docId w15:val="{83680AC5-E01A-4419-9FC2-CB74DBE0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Oświadczenie o zapewnieniu dostępności osobom ze szczególnymi potrzebami</vt:lpstr>
      <vt:lpstr/>
    </vt:vector>
  </TitlesOfParts>
  <Manager/>
  <Company/>
  <LinksUpToDate>false</LinksUpToDate>
  <CharactersWithSpaces>1451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zapewnieniu dostępności osobom ze szczególnymi potrzebami</dc:title>
  <dc:subject/>
  <dc:creator>M365 Copilot</dc:creator>
  <cp:keywords/>
  <dc:description>generated by python-docx</dc:description>
  <cp:lastModifiedBy>Małgorzata Tobolska</cp:lastModifiedBy>
  <cp:revision>6</cp:revision>
  <cp:lastPrinted>2026-08-26T10:46:00Z</cp:lastPrinted>
  <dcterms:created xsi:type="dcterms:W3CDTF">2026-08-26T09:11:00Z</dcterms:created>
  <dcterms:modified xsi:type="dcterms:W3CDTF">2026-09-04T06:51:00Z</dcterms:modified>
  <cp:category/>
</cp:coreProperties>
</file>