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0"/>
        </w:rPr>
        <w:t>PROJEKT</w:t>
      </w:r>
    </w:p>
    <w:p>
      <w:pPr>
        <w:spacing w:before="0" w:after="2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UCHWAŁA NR …/…/2026</w:t>
      </w:r>
    </w:p>
    <w:p>
      <w:pPr>
        <w:spacing w:before="0" w:after="4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RADY MIEJSKIEJ W GOŁDAPI</w:t>
      </w:r>
    </w:p>
    <w:p>
      <w:pPr>
        <w:spacing w:before="0" w:after="10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z dnia ………………… 2026 r.</w:t>
      </w:r>
    </w:p>
    <w:p>
      <w:pPr>
        <w:spacing w:before="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w sprawie zasad i trybu korzystania z gminnych obiektów i urządzeń użyteczności publicznej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Na podstawie art. 18 ust. 2 pkt 15, art. 40 ust. 2 pkt 4 oraz art. 41 ust. 1 ustawy z dnia 8 marca 1990 r. o samorządzie gminnym (t.j. Dz. U. z 2026 r. poz. 662 z późn. zm.) Rada Miejska w Gołdapi uchwala, co następuje: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§ 1. 1. Uchwała określa ogólne zasady i tryb korzystania z obiektów i urządzeń użyteczności publicznej stanowiących własność Gminy Gołdap, zwanych dalej „obiektami”.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2. Uchwały nie stosuje się do cmentarzy komunalnych, Domu Przedpogrzebowego i świetlic wiejskich, a także do obiektów, dla których zasady korzystania określają przepisy szczególne albo odrębne akty prawa miejscowego.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3. Ilekroć w uchwale jest mowa o administratorze obiektu, rozumie się przez to jednostkę organizacyjną Gminy, samorządową instytucję kultury, operatora albo inny podmiot, któremu powierzono bieżące administrowanie obiektem - w granicach przysługującego mu tytułu prawnego i umocowania.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§ 2. 1. Korzystanie z obiektów odbywa się zgodnie z ich przeznaczeniem, z poszanowaniem bezpieczeństwa użytkowników oraz możliwości technicznych i organizacyjnych obiektu.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2. Pierwszeństwo korzystania z obiektów przysługuje realizacji zadań publicznych i statutowych Gminy Gołdap oraz jej jednostek organizacyjnych.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3. Jeżeli korzystanie z danego obiektu wymaga uprzedniej rezerwacji, użytkownik uzgadnia termin korzystania z administratorem albo innym podmiotem uprawnionym do udostępniania obiektu.</w:t>
      </w:r>
    </w:p>
    <w:p>
      <w:pPr>
        <w:spacing w:before="0" w:after="80" w:line="240" w:lineRule="auto"/>
        <w:jc w:val="both"/>
      </w:pPr>
      <w:r>
        <w:rPr>
          <w:rFonts w:ascii="Times New Roman" w:hAnsi="Times New Roman"/>
          <w:color w:val="000000"/>
          <w:sz w:val="21"/>
        </w:rPr>
        <w:t>4. Jeżeli specyfika obiektu wymaga dodatkowych powszechnie obowiązujących zasad korzystania, określają je przepisy szczególne albo odrębne uchwały Rady Miejskiej w Gołdapi. Bieżące informacje techniczne i organizacyjne dotyczące dostępności obiektu, sposobu dokonywania rezerwacji i kontaktu, obsługi urządzeń, przekazania i odbioru obiektu lub wymagań bezpieczeństwa nie mogą ustanawiać nowych powszechnie obowiązujących praw lub obowiązków użytkowników ani cen, opłat, ulg lub zwolnień.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5. Jeżeli charakter korzystania tego wymaga, udostępnienie obiektu następuje na podstawie rezerwacji, biletu, umowy albo innego dokumentu właściwego dla danej formy korzystania.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§ 3. 1. Korzystanie z obiektu może być odpłatne albo nieodpłatne. Wysokość generalnych cen i opłat oraz generalne ulgi, zwolnienia i przypadki korzystania nieodpłatnego określają przepisy szczególne albo odrębne akty właściwego organu.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2. Niniejsza uchwała nie określa czynszu ani warunków indywidualnego najmu, dzierżawy lub użyczenia nieruchomości albo jej części, jeżeli czynność podlega odrębnemu reżimowi gospodarowania nieruchomościami, w tym w ramach trwałego zarządu.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§ 4. Wykonanie uchwały powierza się Burmistrzowi Gołdapi.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§ 5. Traci moc uchwała Nr XXII/152/2016 Rady Miejskiej w Gołdapi z dnia 31 marca 2016 r. w sprawie zasad i trybu korzystania z gminnych obiektów i urządzeń użyteczności publicznej oraz powierzenia Burmistrzowi Gołdapi uprawnienia do ustalania cen i opłat za korzystanie z nich (Dz. Urz. Woj. Warmińsko-Mazurskiego z 2016 r. poz. 1873), zmieniona uchwałą Nr XXXIII/270/2021 Rady Miejskiej w Gołdapi z dnia 23 lutego 2021 r. (Dz. Urz. Woj. Warmińsko-Mazurskiego z 2021 r. poz. 1121).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§ 6. Uchwała wchodzi w życie po upływie 14 dni od dnia ogłoszenia w Dzienniku Urzędowym Województwa Warmińsko-Mazurskiego.</w:t>
      </w:r>
    </w:p>
    <w:p>
      <w:pPr>
        <w:spacing w:before="160" w:after="6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Przewodniczący Rady Miejskiej</w:t>
        <w:br/>
        <w:t>……………………………………</w:t>
      </w:r>
    </w:p>
    <w:p>
      <w:pPr/>
      <w:r>
        <w:rPr>
          <w:color w:val="000000"/>
        </w:rPr>
        <w:br/>
      </w:r>
    </w:p>
    <w:p>
      <w:pPr>
        <w:keepNext/>
        <w:pageBreakBefore/>
        <w:spacing w:before="12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UZASADNIENIE</w:t>
      </w:r>
    </w:p>
    <w:p>
      <w:pPr>
        <w:jc w:val="both"/>
      </w:pPr>
      <w:r>
        <w:rPr>
          <w:color w:val="000000"/>
        </w:rPr>
        <w:t>Zgodnie z art. 40 ust. 2 pkt 4 ustawy z dnia 8 marca 1990 r. o samorządzie gminnym rada gminy określa zasady i tryb korzystania z gminnych obiektów i urządzeń użyteczności publicznej.</w:t>
      </w:r>
    </w:p>
    <w:p>
      <w:pPr>
        <w:jc w:val="both"/>
      </w:pPr>
      <w:r>
        <w:rPr>
          <w:color w:val="000000"/>
        </w:rPr>
        <w:t>Projekt określa jednolite ogólne zasady korzystania z gminnych obiektów i urządzeń użyteczności publicznej, w tym zasady pierwszeństwa realizacji zadań publicznych, rezerwacji oraz organizacji korzystania z obiektów. Ceny i opłaty oraz indywidualny najem, dzierżawa i użyczenie nieruchomości pozostają regulowane odrębnie, stosownie do właściwych przepisów i charakteru danego świadczenia.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20" w:right="1191" w:bottom="1020" w:left="1191" w:header="432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000000"/>
        <w:sz w:val="18"/>
      </w:rPr>
      <w:t xml:space="preserve">Strona </w:t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00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