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5B79B" w14:textId="77777777" w:rsidR="00FA142A" w:rsidRDefault="00000000">
      <w:pPr>
        <w:spacing w:after="160"/>
        <w:jc w:val="center"/>
      </w:pPr>
      <w:r>
        <w:rPr>
          <w:b/>
          <w:sz w:val="20"/>
        </w:rPr>
        <w:t>PROJEKT</w:t>
      </w:r>
    </w:p>
    <w:p w14:paraId="10A1A195" w14:textId="77777777" w:rsidR="00FA142A" w:rsidRDefault="00000000">
      <w:pPr>
        <w:spacing w:after="20"/>
        <w:jc w:val="center"/>
      </w:pPr>
      <w:r>
        <w:rPr>
          <w:b/>
          <w:sz w:val="24"/>
        </w:rPr>
        <w:t>UCHWAŁA NR …/…/2026</w:t>
      </w:r>
    </w:p>
    <w:p w14:paraId="23C096AA" w14:textId="77777777" w:rsidR="00FA142A" w:rsidRDefault="00000000">
      <w:pPr>
        <w:spacing w:after="60"/>
        <w:jc w:val="center"/>
      </w:pPr>
      <w:r>
        <w:rPr>
          <w:b/>
          <w:sz w:val="24"/>
        </w:rPr>
        <w:t>RADY MIEJSKIEJ W GOŁDAPI</w:t>
      </w:r>
    </w:p>
    <w:p w14:paraId="2E60C0D0" w14:textId="77777777" w:rsidR="00FA142A" w:rsidRDefault="00000000">
      <w:pPr>
        <w:spacing w:after="200"/>
        <w:jc w:val="center"/>
      </w:pPr>
      <w:r>
        <w:t>z dnia ………………… 2026 r.</w:t>
      </w:r>
    </w:p>
    <w:p w14:paraId="50D1C939" w14:textId="77777777" w:rsidR="00FA142A" w:rsidRDefault="00000000">
      <w:pPr>
        <w:spacing w:after="240"/>
        <w:jc w:val="center"/>
      </w:pPr>
      <w:r>
        <w:rPr>
          <w:b/>
        </w:rPr>
        <w:t>w sprawie ustalenia cen i opłat za korzystanie z obiektów i urządzeń szkół będących jednostkami organizacyjnymi Gminy Gołdap</w:t>
      </w:r>
    </w:p>
    <w:p w14:paraId="1B216B7F" w14:textId="77777777" w:rsidR="00FA142A" w:rsidRDefault="00000000">
      <w:pPr>
        <w:spacing w:after="200"/>
        <w:jc w:val="both"/>
      </w:pPr>
      <w:r>
        <w:t xml:space="preserve">Na podstawie art. 18 ust. 2 pkt 15, </w:t>
      </w:r>
      <w:r w:rsidRPr="008853EB">
        <w:rPr>
          <w:strike/>
          <w:color w:val="EE0000"/>
        </w:rPr>
        <w:t>art. 40 ust. 1 i ust. 2 pkt 4 oraz art. 41 ust. 1</w:t>
      </w:r>
      <w:r w:rsidRPr="008853EB">
        <w:rPr>
          <w:color w:val="EE0000"/>
        </w:rPr>
        <w:t xml:space="preserve"> </w:t>
      </w:r>
      <w:r>
        <w:t>ustawy z dnia 8 marca 1990 r. o samorządzie gminnym (t.j. Dz. U. z 2026 r. poz. 662 z późn. zm.) oraz art. 4 ust. 1 pkt 2 ustawy z dnia 20 grudnia 1996 r. o gospodarce komunalnej (t.j. Dz. U. z 2021 r. poz. 679) Rada Miejska w Gołdapi uchwala, co następuje:</w:t>
      </w:r>
    </w:p>
    <w:p w14:paraId="6C25AE2B" w14:textId="77777777" w:rsidR="00FA142A" w:rsidRDefault="00000000">
      <w:pPr>
        <w:spacing w:after="160"/>
        <w:jc w:val="both"/>
      </w:pPr>
      <w:r>
        <w:rPr>
          <w:rFonts w:ascii="Times New Roman" w:eastAsia="Times New Roman" w:hAnsi="Times New Roman"/>
        </w:rPr>
        <w:t>§ 1. Ustala się ceny i opłaty za odpłatne korzystanie z obiektów i urządzeń szkół będących jednostkami organizacyjnymi Gminy Gołdap w wysokości określonej w załączniku do niniejszej uchwały.</w:t>
      </w:r>
    </w:p>
    <w:p w14:paraId="7C9788F3" w14:textId="77777777" w:rsidR="00FA142A" w:rsidRDefault="00000000">
      <w:pPr>
        <w:spacing w:after="160"/>
        <w:jc w:val="both"/>
      </w:pPr>
      <w:r>
        <w:rPr>
          <w:rFonts w:ascii="Times New Roman" w:eastAsia="Times New Roman" w:hAnsi="Times New Roman"/>
        </w:rPr>
        <w:t xml:space="preserve">§ 2. </w:t>
      </w:r>
      <w:r w:rsidRPr="008853EB">
        <w:rPr>
          <w:rFonts w:ascii="Times New Roman" w:eastAsia="Times New Roman" w:hAnsi="Times New Roman"/>
          <w:strike/>
          <w:color w:val="EE0000"/>
        </w:rPr>
        <w:t>1.</w:t>
      </w:r>
      <w:r w:rsidRPr="008853EB">
        <w:rPr>
          <w:rFonts w:ascii="Times New Roman" w:eastAsia="Times New Roman" w:hAnsi="Times New Roman"/>
          <w:color w:val="EE0000"/>
        </w:rPr>
        <w:t xml:space="preserve"> </w:t>
      </w:r>
      <w:r>
        <w:rPr>
          <w:rFonts w:ascii="Times New Roman" w:eastAsia="Times New Roman" w:hAnsi="Times New Roman"/>
        </w:rPr>
        <w:t>Cennik stosuje się do usług i korzystania z obiektów określonych w załączniku, poza realizacją ustawowych i statutowych zadań szkoły oraz Gminy Gołdap.</w:t>
      </w:r>
    </w:p>
    <w:p w14:paraId="5C6DD0AE" w14:textId="77777777" w:rsidR="00FA142A" w:rsidRPr="008853EB" w:rsidRDefault="00000000">
      <w:pPr>
        <w:spacing w:after="320"/>
        <w:jc w:val="both"/>
        <w:rPr>
          <w:strike/>
          <w:color w:val="EE0000"/>
        </w:rPr>
      </w:pPr>
      <w:r w:rsidRPr="008853EB">
        <w:rPr>
          <w:rFonts w:ascii="Times New Roman" w:eastAsia="Times New Roman" w:hAnsi="Times New Roman"/>
          <w:strike/>
          <w:color w:val="EE0000"/>
        </w:rPr>
        <w:t>2. Uchwała nie określa czynszu ani innych warunków indywidualnego najmu, dzierżawy lub użyczenia nieruchomości albo jej części. Jeżeli nieruchomość pozostaje w trwałym zarządzie szkoły albo dana czynność podlega innemu szczególnemu reżimowi gospodarowania nieruchomościami, stosuje się właściwe przepisy i kompetencje wynikające z tego reżimu.</w:t>
      </w:r>
    </w:p>
    <w:p w14:paraId="7BEB8D88" w14:textId="77777777" w:rsidR="00FA142A" w:rsidRPr="008853EB" w:rsidRDefault="00000000">
      <w:pPr>
        <w:spacing w:after="320"/>
        <w:jc w:val="both"/>
        <w:rPr>
          <w:strike/>
          <w:color w:val="EE0000"/>
        </w:rPr>
      </w:pPr>
      <w:r w:rsidRPr="008853EB">
        <w:rPr>
          <w:rFonts w:ascii="Times New Roman" w:hAnsi="Times New Roman"/>
          <w:strike/>
          <w:color w:val="EE0000"/>
        </w:rPr>
        <w:t>§ 3. Zmiana cen i opłat określonych w załączniku wymaga zmiany niniejszej uchwały.</w:t>
      </w:r>
    </w:p>
    <w:p w14:paraId="16A190F2" w14:textId="1AD453CD" w:rsidR="00FA142A" w:rsidRDefault="00000000">
      <w:pPr>
        <w:spacing w:after="320"/>
        <w:jc w:val="both"/>
      </w:pPr>
      <w:r>
        <w:rPr>
          <w:rFonts w:ascii="Times New Roman" w:hAnsi="Times New Roman"/>
        </w:rPr>
        <w:t xml:space="preserve">§ </w:t>
      </w:r>
      <w:r w:rsidR="008853EB" w:rsidRPr="008853EB">
        <w:rPr>
          <w:rFonts w:ascii="Times New Roman" w:hAnsi="Times New Roman"/>
          <w:color w:val="EE0000"/>
        </w:rPr>
        <w:t>3</w:t>
      </w:r>
      <w:r>
        <w:rPr>
          <w:rFonts w:ascii="Times New Roman" w:hAnsi="Times New Roman"/>
        </w:rPr>
        <w:t>. Wykonanie uchwały powierza się Burmistrzowi Gołdapi.</w:t>
      </w:r>
    </w:p>
    <w:p w14:paraId="4F42552D" w14:textId="2C7BD2F1" w:rsidR="00FA142A" w:rsidRDefault="00000000">
      <w:pPr>
        <w:spacing w:after="320"/>
        <w:jc w:val="both"/>
      </w:pPr>
      <w:r>
        <w:rPr>
          <w:rFonts w:ascii="Times New Roman" w:eastAsia="Times New Roman" w:hAnsi="Times New Roman"/>
        </w:rPr>
        <w:t xml:space="preserve">§ </w:t>
      </w:r>
      <w:r w:rsidR="008853EB" w:rsidRPr="008853EB">
        <w:rPr>
          <w:rFonts w:ascii="Times New Roman" w:eastAsia="Times New Roman" w:hAnsi="Times New Roman"/>
          <w:color w:val="EE0000"/>
        </w:rPr>
        <w:t>4</w:t>
      </w:r>
      <w:r w:rsidRPr="008853EB">
        <w:rPr>
          <w:rFonts w:ascii="Times New Roman" w:eastAsia="Times New Roman" w:hAnsi="Times New Roman"/>
          <w:color w:val="EE0000"/>
        </w:rPr>
        <w:t xml:space="preserve">. Uchwała </w:t>
      </w:r>
      <w:proofErr w:type="spellStart"/>
      <w:r w:rsidRPr="008853EB">
        <w:rPr>
          <w:rFonts w:ascii="Times New Roman" w:eastAsia="Times New Roman" w:hAnsi="Times New Roman"/>
          <w:color w:val="EE0000"/>
        </w:rPr>
        <w:t>wchodzi</w:t>
      </w:r>
      <w:proofErr w:type="spellEnd"/>
      <w:r w:rsidRPr="008853EB">
        <w:rPr>
          <w:rFonts w:ascii="Times New Roman" w:eastAsia="Times New Roman" w:hAnsi="Times New Roman"/>
          <w:color w:val="EE0000"/>
        </w:rPr>
        <w:t xml:space="preserve"> w życie po upływie 14 dni od dnia </w:t>
      </w:r>
      <w:proofErr w:type="spellStart"/>
      <w:r w:rsidRPr="008853EB">
        <w:rPr>
          <w:rFonts w:ascii="Times New Roman" w:eastAsia="Times New Roman" w:hAnsi="Times New Roman"/>
          <w:color w:val="EE0000"/>
        </w:rPr>
        <w:t>ogłoszenia</w:t>
      </w:r>
      <w:proofErr w:type="spellEnd"/>
      <w:r w:rsidR="008853EB" w:rsidRPr="008853EB">
        <w:rPr>
          <w:rFonts w:ascii="Times New Roman" w:eastAsia="Times New Roman" w:hAnsi="Times New Roman"/>
          <w:color w:val="EE0000"/>
        </w:rPr>
        <w:t xml:space="preserve"> w </w:t>
      </w:r>
      <w:proofErr w:type="spellStart"/>
      <w:r w:rsidR="008853EB" w:rsidRPr="008853EB">
        <w:rPr>
          <w:rFonts w:ascii="Times New Roman" w:eastAsia="Times New Roman" w:hAnsi="Times New Roman"/>
          <w:color w:val="EE0000"/>
        </w:rPr>
        <w:t>Dzienniku</w:t>
      </w:r>
      <w:proofErr w:type="spellEnd"/>
      <w:r w:rsidR="008853EB" w:rsidRPr="008853EB">
        <w:rPr>
          <w:rFonts w:ascii="Times New Roman" w:eastAsia="Times New Roman" w:hAnsi="Times New Roman"/>
          <w:color w:val="EE0000"/>
        </w:rPr>
        <w:t xml:space="preserve"> Urzędowym </w:t>
      </w:r>
      <w:proofErr w:type="spellStart"/>
      <w:r w:rsidR="008853EB" w:rsidRPr="008853EB">
        <w:rPr>
          <w:rFonts w:ascii="Times New Roman" w:eastAsia="Times New Roman" w:hAnsi="Times New Roman"/>
          <w:color w:val="EE0000"/>
        </w:rPr>
        <w:t>Województwa</w:t>
      </w:r>
      <w:proofErr w:type="spellEnd"/>
      <w:r w:rsidR="008853EB" w:rsidRPr="008853EB">
        <w:rPr>
          <w:rFonts w:ascii="Times New Roman" w:eastAsia="Times New Roman" w:hAnsi="Times New Roman"/>
          <w:color w:val="EE0000"/>
        </w:rPr>
        <w:t xml:space="preserve"> Warmińsko-</w:t>
      </w:r>
      <w:proofErr w:type="spellStart"/>
      <w:r w:rsidR="008853EB" w:rsidRPr="008853EB">
        <w:rPr>
          <w:rFonts w:ascii="Times New Roman" w:eastAsia="Times New Roman" w:hAnsi="Times New Roman"/>
          <w:color w:val="EE0000"/>
        </w:rPr>
        <w:t>Mazurskiego</w:t>
      </w:r>
      <w:proofErr w:type="spellEnd"/>
      <w:r w:rsidR="008853EB" w:rsidRPr="008853EB">
        <w:rPr>
          <w:rFonts w:ascii="Times New Roman" w:eastAsia="Times New Roman" w:hAnsi="Times New Roman"/>
          <w:color w:val="EE0000"/>
        </w:rPr>
        <w:t>.</w:t>
      </w:r>
    </w:p>
    <w:p w14:paraId="3ECA8134" w14:textId="77777777" w:rsidR="00FA142A" w:rsidRDefault="00000000">
      <w:pPr>
        <w:spacing w:before="280"/>
        <w:jc w:val="right"/>
      </w:pPr>
      <w:r>
        <w:t>Przewodniczący Rady Miejskiej</w:t>
      </w:r>
      <w:r>
        <w:br/>
      </w:r>
      <w:r>
        <w:br/>
        <w:t>……………………………………</w:t>
      </w:r>
    </w:p>
    <w:p w14:paraId="79CB8A45" w14:textId="77777777" w:rsidR="00FA142A" w:rsidRDefault="00000000">
      <w:r>
        <w:br w:type="page"/>
      </w:r>
    </w:p>
    <w:p w14:paraId="108465DE" w14:textId="77777777" w:rsidR="00FA142A" w:rsidRDefault="00000000">
      <w:pPr>
        <w:spacing w:after="200"/>
        <w:jc w:val="right"/>
      </w:pPr>
      <w:r>
        <w:rPr>
          <w:sz w:val="19"/>
        </w:rPr>
        <w:lastRenderedPageBreak/>
        <w:t>Załącznik do uchwały Nr …/…/2026</w:t>
      </w:r>
      <w:r>
        <w:rPr>
          <w:sz w:val="19"/>
        </w:rPr>
        <w:br/>
        <w:t>Rady Miejskiej w Gołdapi</w:t>
      </w:r>
      <w:r>
        <w:rPr>
          <w:sz w:val="19"/>
        </w:rPr>
        <w:br/>
        <w:t>z dnia ………………… 2026 r.</w:t>
      </w:r>
    </w:p>
    <w:p w14:paraId="42449F3C" w14:textId="77777777" w:rsidR="00FA142A" w:rsidRDefault="00000000">
      <w:pPr>
        <w:spacing w:after="240"/>
        <w:jc w:val="center"/>
      </w:pPr>
      <w:r>
        <w:rPr>
          <w:b/>
          <w:sz w:val="23"/>
        </w:rPr>
        <w:t>CENY I OPŁATY ZA KORZYSTANIE Z OBIEKTÓW I URZĄDZEŃ SZKÓŁ</w:t>
      </w:r>
    </w:p>
    <w:p w14:paraId="5D9D935E" w14:textId="77777777" w:rsidR="00FA142A" w:rsidRDefault="00000000">
      <w:pPr>
        <w:spacing w:after="100"/>
        <w:jc w:val="center"/>
      </w:pPr>
      <w:r>
        <w:rPr>
          <w:b/>
        </w:rPr>
        <w:t>Korzystanie godzinowe z obiektów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95"/>
        <w:gridCol w:w="2154"/>
        <w:gridCol w:w="3402"/>
      </w:tblGrid>
      <w:tr w:rsidR="00FA142A" w14:paraId="62259397" w14:textId="77777777">
        <w:trPr>
          <w:tblHeader/>
          <w:jc w:val="center"/>
        </w:trPr>
        <w:tc>
          <w:tcPr>
            <w:tcW w:w="419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2B5D6F" w14:textId="77777777" w:rsidR="00FA142A" w:rsidRDefault="00000000">
            <w:pPr>
              <w:spacing w:before="20" w:after="20" w:line="240" w:lineRule="auto"/>
            </w:pPr>
            <w:r>
              <w:rPr>
                <w:b/>
                <w:sz w:val="18"/>
              </w:rPr>
              <w:t>Rodzaj obiektu</w:t>
            </w:r>
          </w:p>
        </w:tc>
        <w:tc>
          <w:tcPr>
            <w:tcW w:w="215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AC2E75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Stawka w zł/m²/h brutto</w:t>
            </w:r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7F351E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Stawka w zł/m²/h brutto - z dostępem do multimediów i sprzętu komputerowego</w:t>
            </w:r>
          </w:p>
        </w:tc>
      </w:tr>
      <w:tr w:rsidR="00FA142A" w14:paraId="107CE0BF" w14:textId="77777777">
        <w:trPr>
          <w:jc w:val="center"/>
        </w:trPr>
        <w:tc>
          <w:tcPr>
            <w:tcW w:w="419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9C03F0" w14:textId="77777777" w:rsidR="00FA142A" w:rsidRDefault="00000000">
            <w:pPr>
              <w:spacing w:before="20" w:after="20" w:line="240" w:lineRule="auto"/>
            </w:pPr>
            <w:r>
              <w:rPr>
                <w:sz w:val="18"/>
              </w:rPr>
              <w:t>Sala dydaktyczna</w:t>
            </w:r>
          </w:p>
        </w:tc>
        <w:tc>
          <w:tcPr>
            <w:tcW w:w="215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4FE03C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0,55 zł</w:t>
            </w:r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5A33AB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0,75 zł</w:t>
            </w:r>
          </w:p>
        </w:tc>
      </w:tr>
      <w:tr w:rsidR="00FA142A" w14:paraId="695B50DD" w14:textId="77777777">
        <w:trPr>
          <w:jc w:val="center"/>
        </w:trPr>
        <w:tc>
          <w:tcPr>
            <w:tcW w:w="419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C6A6A7" w14:textId="77777777" w:rsidR="00FA142A" w:rsidRDefault="00000000">
            <w:pPr>
              <w:spacing w:before="20" w:after="20" w:line="240" w:lineRule="auto"/>
            </w:pPr>
            <w:r>
              <w:rPr>
                <w:sz w:val="18"/>
              </w:rPr>
              <w:t>Sala gimnastyczna</w:t>
            </w:r>
          </w:p>
        </w:tc>
        <w:tc>
          <w:tcPr>
            <w:tcW w:w="215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F40F09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0,26 zł</w:t>
            </w:r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F1B938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0,46 zł</w:t>
            </w:r>
          </w:p>
        </w:tc>
      </w:tr>
      <w:tr w:rsidR="00FA142A" w14:paraId="78F6D1F0" w14:textId="77777777">
        <w:trPr>
          <w:jc w:val="center"/>
        </w:trPr>
        <w:tc>
          <w:tcPr>
            <w:tcW w:w="419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3A1EFA" w14:textId="77777777" w:rsidR="00FA142A" w:rsidRDefault="00000000">
            <w:pPr>
              <w:spacing w:before="20" w:after="20" w:line="240" w:lineRule="auto"/>
            </w:pPr>
            <w:r>
              <w:rPr>
                <w:sz w:val="18"/>
              </w:rPr>
              <w:t>Węzeł sanitarny przynależny do sali gimnastycznej</w:t>
            </w:r>
          </w:p>
        </w:tc>
        <w:tc>
          <w:tcPr>
            <w:tcW w:w="215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C33DDB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0,26 zł</w:t>
            </w:r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28B6BB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-</w:t>
            </w:r>
          </w:p>
        </w:tc>
      </w:tr>
      <w:tr w:rsidR="00FA142A" w14:paraId="368E6A60" w14:textId="77777777">
        <w:trPr>
          <w:jc w:val="center"/>
        </w:trPr>
        <w:tc>
          <w:tcPr>
            <w:tcW w:w="419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E0D242" w14:textId="77777777" w:rsidR="00FA142A" w:rsidRDefault="00000000">
            <w:pPr>
              <w:spacing w:before="20" w:after="20" w:line="240" w:lineRule="auto"/>
            </w:pPr>
            <w:r>
              <w:rPr>
                <w:sz w:val="18"/>
              </w:rPr>
              <w:t>Boisko sportowe</w:t>
            </w:r>
          </w:p>
        </w:tc>
        <w:tc>
          <w:tcPr>
            <w:tcW w:w="215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EF015F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0,10 zł</w:t>
            </w:r>
          </w:p>
        </w:tc>
        <w:tc>
          <w:tcPr>
            <w:tcW w:w="340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1479B9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-</w:t>
            </w:r>
          </w:p>
        </w:tc>
      </w:tr>
    </w:tbl>
    <w:p w14:paraId="1093B93F" w14:textId="77777777" w:rsidR="00FA142A" w:rsidRDefault="00FA142A">
      <w:pPr>
        <w:spacing w:after="40"/>
      </w:pPr>
    </w:p>
    <w:p w14:paraId="0E366D99" w14:textId="77777777" w:rsidR="00FA142A" w:rsidRDefault="00FA142A">
      <w:pPr>
        <w:spacing w:after="40"/>
      </w:pPr>
    </w:p>
    <w:p w14:paraId="5917338A" w14:textId="77777777" w:rsidR="00FA142A" w:rsidRDefault="00000000">
      <w:pPr>
        <w:spacing w:after="100"/>
        <w:jc w:val="center"/>
      </w:pPr>
      <w:r>
        <w:rPr>
          <w:b/>
        </w:rPr>
        <w:t>Korzystanie godzinowe - działalność społeczno-edukacyjna</w:t>
      </w:r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62"/>
        <w:gridCol w:w="1814"/>
        <w:gridCol w:w="3175"/>
      </w:tblGrid>
      <w:tr w:rsidR="00FA142A" w14:paraId="255D8CD8" w14:textId="77777777">
        <w:trPr>
          <w:tblHeader/>
          <w:jc w:val="center"/>
        </w:trPr>
        <w:tc>
          <w:tcPr>
            <w:tcW w:w="476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210E5F" w14:textId="77777777" w:rsidR="00FA142A" w:rsidRDefault="00000000">
            <w:pPr>
              <w:spacing w:before="20" w:after="20" w:line="240" w:lineRule="auto"/>
            </w:pPr>
            <w:r>
              <w:rPr>
                <w:b/>
                <w:sz w:val="18"/>
              </w:rPr>
              <w:t>Rodzaj pomieszczenia</w:t>
            </w:r>
          </w:p>
        </w:tc>
        <w:tc>
          <w:tcPr>
            <w:tcW w:w="181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31392B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Stawka za godzinę brutto</w:t>
            </w:r>
          </w:p>
        </w:tc>
        <w:tc>
          <w:tcPr>
            <w:tcW w:w="317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6AD441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b/>
                <w:sz w:val="18"/>
              </w:rPr>
              <w:t>Uwagi</w:t>
            </w:r>
          </w:p>
        </w:tc>
      </w:tr>
      <w:tr w:rsidR="00FA142A" w14:paraId="4747D772" w14:textId="77777777">
        <w:trPr>
          <w:jc w:val="center"/>
        </w:trPr>
        <w:tc>
          <w:tcPr>
            <w:tcW w:w="476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F0FC09" w14:textId="77777777" w:rsidR="00FA142A" w:rsidRDefault="00000000">
            <w:pPr>
              <w:spacing w:before="20" w:after="20" w:line="240" w:lineRule="auto"/>
            </w:pPr>
            <w:r>
              <w:rPr>
                <w:sz w:val="18"/>
              </w:rPr>
              <w:t>Pomieszczenia przeznaczone pod działalność społeczno-edukacyjną na rzecz mieszkańców Gminy Gołdap, niezwiązaną z działalnością gospodarczą</w:t>
            </w:r>
          </w:p>
        </w:tc>
        <w:tc>
          <w:tcPr>
            <w:tcW w:w="181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019647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67,00 zł</w:t>
            </w:r>
          </w:p>
        </w:tc>
        <w:tc>
          <w:tcPr>
            <w:tcW w:w="317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EECD54" w14:textId="77777777" w:rsidR="00FA142A" w:rsidRDefault="00000000">
            <w:r>
              <w:rPr>
                <w:sz w:val="19"/>
              </w:rPr>
              <w:t>Korzystanie wraz z zapleczem socjalno-sanitarnym (szatnie, toalety, hole)</w:t>
            </w:r>
          </w:p>
        </w:tc>
      </w:tr>
      <w:tr w:rsidR="00FA142A" w14:paraId="71A45DCC" w14:textId="77777777">
        <w:trPr>
          <w:jc w:val="center"/>
        </w:trPr>
        <w:tc>
          <w:tcPr>
            <w:tcW w:w="476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2118A4" w14:textId="77777777" w:rsidR="00FA142A" w:rsidRDefault="00000000">
            <w:pPr>
              <w:spacing w:before="20" w:after="20" w:line="240" w:lineRule="auto"/>
            </w:pPr>
            <w:r>
              <w:rPr>
                <w:sz w:val="18"/>
              </w:rPr>
              <w:t>Biuro do prowadzenia projektów społeczno-edukacyjnych</w:t>
            </w:r>
          </w:p>
        </w:tc>
        <w:tc>
          <w:tcPr>
            <w:tcW w:w="181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BB1874" w14:textId="77777777" w:rsidR="00FA142A" w:rsidRDefault="00000000">
            <w:pPr>
              <w:spacing w:before="20" w:after="20" w:line="240" w:lineRule="auto"/>
              <w:jc w:val="center"/>
            </w:pPr>
            <w:r>
              <w:rPr>
                <w:sz w:val="18"/>
              </w:rPr>
              <w:t>50,00 zł</w:t>
            </w:r>
          </w:p>
        </w:tc>
        <w:tc>
          <w:tcPr>
            <w:tcW w:w="317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A601EA" w14:textId="77777777" w:rsidR="00FA142A" w:rsidRDefault="00000000">
            <w:r>
              <w:rPr>
                <w:sz w:val="19"/>
              </w:rPr>
              <w:t>Korzystanie wraz z zapleczem socjalno-sanitarnym (szatnie, toalety, hole)</w:t>
            </w:r>
          </w:p>
        </w:tc>
      </w:tr>
    </w:tbl>
    <w:p w14:paraId="49AF5B9C" w14:textId="77777777" w:rsidR="00FA142A" w:rsidRDefault="00000000">
      <w:pPr>
        <w:jc w:val="center"/>
      </w:pPr>
      <w:r>
        <w:rPr>
          <w:b/>
          <w:sz w:val="23"/>
        </w:rPr>
        <w:t>UZASADNIENIE</w:t>
      </w:r>
    </w:p>
    <w:p w14:paraId="675A5D4A" w14:textId="77777777" w:rsidR="00FA142A" w:rsidRDefault="00000000">
      <w:pPr>
        <w:jc w:val="both"/>
      </w:pPr>
      <w:r>
        <w:t>Zgodnie z art. 4 ust. 1 pkt 2 ustawy z dnia 20 grudnia 1996 r. o gospodarce komunalnej organ stanowiący jednostki samorządu terytorialnego ustala wysokość cen i opłat albo sposób ich ustalania za usługi komunalne o charakterze użyteczności publicznej oraz za korzystanie z obiektów i urządzeń użyteczności publicznej, jeżeli przepisy szczególne nie stanowią inaczej.</w:t>
      </w:r>
    </w:p>
    <w:p w14:paraId="10B9D61F" w14:textId="77777777" w:rsidR="00FA142A" w:rsidRDefault="00000000">
      <w:pPr>
        <w:jc w:val="both"/>
      </w:pPr>
      <w:r>
        <w:t>Projekt określa ceny i opłaty za godzinowe korzystanie z obiektów i urządzeń szkół będących jednostkami organizacyjnymi Gminy Gołdap, poza realizacją ustawowych i statutowych zadań szkoły oraz Gminy. Cennik nie obejmuje czynszu ani warunków indywidualnego najmu, dzierżawy lub użyczenia nieruchomości albo ich części, które podlegają właściwym przepisom dotyczącym gospodarowania nieruchomościami.</w:t>
      </w:r>
    </w:p>
    <w:sectPr w:rsidR="00FA142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5B9B5" w14:textId="77777777" w:rsidR="00EA66F9" w:rsidRDefault="00EA66F9">
      <w:pPr>
        <w:spacing w:after="0" w:line="240" w:lineRule="auto"/>
      </w:pPr>
      <w:r>
        <w:separator/>
      </w:r>
    </w:p>
  </w:endnote>
  <w:endnote w:type="continuationSeparator" w:id="0">
    <w:p w14:paraId="26C44068" w14:textId="77777777" w:rsidR="00EA66F9" w:rsidRDefault="00EA6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4694" w14:textId="77777777" w:rsidR="00FA142A" w:rsidRDefault="00FA14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D2866" w14:textId="77777777" w:rsidR="00FA142A" w:rsidRDefault="00FA142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34156" w14:textId="77777777" w:rsidR="00FA142A" w:rsidRDefault="00FA1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9FC85" w14:textId="77777777" w:rsidR="00EA66F9" w:rsidRDefault="00EA66F9">
      <w:pPr>
        <w:spacing w:after="0" w:line="240" w:lineRule="auto"/>
      </w:pPr>
      <w:r>
        <w:separator/>
      </w:r>
    </w:p>
  </w:footnote>
  <w:footnote w:type="continuationSeparator" w:id="0">
    <w:p w14:paraId="46D916FE" w14:textId="77777777" w:rsidR="00EA66F9" w:rsidRDefault="00EA6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7D80C" w14:textId="77777777" w:rsidR="00FA142A" w:rsidRDefault="00FA14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1BD4" w14:textId="77777777" w:rsidR="00FA142A" w:rsidRDefault="00FA142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134A4" w14:textId="77777777" w:rsidR="00FA142A" w:rsidRDefault="00FA14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312626">
    <w:abstractNumId w:val="8"/>
  </w:num>
  <w:num w:numId="2" w16cid:durableId="921646626">
    <w:abstractNumId w:val="6"/>
  </w:num>
  <w:num w:numId="3" w16cid:durableId="85543591">
    <w:abstractNumId w:val="5"/>
  </w:num>
  <w:num w:numId="4" w16cid:durableId="999968196">
    <w:abstractNumId w:val="4"/>
  </w:num>
  <w:num w:numId="5" w16cid:durableId="1699239534">
    <w:abstractNumId w:val="7"/>
  </w:num>
  <w:num w:numId="6" w16cid:durableId="970092559">
    <w:abstractNumId w:val="3"/>
  </w:num>
  <w:num w:numId="7" w16cid:durableId="1781290832">
    <w:abstractNumId w:val="2"/>
  </w:num>
  <w:num w:numId="8" w16cid:durableId="190729631">
    <w:abstractNumId w:val="1"/>
  </w:num>
  <w:num w:numId="9" w16cid:durableId="120864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B3A07"/>
    <w:rsid w:val="008853EB"/>
    <w:rsid w:val="00AA1D8D"/>
    <w:rsid w:val="00B47730"/>
    <w:rsid w:val="00CB0664"/>
    <w:rsid w:val="00EA66F9"/>
    <w:rsid w:val="00FA14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4075A2"/>
  <w14:defaultImageDpi w14:val="300"/>
  <w15:docId w15:val="{BB741E64-43BD-4A41-B7CC-F0154BBA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eastAsia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color w:val="000000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color w:val="000000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color w:val="000000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color w:val="000000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  <w:color w:val="000000"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000000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000000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000000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color w:val="000000"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463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- ceny i opłaty za korzystanie z obiektów i urządzeń szkół Gminy Gołdap</dc:title>
  <dc:subject>Projekt uchwały taryfowej szkół</dc:subject>
  <dc:creator>Marcin</dc:creator>
  <cp:keywords/>
  <dc:description/>
  <cp:lastModifiedBy>Marcin</cp:lastModifiedBy>
  <cp:revision>2</cp:revision>
  <dcterms:created xsi:type="dcterms:W3CDTF">2026-10-12T09:38:00Z</dcterms:created>
  <dcterms:modified xsi:type="dcterms:W3CDTF">2026-10-12T09:38:00Z</dcterms:modified>
  <cp:category/>
</cp:coreProperties>
</file>