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7DCA44" w14:textId="77777777" w:rsidR="00ED172D" w:rsidRDefault="00000000">
      <w:pPr>
        <w:spacing w:after="60"/>
        <w:jc w:val="center"/>
      </w:pPr>
      <w:r>
        <w:rPr>
          <w:rFonts w:ascii="Times New Roman" w:hAnsi="Times New Roman"/>
          <w:b/>
          <w:sz w:val="20"/>
        </w:rPr>
        <w:t>PROJEKT</w:t>
      </w:r>
    </w:p>
    <w:p w14:paraId="51C55577" w14:textId="77777777" w:rsidR="00ED172D" w:rsidRDefault="00000000">
      <w:pPr>
        <w:spacing w:after="0"/>
        <w:jc w:val="center"/>
      </w:pPr>
      <w:r>
        <w:rPr>
          <w:rFonts w:ascii="Times New Roman" w:hAnsi="Times New Roman"/>
          <w:b/>
          <w:sz w:val="24"/>
        </w:rPr>
        <w:t>UCHWAŁA NR …/…/2026</w:t>
      </w:r>
    </w:p>
    <w:p w14:paraId="1A6C8A01" w14:textId="77777777" w:rsidR="00ED172D" w:rsidRDefault="00000000">
      <w:pPr>
        <w:spacing w:after="0"/>
        <w:jc w:val="center"/>
      </w:pPr>
      <w:r>
        <w:rPr>
          <w:rFonts w:ascii="Times New Roman" w:hAnsi="Times New Roman"/>
          <w:b/>
          <w:sz w:val="24"/>
        </w:rPr>
        <w:t>RADY MIEJSKIEJ W GOŁDAPI</w:t>
      </w:r>
    </w:p>
    <w:p w14:paraId="50F70A26" w14:textId="77777777" w:rsidR="00ED172D" w:rsidRDefault="00000000">
      <w:pPr>
        <w:spacing w:after="140"/>
        <w:jc w:val="center"/>
      </w:pPr>
      <w:r>
        <w:rPr>
          <w:rFonts w:ascii="Times New Roman" w:hAnsi="Times New Roman"/>
          <w:sz w:val="22"/>
        </w:rPr>
        <w:t>z dnia ………………… 2026 r.</w:t>
      </w:r>
    </w:p>
    <w:p w14:paraId="304D4014" w14:textId="26514980" w:rsidR="00ED172D" w:rsidRPr="007D604C" w:rsidRDefault="00000000">
      <w:pPr>
        <w:spacing w:after="160"/>
        <w:jc w:val="center"/>
        <w:rPr>
          <w:color w:val="EE0000"/>
        </w:rPr>
      </w:pPr>
      <w:proofErr w:type="spellStart"/>
      <w:r>
        <w:rPr>
          <w:rFonts w:ascii="Times New Roman" w:hAnsi="Times New Roman"/>
          <w:b/>
          <w:sz w:val="24"/>
        </w:rPr>
        <w:t>zmieniająca</w:t>
      </w:r>
      <w:proofErr w:type="spellEnd"/>
      <w:r>
        <w:rPr>
          <w:rFonts w:ascii="Times New Roman" w:hAnsi="Times New Roman"/>
          <w:b/>
          <w:sz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</w:rPr>
        <w:t>uchwałę</w:t>
      </w:r>
      <w:proofErr w:type="spellEnd"/>
      <w:r>
        <w:rPr>
          <w:rFonts w:ascii="Times New Roman" w:hAnsi="Times New Roman"/>
          <w:b/>
          <w:sz w:val="24"/>
        </w:rPr>
        <w:t xml:space="preserve"> w </w:t>
      </w:r>
      <w:proofErr w:type="spellStart"/>
      <w:r>
        <w:rPr>
          <w:rFonts w:ascii="Times New Roman" w:hAnsi="Times New Roman"/>
          <w:b/>
          <w:sz w:val="24"/>
        </w:rPr>
        <w:t>sprawie</w:t>
      </w:r>
      <w:proofErr w:type="spellEnd"/>
      <w:r>
        <w:rPr>
          <w:rFonts w:ascii="Times New Roman" w:hAnsi="Times New Roman"/>
          <w:b/>
          <w:sz w:val="24"/>
        </w:rPr>
        <w:t xml:space="preserve"> utworzenia wydzielonych rachunków dochodów </w:t>
      </w:r>
      <w:proofErr w:type="spellStart"/>
      <w:r>
        <w:rPr>
          <w:rFonts w:ascii="Times New Roman" w:hAnsi="Times New Roman"/>
          <w:b/>
          <w:sz w:val="24"/>
        </w:rPr>
        <w:t>samorządowych</w:t>
      </w:r>
      <w:proofErr w:type="spellEnd"/>
      <w:r>
        <w:rPr>
          <w:rFonts w:ascii="Times New Roman" w:hAnsi="Times New Roman"/>
          <w:b/>
          <w:sz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</w:rPr>
        <w:t>oświatowych</w:t>
      </w:r>
      <w:proofErr w:type="spellEnd"/>
      <w:r>
        <w:rPr>
          <w:rFonts w:ascii="Times New Roman" w:hAnsi="Times New Roman"/>
          <w:b/>
          <w:sz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</w:rPr>
        <w:t>jednostek</w:t>
      </w:r>
      <w:proofErr w:type="spellEnd"/>
      <w:r>
        <w:rPr>
          <w:rFonts w:ascii="Times New Roman" w:hAnsi="Times New Roman"/>
          <w:b/>
          <w:sz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</w:rPr>
        <w:t>budżetowych</w:t>
      </w:r>
      <w:proofErr w:type="spellEnd"/>
      <w:r w:rsidR="007D604C">
        <w:rPr>
          <w:rFonts w:ascii="Times New Roman" w:hAnsi="Times New Roman"/>
          <w:b/>
          <w:color w:val="EE0000"/>
          <w:sz w:val="24"/>
        </w:rPr>
        <w:t xml:space="preserve">, </w:t>
      </w:r>
      <w:proofErr w:type="spellStart"/>
      <w:r w:rsidR="007D604C" w:rsidRPr="007D604C">
        <w:rPr>
          <w:rFonts w:ascii="Times New Roman" w:hAnsi="Times New Roman"/>
          <w:b/>
          <w:color w:val="EE0000"/>
          <w:sz w:val="24"/>
        </w:rPr>
        <w:t>określenia</w:t>
      </w:r>
      <w:proofErr w:type="spellEnd"/>
      <w:r w:rsidR="007D604C" w:rsidRPr="007D604C">
        <w:rPr>
          <w:rFonts w:ascii="Times New Roman" w:hAnsi="Times New Roman"/>
          <w:b/>
          <w:color w:val="EE0000"/>
          <w:sz w:val="24"/>
        </w:rPr>
        <w:t xml:space="preserve"> </w:t>
      </w:r>
      <w:proofErr w:type="spellStart"/>
      <w:r w:rsidR="007D604C" w:rsidRPr="007D604C">
        <w:rPr>
          <w:rFonts w:ascii="Times New Roman" w:hAnsi="Times New Roman"/>
          <w:b/>
          <w:color w:val="EE0000"/>
          <w:sz w:val="24"/>
        </w:rPr>
        <w:t>źródeł</w:t>
      </w:r>
      <w:proofErr w:type="spellEnd"/>
      <w:r w:rsidR="007D604C" w:rsidRPr="007D604C">
        <w:rPr>
          <w:rFonts w:ascii="Times New Roman" w:hAnsi="Times New Roman"/>
          <w:b/>
          <w:color w:val="EE0000"/>
          <w:sz w:val="24"/>
        </w:rPr>
        <w:t xml:space="preserve"> </w:t>
      </w:r>
      <w:proofErr w:type="spellStart"/>
      <w:r w:rsidR="007D604C" w:rsidRPr="007D604C">
        <w:rPr>
          <w:rFonts w:ascii="Times New Roman" w:hAnsi="Times New Roman"/>
          <w:b/>
          <w:color w:val="EE0000"/>
          <w:sz w:val="24"/>
        </w:rPr>
        <w:t>dochodów</w:t>
      </w:r>
      <w:proofErr w:type="spellEnd"/>
      <w:r w:rsidR="007D604C" w:rsidRPr="007D604C">
        <w:rPr>
          <w:rFonts w:ascii="Times New Roman" w:hAnsi="Times New Roman"/>
          <w:b/>
          <w:color w:val="EE0000"/>
          <w:sz w:val="24"/>
        </w:rPr>
        <w:t xml:space="preserve"> i </w:t>
      </w:r>
      <w:proofErr w:type="spellStart"/>
      <w:r w:rsidR="007D604C" w:rsidRPr="007D604C">
        <w:rPr>
          <w:rFonts w:ascii="Times New Roman" w:hAnsi="Times New Roman"/>
          <w:b/>
          <w:color w:val="EE0000"/>
          <w:sz w:val="24"/>
        </w:rPr>
        <w:t>wydatków</w:t>
      </w:r>
      <w:proofErr w:type="spellEnd"/>
      <w:r w:rsidR="007D604C" w:rsidRPr="007D604C">
        <w:rPr>
          <w:rFonts w:ascii="Times New Roman" w:hAnsi="Times New Roman"/>
          <w:b/>
          <w:color w:val="EE0000"/>
          <w:sz w:val="24"/>
        </w:rPr>
        <w:t xml:space="preserve"> </w:t>
      </w:r>
      <w:proofErr w:type="spellStart"/>
      <w:r w:rsidR="007D604C" w:rsidRPr="007D604C">
        <w:rPr>
          <w:rFonts w:ascii="Times New Roman" w:hAnsi="Times New Roman"/>
          <w:b/>
          <w:color w:val="EE0000"/>
          <w:sz w:val="24"/>
        </w:rPr>
        <w:t>nimi</w:t>
      </w:r>
      <w:proofErr w:type="spellEnd"/>
      <w:r w:rsidR="007D604C" w:rsidRPr="007D604C">
        <w:rPr>
          <w:rFonts w:ascii="Times New Roman" w:hAnsi="Times New Roman"/>
          <w:b/>
          <w:color w:val="EE0000"/>
          <w:sz w:val="24"/>
        </w:rPr>
        <w:t xml:space="preserve"> </w:t>
      </w:r>
      <w:proofErr w:type="spellStart"/>
      <w:r w:rsidR="007D604C" w:rsidRPr="007D604C">
        <w:rPr>
          <w:rFonts w:ascii="Times New Roman" w:hAnsi="Times New Roman"/>
          <w:b/>
          <w:color w:val="EE0000"/>
          <w:sz w:val="24"/>
        </w:rPr>
        <w:t>finansowanych</w:t>
      </w:r>
      <w:proofErr w:type="spellEnd"/>
      <w:r w:rsidR="007D604C" w:rsidRPr="007D604C">
        <w:rPr>
          <w:rFonts w:ascii="Times New Roman" w:hAnsi="Times New Roman"/>
          <w:b/>
          <w:color w:val="EE0000"/>
          <w:sz w:val="24"/>
        </w:rPr>
        <w:t xml:space="preserve">, </w:t>
      </w:r>
      <w:proofErr w:type="spellStart"/>
      <w:r w:rsidR="007D604C" w:rsidRPr="007D604C">
        <w:rPr>
          <w:rFonts w:ascii="Times New Roman" w:hAnsi="Times New Roman"/>
          <w:b/>
          <w:color w:val="EE0000"/>
          <w:sz w:val="24"/>
        </w:rPr>
        <w:t>sposobu</w:t>
      </w:r>
      <w:proofErr w:type="spellEnd"/>
      <w:r w:rsidR="007D604C" w:rsidRPr="007D604C">
        <w:rPr>
          <w:rFonts w:ascii="Times New Roman" w:hAnsi="Times New Roman"/>
          <w:b/>
          <w:color w:val="EE0000"/>
          <w:sz w:val="24"/>
        </w:rPr>
        <w:t xml:space="preserve"> i </w:t>
      </w:r>
      <w:proofErr w:type="spellStart"/>
      <w:r w:rsidR="007D604C" w:rsidRPr="007D604C">
        <w:rPr>
          <w:rFonts w:ascii="Times New Roman" w:hAnsi="Times New Roman"/>
          <w:b/>
          <w:color w:val="EE0000"/>
          <w:sz w:val="24"/>
        </w:rPr>
        <w:t>trybu</w:t>
      </w:r>
      <w:proofErr w:type="spellEnd"/>
      <w:r w:rsidR="007D604C" w:rsidRPr="007D604C">
        <w:rPr>
          <w:rFonts w:ascii="Times New Roman" w:hAnsi="Times New Roman"/>
          <w:b/>
          <w:color w:val="EE0000"/>
          <w:sz w:val="24"/>
        </w:rPr>
        <w:t xml:space="preserve"> </w:t>
      </w:r>
      <w:proofErr w:type="spellStart"/>
      <w:r w:rsidR="007D604C" w:rsidRPr="007D604C">
        <w:rPr>
          <w:rFonts w:ascii="Times New Roman" w:hAnsi="Times New Roman"/>
          <w:b/>
          <w:color w:val="EE0000"/>
          <w:sz w:val="24"/>
        </w:rPr>
        <w:t>sporządzania</w:t>
      </w:r>
      <w:proofErr w:type="spellEnd"/>
      <w:r w:rsidR="007D604C" w:rsidRPr="007D604C">
        <w:rPr>
          <w:rFonts w:ascii="Times New Roman" w:hAnsi="Times New Roman"/>
          <w:b/>
          <w:color w:val="EE0000"/>
          <w:sz w:val="24"/>
        </w:rPr>
        <w:t xml:space="preserve"> </w:t>
      </w:r>
      <w:proofErr w:type="spellStart"/>
      <w:r w:rsidR="007D604C" w:rsidRPr="007D604C">
        <w:rPr>
          <w:rFonts w:ascii="Times New Roman" w:hAnsi="Times New Roman"/>
          <w:b/>
          <w:color w:val="EE0000"/>
          <w:sz w:val="24"/>
        </w:rPr>
        <w:t>planu</w:t>
      </w:r>
      <w:proofErr w:type="spellEnd"/>
      <w:r w:rsidR="007D604C" w:rsidRPr="007D604C">
        <w:rPr>
          <w:rFonts w:ascii="Times New Roman" w:hAnsi="Times New Roman"/>
          <w:b/>
          <w:color w:val="EE0000"/>
          <w:sz w:val="24"/>
        </w:rPr>
        <w:t xml:space="preserve"> </w:t>
      </w:r>
      <w:proofErr w:type="spellStart"/>
      <w:r w:rsidR="007D604C" w:rsidRPr="007D604C">
        <w:rPr>
          <w:rFonts w:ascii="Times New Roman" w:hAnsi="Times New Roman"/>
          <w:b/>
          <w:color w:val="EE0000"/>
          <w:sz w:val="24"/>
        </w:rPr>
        <w:t>finansowego</w:t>
      </w:r>
      <w:proofErr w:type="spellEnd"/>
      <w:r w:rsidR="007D604C" w:rsidRPr="007D604C">
        <w:rPr>
          <w:rFonts w:ascii="Times New Roman" w:hAnsi="Times New Roman"/>
          <w:b/>
          <w:color w:val="EE0000"/>
          <w:sz w:val="24"/>
        </w:rPr>
        <w:t xml:space="preserve">, </w:t>
      </w:r>
      <w:proofErr w:type="spellStart"/>
      <w:r w:rsidR="007D604C" w:rsidRPr="007D604C">
        <w:rPr>
          <w:rFonts w:ascii="Times New Roman" w:hAnsi="Times New Roman"/>
          <w:b/>
          <w:color w:val="EE0000"/>
          <w:sz w:val="24"/>
        </w:rPr>
        <w:t>dokonywania</w:t>
      </w:r>
      <w:proofErr w:type="spellEnd"/>
      <w:r w:rsidR="007D604C" w:rsidRPr="007D604C">
        <w:rPr>
          <w:rFonts w:ascii="Times New Roman" w:hAnsi="Times New Roman"/>
          <w:b/>
          <w:color w:val="EE0000"/>
          <w:sz w:val="24"/>
        </w:rPr>
        <w:t xml:space="preserve"> </w:t>
      </w:r>
      <w:proofErr w:type="spellStart"/>
      <w:r w:rsidR="007D604C" w:rsidRPr="007D604C">
        <w:rPr>
          <w:rFonts w:ascii="Times New Roman" w:hAnsi="Times New Roman"/>
          <w:b/>
          <w:color w:val="EE0000"/>
          <w:sz w:val="24"/>
        </w:rPr>
        <w:t>zmian</w:t>
      </w:r>
      <w:proofErr w:type="spellEnd"/>
      <w:r w:rsidR="007D604C" w:rsidRPr="007D604C">
        <w:rPr>
          <w:rFonts w:ascii="Times New Roman" w:hAnsi="Times New Roman"/>
          <w:b/>
          <w:color w:val="EE0000"/>
          <w:sz w:val="24"/>
        </w:rPr>
        <w:t xml:space="preserve"> w </w:t>
      </w:r>
      <w:proofErr w:type="spellStart"/>
      <w:r w:rsidR="007D604C" w:rsidRPr="007D604C">
        <w:rPr>
          <w:rFonts w:ascii="Times New Roman" w:hAnsi="Times New Roman"/>
          <w:b/>
          <w:color w:val="EE0000"/>
          <w:sz w:val="24"/>
        </w:rPr>
        <w:t>tym</w:t>
      </w:r>
      <w:proofErr w:type="spellEnd"/>
      <w:r w:rsidR="007D604C" w:rsidRPr="007D604C">
        <w:rPr>
          <w:rFonts w:ascii="Times New Roman" w:hAnsi="Times New Roman"/>
          <w:b/>
          <w:color w:val="EE0000"/>
          <w:sz w:val="24"/>
        </w:rPr>
        <w:t xml:space="preserve"> </w:t>
      </w:r>
      <w:proofErr w:type="spellStart"/>
      <w:r w:rsidR="007D604C" w:rsidRPr="007D604C">
        <w:rPr>
          <w:rFonts w:ascii="Times New Roman" w:hAnsi="Times New Roman"/>
          <w:b/>
          <w:color w:val="EE0000"/>
          <w:sz w:val="24"/>
        </w:rPr>
        <w:t>planie</w:t>
      </w:r>
      <w:proofErr w:type="spellEnd"/>
      <w:r w:rsidR="007D604C" w:rsidRPr="007D604C">
        <w:rPr>
          <w:rFonts w:ascii="Times New Roman" w:hAnsi="Times New Roman"/>
          <w:b/>
          <w:color w:val="EE0000"/>
          <w:sz w:val="24"/>
        </w:rPr>
        <w:t xml:space="preserve"> i ich </w:t>
      </w:r>
      <w:proofErr w:type="spellStart"/>
      <w:r w:rsidR="007D604C" w:rsidRPr="007D604C">
        <w:rPr>
          <w:rFonts w:ascii="Times New Roman" w:hAnsi="Times New Roman"/>
          <w:b/>
          <w:color w:val="EE0000"/>
          <w:sz w:val="24"/>
        </w:rPr>
        <w:t>zatwierdzania</w:t>
      </w:r>
      <w:proofErr w:type="spellEnd"/>
    </w:p>
    <w:p w14:paraId="1EA004CD" w14:textId="205B91E2" w:rsidR="00ED172D" w:rsidRDefault="00000000">
      <w:pPr>
        <w:spacing w:after="160"/>
        <w:jc w:val="both"/>
      </w:pPr>
      <w:r>
        <w:t xml:space="preserve">Na </w:t>
      </w:r>
      <w:proofErr w:type="spellStart"/>
      <w:r>
        <w:t>podstawie</w:t>
      </w:r>
      <w:proofErr w:type="spellEnd"/>
      <w:r>
        <w:t xml:space="preserve"> art. 18 ust. 2 pkt 15 ustawy z dnia 8 marca 1990 r. o samorządzie gminnym (t.j. Dz. U. z 2026 r. poz. 662</w:t>
      </w:r>
      <w:r w:rsidR="00F47758">
        <w:t xml:space="preserve"> </w:t>
      </w:r>
      <w:r w:rsidR="00F47758" w:rsidRPr="00F47758">
        <w:rPr>
          <w:color w:val="EE0000"/>
        </w:rPr>
        <w:t xml:space="preserve">z </w:t>
      </w:r>
      <w:proofErr w:type="spellStart"/>
      <w:r w:rsidR="00F47758" w:rsidRPr="00F47758">
        <w:rPr>
          <w:color w:val="EE0000"/>
        </w:rPr>
        <w:t>późn</w:t>
      </w:r>
      <w:proofErr w:type="spellEnd"/>
      <w:r w:rsidR="00F47758" w:rsidRPr="00F47758">
        <w:rPr>
          <w:color w:val="EE0000"/>
        </w:rPr>
        <w:t xml:space="preserve">. </w:t>
      </w:r>
      <w:proofErr w:type="spellStart"/>
      <w:r w:rsidR="00F47758" w:rsidRPr="00F47758">
        <w:rPr>
          <w:color w:val="EE0000"/>
        </w:rPr>
        <w:t>zm</w:t>
      </w:r>
      <w:proofErr w:type="spellEnd"/>
      <w:r w:rsidR="00F47758">
        <w:t>.</w:t>
      </w:r>
      <w:r>
        <w:t xml:space="preserve">) </w:t>
      </w:r>
      <w:proofErr w:type="spellStart"/>
      <w:r>
        <w:t>oraz</w:t>
      </w:r>
      <w:proofErr w:type="spellEnd"/>
      <w:r>
        <w:t xml:space="preserve"> art. 223 ustawy z dnia 27 sierpnia 2009 r. o finansach publicznych (t.j. Dz. U. z 2025 r. poz. 1483 z późn. zm.) Rada Miejska w Gołdapi uchwala, co następuje:</w:t>
      </w:r>
    </w:p>
    <w:p w14:paraId="7BE4F586" w14:textId="77777777" w:rsidR="00ED172D" w:rsidRDefault="00000000">
      <w:pPr>
        <w:jc w:val="both"/>
      </w:pPr>
      <w:r>
        <w:t>§ 1. W uchwale Nr XXXI/180/2025 Rady Miejskiej w Gołdapi z dnia 26 sierpnia 2025 r. w sprawie utworzenia wydzielonych rachunków dochodów samorządowych oświatowych jednostek budżetowych, określenia źródeł dochodów i wydatków nimi finansowanych, sposobu i trybu sporządzania planu finansowego, dokonywania zmian w tym planie i ich zatwierdzania wprowadza się następujące zmiany:</w:t>
      </w:r>
    </w:p>
    <w:p w14:paraId="19AC19B5" w14:textId="77777777" w:rsidR="00ED172D" w:rsidRDefault="00000000">
      <w:pPr>
        <w:jc w:val="both"/>
      </w:pPr>
      <w:r>
        <w:t>1) § 2 otrzymuje brzmienie:</w:t>
      </w:r>
    </w:p>
    <w:p w14:paraId="7A62EA53" w14:textId="77777777" w:rsidR="00ED172D" w:rsidRDefault="00000000">
      <w:pPr>
        <w:jc w:val="both"/>
      </w:pPr>
      <w:r>
        <w:t>„§ 2. Jednostki budżetowe, o których mowa w § 1, gromadzą na wydzielonym rachunku dochodów dochody uzyskane z tytułu:</w:t>
      </w:r>
    </w:p>
    <w:p w14:paraId="3FC46D7C" w14:textId="77777777" w:rsidR="00ED172D" w:rsidRDefault="00000000">
      <w:r>
        <w:t>1) odpłatnego wykonywania usług;</w:t>
      </w:r>
      <w:r>
        <w:br/>
        <w:t>2) najmu, dzierżawy oraz innych umów o podobnym charakterze dotyczących pomieszczeń, obiektów, urządzeń i innych składników majątkowych pozostających w zarządzie, użytkowaniu lub administrowaniu jednostki;</w:t>
      </w:r>
      <w:r>
        <w:br/>
        <w:t>3) wpłat za wyżywienie uczniów, nauczycieli i pracowników niepedagogicznych;</w:t>
      </w:r>
      <w:r>
        <w:br/>
        <w:t>4) odsetek od środków finansowych zgromadzonych na wydzielonym rachunku dochodów.”</w:t>
      </w:r>
    </w:p>
    <w:p w14:paraId="6DA90749" w14:textId="77777777" w:rsidR="00ED172D" w:rsidRDefault="00000000">
      <w:pPr>
        <w:jc w:val="both"/>
      </w:pPr>
      <w:r>
        <w:t>2) § 3 otrzymuje brzmienie:</w:t>
      </w:r>
    </w:p>
    <w:p w14:paraId="0889622D" w14:textId="77777777" w:rsidR="00ED172D" w:rsidRDefault="00000000">
      <w:pPr>
        <w:jc w:val="both"/>
      </w:pPr>
      <w:r>
        <w:t>„§ 3. Dochody gromadzone na wydzielonym rachunku wraz z odsetkami mogą być przeznaczone na:</w:t>
      </w:r>
    </w:p>
    <w:p w14:paraId="19880622" w14:textId="177D791C" w:rsidR="00ED172D" w:rsidRDefault="00000000">
      <w:r>
        <w:t>1) zakup artykułów żywnościowych do stołówki;</w:t>
      </w:r>
      <w:r>
        <w:br/>
        <w:t>2) zakup materiałów i wyposażenia, w tym środków trwałych;</w:t>
      </w:r>
      <w:r>
        <w:br/>
        <w:t>3) zakup energii, w szczególności energii elektrycznej, cieplnej i paliw, oraz pokrywanie kosztów dostawy wody, odprowadzania ścieków i gospodarowania odpadami;</w:t>
      </w:r>
      <w:r>
        <w:br/>
        <w:t>4) zakup usług remontowych, konserwacyjnych i serwisowych;</w:t>
      </w:r>
      <w:r>
        <w:br/>
        <w:t>5) zakup usług pozostałych;</w:t>
      </w:r>
      <w:r>
        <w:br/>
        <w:t>6) inne wydatki bieżące związane z utrzymaniem i eksploatacją obiektów oraz realizacją zadań statutowych jednostki</w:t>
      </w:r>
      <w:r w:rsidR="007D604C">
        <w:t>.</w:t>
      </w:r>
      <w:r>
        <w:t xml:space="preserve"> </w:t>
      </w:r>
      <w:r w:rsidRPr="007D604C">
        <w:rPr>
          <w:strike/>
          <w:color w:val="EE0000"/>
        </w:rPr>
        <w:t>- z wyłączeniem wynagrodzeń osobowych, o których mowa w § 4.</w:t>
      </w:r>
      <w:r>
        <w:t>”</w:t>
      </w:r>
    </w:p>
    <w:p w14:paraId="125FF928" w14:textId="77777777" w:rsidR="00ED172D" w:rsidRDefault="00000000">
      <w:pPr>
        <w:jc w:val="both"/>
      </w:pPr>
      <w:r>
        <w:t>§ 2. Wykonanie uchwały powierza się Burmistrzowi Gołdapi.</w:t>
      </w:r>
    </w:p>
    <w:p w14:paraId="06E62CDB" w14:textId="77777777" w:rsidR="00ED172D" w:rsidRDefault="00000000">
      <w:pPr>
        <w:jc w:val="both"/>
      </w:pPr>
      <w:r>
        <w:t>§ 3. Uchwała wchodzi w życie z dniem podjęcia.</w:t>
      </w:r>
    </w:p>
    <w:p w14:paraId="47537F50" w14:textId="77777777" w:rsidR="00ED172D" w:rsidRDefault="00000000">
      <w:pPr>
        <w:spacing w:before="160"/>
        <w:jc w:val="right"/>
      </w:pPr>
      <w:r>
        <w:br/>
        <w:t>Przewodniczący Rady Miejskiej</w:t>
      </w:r>
      <w:r>
        <w:br/>
        <w:t>……………………………………</w:t>
      </w:r>
    </w:p>
    <w:p w14:paraId="6947EAEA" w14:textId="77777777" w:rsidR="00ED172D" w:rsidRDefault="00000000">
      <w:r>
        <w:br w:type="page"/>
      </w:r>
    </w:p>
    <w:p w14:paraId="070BFE75" w14:textId="77777777" w:rsidR="00ED172D" w:rsidRDefault="00000000">
      <w:pPr>
        <w:jc w:val="center"/>
      </w:pPr>
      <w:r>
        <w:rPr>
          <w:b/>
          <w:sz w:val="23"/>
        </w:rPr>
        <w:lastRenderedPageBreak/>
        <w:t>UZASADNIENIE</w:t>
      </w:r>
    </w:p>
    <w:p w14:paraId="722D941C" w14:textId="77777777" w:rsidR="00ED172D" w:rsidRDefault="00000000">
      <w:pPr>
        <w:jc w:val="both"/>
      </w:pPr>
      <w:r>
        <w:t>Zgodnie z art. 223 ustawy z dnia 27 sierpnia 2009 r. o finansach publicznych organ stanowiący jednostki samorządu terytorialnego określa źródła dochodów gromadzonych na wydzielonym rachunku samorządowych oświatowych jednostek budżetowych oraz przeznaczenie tych dochodów.</w:t>
      </w:r>
    </w:p>
    <w:p w14:paraId="5997EC8F" w14:textId="77777777" w:rsidR="00ED172D" w:rsidRDefault="00000000">
      <w:pPr>
        <w:jc w:val="both"/>
      </w:pPr>
      <w:r>
        <w:t>Projekt rozszerza katalog źródeł dochodów o wpływy z najmu, dzierżawy i innych umów o podobnym charakterze dotyczących składników majątkowych pozostających w zarządzie, użytkowaniu lub administrowaniu jednostki oraz doprecyzowuje katalog wydatków finansowanych z tych środków. Zmiana umożliwi przeznaczanie uzyskiwanych dochodów w szczególności na utrzymanie, eksploatację, remonty, konserwację i wyposażenie obiektów oraz realizację zadań statutowych jednostek, z zachowaniem ograniczeń wynikających z ustawy o finansach publicznych.</w:t>
      </w:r>
    </w:p>
    <w:sectPr w:rsidR="00ED172D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020" w:right="1191" w:bottom="1020" w:left="1191" w:header="432" w:footer="50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18EA26" w14:textId="77777777" w:rsidR="00B26011" w:rsidRDefault="00B26011">
      <w:pPr>
        <w:spacing w:after="0" w:line="240" w:lineRule="auto"/>
      </w:pPr>
      <w:r>
        <w:separator/>
      </w:r>
    </w:p>
  </w:endnote>
  <w:endnote w:type="continuationSeparator" w:id="0">
    <w:p w14:paraId="6A68E08C" w14:textId="77777777" w:rsidR="00B26011" w:rsidRDefault="00B260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44508A" w14:textId="77777777" w:rsidR="00ED172D" w:rsidRDefault="00ED172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C3A4A" w14:textId="77777777" w:rsidR="00ED172D" w:rsidRDefault="00000000">
    <w:pPr>
      <w:pStyle w:val="Stopka"/>
      <w:jc w:val="right"/>
    </w:pPr>
    <w:r>
      <w:rPr>
        <w:sz w:val="18"/>
      </w:rPr>
      <w:t xml:space="preserve">Strona </w:t>
    </w: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 w:rsidR="007D604C">
      <w:rPr>
        <w:noProof/>
        <w:sz w:val="18"/>
      </w:rPr>
      <w:t>1</w:t>
    </w:r>
    <w:r>
      <w:rPr>
        <w:sz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F54277" w14:textId="77777777" w:rsidR="00ED172D" w:rsidRDefault="00ED172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36E322" w14:textId="77777777" w:rsidR="00B26011" w:rsidRDefault="00B26011">
      <w:pPr>
        <w:spacing w:after="0" w:line="240" w:lineRule="auto"/>
      </w:pPr>
      <w:r>
        <w:separator/>
      </w:r>
    </w:p>
  </w:footnote>
  <w:footnote w:type="continuationSeparator" w:id="0">
    <w:p w14:paraId="30AFE8EA" w14:textId="77777777" w:rsidR="00B26011" w:rsidRDefault="00B260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F3387B" w14:textId="77777777" w:rsidR="00ED172D" w:rsidRDefault="00ED172D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4D021A" w14:textId="77777777" w:rsidR="00ED172D" w:rsidRDefault="00ED172D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CE9FEE" w14:textId="77777777" w:rsidR="00ED172D" w:rsidRDefault="00ED172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4550996">
    <w:abstractNumId w:val="8"/>
  </w:num>
  <w:num w:numId="2" w16cid:durableId="1787850257">
    <w:abstractNumId w:val="6"/>
  </w:num>
  <w:num w:numId="3" w16cid:durableId="869300845">
    <w:abstractNumId w:val="5"/>
  </w:num>
  <w:num w:numId="4" w16cid:durableId="1202548065">
    <w:abstractNumId w:val="4"/>
  </w:num>
  <w:num w:numId="5" w16cid:durableId="2129086850">
    <w:abstractNumId w:val="7"/>
  </w:num>
  <w:num w:numId="6" w16cid:durableId="36201608">
    <w:abstractNumId w:val="3"/>
  </w:num>
  <w:num w:numId="7" w16cid:durableId="1658849871">
    <w:abstractNumId w:val="2"/>
  </w:num>
  <w:num w:numId="8" w16cid:durableId="1125613062">
    <w:abstractNumId w:val="1"/>
  </w:num>
  <w:num w:numId="9" w16cid:durableId="21078014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C3A10"/>
    <w:rsid w:val="0029639D"/>
    <w:rsid w:val="00326F90"/>
    <w:rsid w:val="004B3A07"/>
    <w:rsid w:val="007D604C"/>
    <w:rsid w:val="00AA1D8D"/>
    <w:rsid w:val="00B26011"/>
    <w:rsid w:val="00B47730"/>
    <w:rsid w:val="00CB0664"/>
    <w:rsid w:val="00ED172D"/>
    <w:rsid w:val="00F4775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4DF3252"/>
  <w14:defaultImageDpi w14:val="300"/>
  <w15:docId w15:val="{BB741E64-43BD-4A41-B7CC-F0154BBA9A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80" w:line="259" w:lineRule="auto"/>
    </w:pPr>
    <w:rPr>
      <w:rFonts w:ascii="Arial" w:hAnsi="Arial"/>
      <w:color w:val="000000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160"/>
      <w:outlineLvl w:val="0"/>
    </w:pPr>
    <w:rPr>
      <w:rFonts w:asciiTheme="majorHAnsi" w:eastAsiaTheme="majorEastAsia" w:hAnsiTheme="majorHAnsi" w:cstheme="majorBidi"/>
      <w:b/>
      <w:bCs/>
      <w:sz w:val="24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100"/>
      <w:outlineLvl w:val="1"/>
    </w:pPr>
    <w:rPr>
      <w:rFonts w:asciiTheme="majorHAnsi" w:eastAsiaTheme="majorEastAsia" w:hAnsiTheme="majorHAnsi" w:cstheme="majorBidi"/>
      <w:b/>
      <w:bCs/>
      <w:sz w:val="22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  <w:rPr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  <w:rPr>
      <w:color w:val="000000"/>
    </w:rPr>
  </w:style>
  <w:style w:type="paragraph" w:styleId="Bezodstpw">
    <w:name w:val="No Spacing"/>
    <w:uiPriority w:val="1"/>
    <w:qFormat/>
    <w:rsid w:val="00FC693F"/>
    <w:pPr>
      <w:spacing w:after="0" w:line="240" w:lineRule="auto"/>
    </w:pPr>
    <w:rPr>
      <w:color w:val="000000"/>
    </w:r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000000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keepNext/>
      <w:spacing w:before="10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28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  <w:rPr>
      <w:color w:val="000000"/>
    </w:rPr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  <w:rPr>
      <w:color w:val="000000"/>
    </w:rPr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color w:val="000000"/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color w:val="000000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color w:val="000000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000000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000000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000000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000000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000000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  <w:color w:val="000000"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  <w:color w:val="000000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spacing w:before="200" w:after="280"/>
      <w:ind w:left="936" w:right="936"/>
    </w:pPr>
    <w:rPr>
      <w:b/>
      <w:bCs/>
      <w:i/>
      <w:iCs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000000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000000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000000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000000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000000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color w:val="000000"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rPr>
      <w:color w:val="00000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456</Words>
  <Characters>2741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3191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</dc:creator>
  <cp:keywords/>
  <dc:description/>
  <cp:lastModifiedBy>Marcin</cp:lastModifiedBy>
  <cp:revision>3</cp:revision>
  <dcterms:created xsi:type="dcterms:W3CDTF">2026-10-12T09:25:00Z</dcterms:created>
  <dcterms:modified xsi:type="dcterms:W3CDTF">2026-10-12T09:29:00Z</dcterms:modified>
  <cp:category/>
</cp:coreProperties>
</file>